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66B62" w14:textId="255199A3" w:rsidR="00867F28" w:rsidRPr="001C43BA" w:rsidRDefault="00000000">
      <w:pPr>
        <w:jc w:val="center"/>
        <w:rPr>
          <w:rFonts w:cs="Calibri"/>
          <w:b/>
          <w:bCs/>
          <w:sz w:val="32"/>
          <w:szCs w:val="32"/>
        </w:rPr>
      </w:pPr>
      <w:r w:rsidRPr="001C43BA">
        <w:rPr>
          <w:rFonts w:cs="Calibri"/>
          <w:b/>
          <w:bCs/>
          <w:sz w:val="32"/>
          <w:szCs w:val="32"/>
        </w:rPr>
        <w:t xml:space="preserve">The Effect of a Complementary Feed Mixture </w:t>
      </w:r>
      <w:proofErr w:type="spellStart"/>
      <w:r w:rsidRPr="001C43BA">
        <w:rPr>
          <w:rFonts w:cs="Calibri"/>
          <w:b/>
          <w:bCs/>
          <w:sz w:val="32"/>
          <w:szCs w:val="32"/>
        </w:rPr>
        <w:t>oN</w:t>
      </w:r>
      <w:proofErr w:type="spellEnd"/>
      <w:r w:rsidRPr="001C43BA">
        <w:rPr>
          <w:rFonts w:cs="Calibri"/>
          <w:b/>
          <w:bCs/>
          <w:sz w:val="32"/>
          <w:szCs w:val="32"/>
        </w:rPr>
        <w:t xml:space="preserve"> Nutrient Digestibility Coefficients and Fermentatio</w:t>
      </w:r>
      <w:r w:rsidR="00033008">
        <w:rPr>
          <w:rFonts w:cs="Calibri"/>
          <w:b/>
          <w:bCs/>
          <w:sz w:val="32"/>
          <w:szCs w:val="32"/>
        </w:rPr>
        <w:t xml:space="preserve">n </w:t>
      </w:r>
      <w:r w:rsidRPr="001C43BA">
        <w:rPr>
          <w:rFonts w:cs="Calibri"/>
          <w:b/>
          <w:bCs/>
          <w:sz w:val="32"/>
          <w:szCs w:val="32"/>
        </w:rPr>
        <w:t>Processes i</w:t>
      </w:r>
      <w:r w:rsidR="003206F6">
        <w:rPr>
          <w:rFonts w:cs="Calibri"/>
          <w:b/>
          <w:bCs/>
          <w:sz w:val="32"/>
          <w:szCs w:val="32"/>
        </w:rPr>
        <w:t>n</w:t>
      </w:r>
      <w:r w:rsidRPr="001C43BA">
        <w:rPr>
          <w:rFonts w:cs="Calibri"/>
          <w:b/>
          <w:bCs/>
          <w:sz w:val="32"/>
          <w:szCs w:val="32"/>
        </w:rPr>
        <w:t xml:space="preserve"> Dogs</w:t>
      </w:r>
    </w:p>
    <w:p w14:paraId="5DE3A733" w14:textId="77777777" w:rsidR="00FD345D" w:rsidRPr="001C43BA" w:rsidRDefault="00FD345D">
      <w:pPr>
        <w:pStyle w:val="NormalnyWeb"/>
        <w:rPr>
          <w:rStyle w:val="Pogrubienie"/>
          <w:rFonts w:ascii="Calibri" w:hAnsi="Calibri" w:cs="Calibri"/>
        </w:rPr>
      </w:pPr>
    </w:p>
    <w:p w14:paraId="7509A112" w14:textId="30A118BA" w:rsidR="00FD345D" w:rsidRPr="001C43BA" w:rsidRDefault="00FD345D" w:rsidP="001C43BA">
      <w:pPr>
        <w:pStyle w:val="NormalnyWeb"/>
        <w:rPr>
          <w:rFonts w:ascii="Calibri" w:hAnsi="Calibri" w:cs="Calibri"/>
        </w:rPr>
      </w:pPr>
      <w:proofErr w:type="spellStart"/>
      <w:r w:rsidRPr="001C43BA">
        <w:rPr>
          <w:rStyle w:val="Pogrubienie"/>
          <w:rFonts w:ascii="Calibri" w:hAnsi="Calibri" w:cs="Calibri"/>
        </w:rPr>
        <w:t>Research</w:t>
      </w:r>
      <w:proofErr w:type="spellEnd"/>
      <w:r w:rsidRPr="001C43BA">
        <w:rPr>
          <w:rStyle w:val="Pogrubienie"/>
          <w:rFonts w:ascii="Calibri" w:hAnsi="Calibri" w:cs="Calibri"/>
        </w:rPr>
        <w:t xml:space="preserve"> </w:t>
      </w:r>
      <w:proofErr w:type="spellStart"/>
      <w:r w:rsidRPr="001C43BA">
        <w:rPr>
          <w:rStyle w:val="Pogrubienie"/>
          <w:rFonts w:ascii="Calibri" w:hAnsi="Calibri" w:cs="Calibri"/>
        </w:rPr>
        <w:t>Material</w:t>
      </w:r>
      <w:proofErr w:type="spellEnd"/>
      <w:r w:rsidR="001C43BA">
        <w:rPr>
          <w:rStyle w:val="Pogrubienie"/>
          <w:rFonts w:ascii="Calibri" w:hAnsi="Calibri" w:cs="Calibri"/>
        </w:rPr>
        <w:br/>
      </w:r>
      <w:r w:rsidRPr="001C43BA">
        <w:rPr>
          <w:rFonts w:ascii="Calibri" w:hAnsi="Calibri" w:cs="Calibri"/>
        </w:rPr>
        <w:br/>
        <w:t xml:space="preserve">The </w:t>
      </w:r>
      <w:proofErr w:type="spellStart"/>
      <w:r w:rsidRPr="001C43BA">
        <w:rPr>
          <w:rFonts w:ascii="Calibri" w:hAnsi="Calibri" w:cs="Calibri"/>
        </w:rPr>
        <w:t>research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material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consisted</w:t>
      </w:r>
      <w:proofErr w:type="spellEnd"/>
      <w:r w:rsidRPr="001C43BA">
        <w:rPr>
          <w:rFonts w:ascii="Calibri" w:hAnsi="Calibri" w:cs="Calibri"/>
        </w:rPr>
        <w:t xml:space="preserve"> of </w:t>
      </w:r>
      <w:proofErr w:type="spellStart"/>
      <w:r w:rsidRPr="001C43BA">
        <w:rPr>
          <w:rFonts w:ascii="Calibri" w:hAnsi="Calibri" w:cs="Calibri"/>
        </w:rPr>
        <w:t>innovative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complementary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feed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mixtures</w:t>
      </w:r>
      <w:proofErr w:type="spellEnd"/>
      <w:r w:rsidRPr="001C43BA">
        <w:rPr>
          <w:rFonts w:ascii="Calibri" w:hAnsi="Calibri" w:cs="Calibri"/>
        </w:rPr>
        <w:t xml:space="preserve"> (MPU) in the form of a </w:t>
      </w:r>
      <w:proofErr w:type="spellStart"/>
      <w:r w:rsidRPr="001C43BA">
        <w:rPr>
          <w:rFonts w:ascii="Calibri" w:hAnsi="Calibri" w:cs="Calibri"/>
        </w:rPr>
        <w:t>chew</w:t>
      </w:r>
      <w:proofErr w:type="spellEnd"/>
      <w:r w:rsidRPr="001C43BA">
        <w:rPr>
          <w:rFonts w:ascii="Calibri" w:hAnsi="Calibri" w:cs="Calibri"/>
        </w:rPr>
        <w:t xml:space="preserve"> and a </w:t>
      </w:r>
      <w:proofErr w:type="spellStart"/>
      <w:r w:rsidRPr="001C43BA">
        <w:rPr>
          <w:rFonts w:ascii="Calibri" w:hAnsi="Calibri" w:cs="Calibri"/>
        </w:rPr>
        <w:t>granulate</w:t>
      </w:r>
      <w:proofErr w:type="spellEnd"/>
      <w:r w:rsidRPr="001C43BA">
        <w:rPr>
          <w:rFonts w:ascii="Calibri" w:hAnsi="Calibri" w:cs="Calibri"/>
        </w:rPr>
        <w:t xml:space="preserve"> (</w:t>
      </w:r>
      <w:proofErr w:type="spellStart"/>
      <w:r w:rsidRPr="001C43BA">
        <w:rPr>
          <w:rFonts w:ascii="Calibri" w:hAnsi="Calibri" w:cs="Calibri"/>
        </w:rPr>
        <w:t>pellet</w:t>
      </w:r>
      <w:proofErr w:type="spellEnd"/>
      <w:r w:rsidRPr="001C43BA">
        <w:rPr>
          <w:rFonts w:ascii="Calibri" w:hAnsi="Calibri" w:cs="Calibri"/>
        </w:rPr>
        <w:t xml:space="preserve">), </w:t>
      </w:r>
      <w:proofErr w:type="spellStart"/>
      <w:r w:rsidRPr="001C43BA">
        <w:rPr>
          <w:rFonts w:ascii="Calibri" w:hAnsi="Calibri" w:cs="Calibri"/>
        </w:rPr>
        <w:t>which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were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used</w:t>
      </w:r>
      <w:proofErr w:type="spellEnd"/>
      <w:r w:rsidRPr="001C43BA">
        <w:rPr>
          <w:rFonts w:ascii="Calibri" w:hAnsi="Calibri" w:cs="Calibri"/>
        </w:rPr>
        <w:t xml:space="preserve"> as </w:t>
      </w:r>
      <w:proofErr w:type="spellStart"/>
      <w:r w:rsidRPr="001C43BA">
        <w:rPr>
          <w:rFonts w:ascii="Calibri" w:hAnsi="Calibri" w:cs="Calibri"/>
        </w:rPr>
        <w:t>an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additive</w:t>
      </w:r>
      <w:proofErr w:type="spellEnd"/>
      <w:r w:rsidRPr="001C43BA">
        <w:rPr>
          <w:rFonts w:ascii="Calibri" w:hAnsi="Calibri" w:cs="Calibri"/>
        </w:rPr>
        <w:t xml:space="preserve"> to </w:t>
      </w:r>
      <w:proofErr w:type="spellStart"/>
      <w:r w:rsidRPr="001C43BA">
        <w:rPr>
          <w:rFonts w:ascii="Calibri" w:hAnsi="Calibri" w:cs="Calibri"/>
        </w:rPr>
        <w:t>complete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maintenance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diets</w:t>
      </w:r>
      <w:proofErr w:type="spellEnd"/>
      <w:r w:rsidRPr="001C43BA">
        <w:rPr>
          <w:rFonts w:ascii="Calibri" w:hAnsi="Calibri" w:cs="Calibri"/>
        </w:rPr>
        <w:t xml:space="preserve">. The MPU </w:t>
      </w:r>
      <w:proofErr w:type="spellStart"/>
      <w:r w:rsidRPr="001C43BA">
        <w:rPr>
          <w:rFonts w:ascii="Calibri" w:hAnsi="Calibri" w:cs="Calibri"/>
        </w:rPr>
        <w:t>formulations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were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developed</w:t>
      </w:r>
      <w:proofErr w:type="spellEnd"/>
      <w:r w:rsidRPr="001C43BA">
        <w:rPr>
          <w:rFonts w:ascii="Calibri" w:hAnsi="Calibri" w:cs="Calibri"/>
        </w:rPr>
        <w:t xml:space="preserve"> by a </w:t>
      </w:r>
      <w:proofErr w:type="spellStart"/>
      <w:r w:rsidRPr="001C43BA">
        <w:rPr>
          <w:rFonts w:ascii="Calibri" w:hAnsi="Calibri" w:cs="Calibri"/>
        </w:rPr>
        <w:t>staff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member</w:t>
      </w:r>
      <w:proofErr w:type="spellEnd"/>
      <w:r w:rsidRPr="001C43BA">
        <w:rPr>
          <w:rFonts w:ascii="Calibri" w:hAnsi="Calibri" w:cs="Calibri"/>
        </w:rPr>
        <w:t xml:space="preserve"> of the </w:t>
      </w:r>
      <w:proofErr w:type="spellStart"/>
      <w:r w:rsidRPr="001C43BA">
        <w:rPr>
          <w:rFonts w:ascii="Calibri" w:hAnsi="Calibri" w:cs="Calibri"/>
        </w:rPr>
        <w:t>Department</w:t>
      </w:r>
      <w:proofErr w:type="spellEnd"/>
      <w:r w:rsidRPr="001C43BA">
        <w:rPr>
          <w:rFonts w:ascii="Calibri" w:hAnsi="Calibri" w:cs="Calibri"/>
        </w:rPr>
        <w:t xml:space="preserve"> of </w:t>
      </w:r>
      <w:proofErr w:type="spellStart"/>
      <w:r w:rsidRPr="001C43BA">
        <w:rPr>
          <w:rFonts w:ascii="Calibri" w:hAnsi="Calibri" w:cs="Calibri"/>
        </w:rPr>
        <w:t>Animal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Nutrition</w:t>
      </w:r>
      <w:proofErr w:type="spellEnd"/>
      <w:r w:rsidRPr="001C43BA">
        <w:rPr>
          <w:rFonts w:ascii="Calibri" w:hAnsi="Calibri" w:cs="Calibri"/>
        </w:rPr>
        <w:t xml:space="preserve">, </w:t>
      </w:r>
      <w:proofErr w:type="spellStart"/>
      <w:r w:rsidRPr="001C43BA">
        <w:rPr>
          <w:rFonts w:ascii="Calibri" w:hAnsi="Calibri" w:cs="Calibri"/>
        </w:rPr>
        <w:t>Biotechnology</w:t>
      </w:r>
      <w:proofErr w:type="spellEnd"/>
      <w:r w:rsidRPr="001C43BA">
        <w:rPr>
          <w:rFonts w:ascii="Calibri" w:hAnsi="Calibri" w:cs="Calibri"/>
        </w:rPr>
        <w:t xml:space="preserve"> and </w:t>
      </w:r>
      <w:proofErr w:type="spellStart"/>
      <w:r w:rsidRPr="001C43BA">
        <w:rPr>
          <w:rFonts w:ascii="Calibri" w:hAnsi="Calibri" w:cs="Calibri"/>
        </w:rPr>
        <w:t>Fisheries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at</w:t>
      </w:r>
      <w:proofErr w:type="spellEnd"/>
      <w:r w:rsidRPr="001C43BA">
        <w:rPr>
          <w:rFonts w:ascii="Calibri" w:hAnsi="Calibri" w:cs="Calibri"/>
        </w:rPr>
        <w:t xml:space="preserve"> the University of </w:t>
      </w:r>
      <w:proofErr w:type="spellStart"/>
      <w:r w:rsidRPr="001C43BA">
        <w:rPr>
          <w:rFonts w:ascii="Calibri" w:hAnsi="Calibri" w:cs="Calibri"/>
        </w:rPr>
        <w:t>Agriculture</w:t>
      </w:r>
      <w:proofErr w:type="spellEnd"/>
      <w:r w:rsidRPr="001C43BA">
        <w:rPr>
          <w:rFonts w:ascii="Calibri" w:hAnsi="Calibri" w:cs="Calibri"/>
        </w:rPr>
        <w:t xml:space="preserve"> in </w:t>
      </w:r>
      <w:proofErr w:type="spellStart"/>
      <w:r w:rsidRPr="001C43BA">
        <w:rPr>
          <w:rFonts w:ascii="Calibri" w:hAnsi="Calibri" w:cs="Calibri"/>
        </w:rPr>
        <w:t>Krakow</w:t>
      </w:r>
      <w:proofErr w:type="spellEnd"/>
      <w:r w:rsidRPr="001C43BA">
        <w:rPr>
          <w:rFonts w:ascii="Calibri" w:hAnsi="Calibri" w:cs="Calibri"/>
        </w:rPr>
        <w:t xml:space="preserve">, </w:t>
      </w:r>
      <w:proofErr w:type="spellStart"/>
      <w:r w:rsidRPr="001C43BA">
        <w:rPr>
          <w:rFonts w:ascii="Calibri" w:hAnsi="Calibri" w:cs="Calibri"/>
        </w:rPr>
        <w:t>commissioned</w:t>
      </w:r>
      <w:proofErr w:type="spellEnd"/>
      <w:r w:rsidRPr="001C43BA">
        <w:rPr>
          <w:rFonts w:ascii="Calibri" w:hAnsi="Calibri" w:cs="Calibri"/>
        </w:rPr>
        <w:t xml:space="preserve"> by OVER </w:t>
      </w:r>
      <w:proofErr w:type="spellStart"/>
      <w:r w:rsidRPr="001C43BA">
        <w:rPr>
          <w:rFonts w:ascii="Calibri" w:hAnsi="Calibri" w:cs="Calibri"/>
        </w:rPr>
        <w:t>Group</w:t>
      </w:r>
      <w:proofErr w:type="spellEnd"/>
      <w:r w:rsidRPr="001C43BA">
        <w:rPr>
          <w:rFonts w:ascii="Calibri" w:hAnsi="Calibri" w:cs="Calibri"/>
        </w:rPr>
        <w:t xml:space="preserve">, as part of the </w:t>
      </w:r>
      <w:proofErr w:type="spellStart"/>
      <w:r w:rsidRPr="001C43BA">
        <w:rPr>
          <w:rFonts w:ascii="Calibri" w:hAnsi="Calibri" w:cs="Calibri"/>
        </w:rPr>
        <w:t>project</w:t>
      </w:r>
      <w:proofErr w:type="spellEnd"/>
      <w:r w:rsidRPr="001C43BA">
        <w:rPr>
          <w:rFonts w:ascii="Calibri" w:hAnsi="Calibri" w:cs="Calibri"/>
        </w:rPr>
        <w:t xml:space="preserve"> POIR.01.01.01-00-1138/18 </w:t>
      </w:r>
      <w:proofErr w:type="spellStart"/>
      <w:r w:rsidRPr="001C43BA">
        <w:rPr>
          <w:rFonts w:ascii="Calibri" w:hAnsi="Calibri" w:cs="Calibri"/>
        </w:rPr>
        <w:t>titled</w:t>
      </w:r>
      <w:proofErr w:type="spellEnd"/>
      <w:r w:rsidRPr="001C43BA">
        <w:rPr>
          <w:rFonts w:ascii="Calibri" w:hAnsi="Calibri" w:cs="Calibri"/>
        </w:rPr>
        <w:t xml:space="preserve"> “Development of a </w:t>
      </w:r>
      <w:proofErr w:type="spellStart"/>
      <w:r w:rsidRPr="001C43BA">
        <w:rPr>
          <w:rFonts w:ascii="Calibri" w:hAnsi="Calibri" w:cs="Calibri"/>
        </w:rPr>
        <w:t>method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ensuring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comprehensive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regulation</w:t>
      </w:r>
      <w:proofErr w:type="spellEnd"/>
      <w:r w:rsidRPr="001C43BA">
        <w:rPr>
          <w:rFonts w:ascii="Calibri" w:hAnsi="Calibri" w:cs="Calibri"/>
        </w:rPr>
        <w:t xml:space="preserve"> of the </w:t>
      </w:r>
      <w:proofErr w:type="spellStart"/>
      <w:r w:rsidRPr="001C43BA">
        <w:rPr>
          <w:rFonts w:ascii="Calibri" w:hAnsi="Calibri" w:cs="Calibri"/>
        </w:rPr>
        <w:t>proper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functioning</w:t>
      </w:r>
      <w:proofErr w:type="spellEnd"/>
      <w:r w:rsidRPr="001C43BA">
        <w:rPr>
          <w:rFonts w:ascii="Calibri" w:hAnsi="Calibri" w:cs="Calibri"/>
        </w:rPr>
        <w:t xml:space="preserve"> of </w:t>
      </w:r>
      <w:proofErr w:type="spellStart"/>
      <w:r w:rsidRPr="001C43BA">
        <w:rPr>
          <w:rFonts w:ascii="Calibri" w:hAnsi="Calibri" w:cs="Calibri"/>
        </w:rPr>
        <w:t>anal</w:t>
      </w:r>
      <w:proofErr w:type="spellEnd"/>
      <w:r w:rsidRPr="001C43BA">
        <w:rPr>
          <w:rFonts w:ascii="Calibri" w:hAnsi="Calibri" w:cs="Calibri"/>
        </w:rPr>
        <w:t xml:space="preserve"> </w:t>
      </w:r>
      <w:proofErr w:type="spellStart"/>
      <w:r w:rsidRPr="001C43BA">
        <w:rPr>
          <w:rFonts w:ascii="Calibri" w:hAnsi="Calibri" w:cs="Calibri"/>
        </w:rPr>
        <w:t>glands</w:t>
      </w:r>
      <w:proofErr w:type="spellEnd"/>
      <w:r w:rsidRPr="001C43BA">
        <w:rPr>
          <w:rFonts w:ascii="Calibri" w:hAnsi="Calibri" w:cs="Calibri"/>
        </w:rPr>
        <w:t xml:space="preserve"> in </w:t>
      </w:r>
      <w:proofErr w:type="spellStart"/>
      <w:r w:rsidRPr="001C43BA">
        <w:rPr>
          <w:rFonts w:ascii="Calibri" w:hAnsi="Calibri" w:cs="Calibri"/>
        </w:rPr>
        <w:t>dogs</w:t>
      </w:r>
      <w:proofErr w:type="spellEnd"/>
      <w:r w:rsidRPr="001C43BA">
        <w:rPr>
          <w:rFonts w:ascii="Calibri" w:hAnsi="Calibri" w:cs="Calibri"/>
        </w:rPr>
        <w:t>.”</w:t>
      </w:r>
    </w:p>
    <w:p w14:paraId="0D752661" w14:textId="77777777" w:rsidR="00FD345D" w:rsidRPr="001C43BA" w:rsidRDefault="00FD345D">
      <w:pPr>
        <w:pStyle w:val="NormalnyWeb"/>
        <w:rPr>
          <w:rStyle w:val="Pogrubienie"/>
          <w:rFonts w:ascii="Calibri" w:hAnsi="Calibri" w:cs="Calibri"/>
        </w:rPr>
      </w:pPr>
      <w:r w:rsidRPr="001C43BA">
        <w:rPr>
          <w:rStyle w:val="Pogrubienie"/>
          <w:rFonts w:ascii="Calibri" w:hAnsi="Calibri" w:cs="Calibri"/>
        </w:rPr>
        <w:t xml:space="preserve">Component </w:t>
      </w:r>
      <w:proofErr w:type="spellStart"/>
      <w:r w:rsidRPr="001C43BA">
        <w:rPr>
          <w:rStyle w:val="Pogrubienie"/>
          <w:rFonts w:ascii="Calibri" w:hAnsi="Calibri" w:cs="Calibri"/>
        </w:rPr>
        <w:t>composition</w:t>
      </w:r>
      <w:proofErr w:type="spellEnd"/>
      <w:r w:rsidRPr="001C43BA">
        <w:rPr>
          <w:rStyle w:val="Pogrubienie"/>
          <w:rFonts w:ascii="Calibri" w:hAnsi="Calibri" w:cs="Calibri"/>
        </w:rPr>
        <w:t xml:space="preserve"> of the </w:t>
      </w:r>
      <w:proofErr w:type="spellStart"/>
      <w:r w:rsidRPr="001C43BA">
        <w:rPr>
          <w:rStyle w:val="Pogrubienie"/>
          <w:rFonts w:ascii="Calibri" w:hAnsi="Calibri" w:cs="Calibri"/>
        </w:rPr>
        <w:t>complementary</w:t>
      </w:r>
      <w:proofErr w:type="spellEnd"/>
      <w:r w:rsidRPr="001C43BA">
        <w:rPr>
          <w:rStyle w:val="Pogrubienie"/>
          <w:rFonts w:ascii="Calibri" w:hAnsi="Calibri" w:cs="Calibri"/>
        </w:rPr>
        <w:t xml:space="preserve"> </w:t>
      </w:r>
      <w:proofErr w:type="spellStart"/>
      <w:r w:rsidRPr="001C43BA">
        <w:rPr>
          <w:rStyle w:val="Pogrubienie"/>
          <w:rFonts w:ascii="Calibri" w:hAnsi="Calibri" w:cs="Calibri"/>
        </w:rPr>
        <w:t>mixtures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4"/>
        <w:gridCol w:w="2264"/>
      </w:tblGrid>
      <w:tr w:rsidR="00FD345D" w:rsidRPr="00FD345D" w14:paraId="314C943A" w14:textId="77777777" w:rsidTr="001C43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6DEC44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  <w:b/>
                <w:bCs/>
              </w:rPr>
            </w:pPr>
            <w:proofErr w:type="spellStart"/>
            <w:r w:rsidRPr="00FD345D">
              <w:rPr>
                <w:rFonts w:ascii="Calibri" w:hAnsi="Calibri" w:cs="Calibri"/>
                <w:b/>
                <w:bCs/>
              </w:rPr>
              <w:t>Soft</w:t>
            </w:r>
            <w:proofErr w:type="spellEnd"/>
            <w:r w:rsidRPr="00FD345D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  <w:b/>
                <w:bCs/>
              </w:rPr>
              <w:t>chew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0DD90C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  <w:b/>
                <w:bCs/>
              </w:rPr>
            </w:pPr>
            <w:proofErr w:type="spellStart"/>
            <w:r w:rsidRPr="00FD345D">
              <w:rPr>
                <w:rFonts w:ascii="Calibri" w:hAnsi="Calibri" w:cs="Calibri"/>
                <w:b/>
                <w:bCs/>
              </w:rPr>
              <w:t>Pellet</w:t>
            </w:r>
            <w:proofErr w:type="spellEnd"/>
          </w:p>
        </w:tc>
      </w:tr>
      <w:tr w:rsidR="00FD345D" w:rsidRPr="00FD345D" w14:paraId="49851F52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F3A01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Glycerin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C11666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Whey</w:t>
            </w:r>
            <w:proofErr w:type="spellEnd"/>
          </w:p>
        </w:tc>
      </w:tr>
      <w:tr w:rsidR="00FD345D" w:rsidRPr="00FD345D" w14:paraId="5AF633D0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F6595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Gelatin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B8C1F8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Chicory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root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granulate</w:t>
            </w:r>
            <w:proofErr w:type="spellEnd"/>
          </w:p>
        </w:tc>
      </w:tr>
      <w:tr w:rsidR="00FD345D" w:rsidRPr="00FD345D" w14:paraId="7ED28B5D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EA1E8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Jerusalem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artichoke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0617F9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Beet</w:t>
            </w:r>
            <w:proofErr w:type="spellEnd"/>
            <w:r w:rsidRPr="00FD345D">
              <w:rPr>
                <w:rFonts w:ascii="Calibri" w:hAnsi="Calibri" w:cs="Calibri"/>
              </w:rPr>
              <w:t xml:space="preserve"> pulp</w:t>
            </w:r>
          </w:p>
        </w:tc>
      </w:tr>
      <w:tr w:rsidR="00FD345D" w:rsidRPr="00FD345D" w14:paraId="41397674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95BCE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Chicory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root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granulate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83D2C4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Jerusalem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artichoke</w:t>
            </w:r>
            <w:proofErr w:type="spellEnd"/>
          </w:p>
        </w:tc>
      </w:tr>
      <w:tr w:rsidR="00FD345D" w:rsidRPr="00FD345D" w14:paraId="66A9C0C0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22465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Beet</w:t>
            </w:r>
            <w:proofErr w:type="spellEnd"/>
            <w:r w:rsidRPr="00FD345D">
              <w:rPr>
                <w:rFonts w:ascii="Calibri" w:hAnsi="Calibri" w:cs="Calibri"/>
              </w:rPr>
              <w:t xml:space="preserve"> pulp</w:t>
            </w:r>
          </w:p>
        </w:tc>
        <w:tc>
          <w:tcPr>
            <w:tcW w:w="0" w:type="auto"/>
            <w:vAlign w:val="center"/>
            <w:hideMark/>
          </w:tcPr>
          <w:p w14:paraId="1FBB11E2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Seaweed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meal</w:t>
            </w:r>
            <w:proofErr w:type="spellEnd"/>
          </w:p>
        </w:tc>
      </w:tr>
      <w:tr w:rsidR="00FD345D" w:rsidRPr="00FD345D" w14:paraId="5802AA5F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5461B1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Seaweed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meal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3471E8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Dandelion</w:t>
            </w:r>
            <w:proofErr w:type="spellEnd"/>
            <w:r w:rsidRPr="00FD345D">
              <w:rPr>
                <w:rFonts w:ascii="Calibri" w:hAnsi="Calibri" w:cs="Calibri"/>
              </w:rPr>
              <w:t xml:space="preserve"> herb</w:t>
            </w:r>
          </w:p>
        </w:tc>
      </w:tr>
      <w:tr w:rsidR="00FD345D" w:rsidRPr="00FD345D" w14:paraId="017CA942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ED739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Dandelion</w:t>
            </w:r>
            <w:proofErr w:type="spellEnd"/>
            <w:r w:rsidRPr="00FD345D">
              <w:rPr>
                <w:rFonts w:ascii="Calibri" w:hAnsi="Calibri" w:cs="Calibri"/>
              </w:rPr>
              <w:t xml:space="preserve"> herb</w:t>
            </w:r>
          </w:p>
        </w:tc>
        <w:tc>
          <w:tcPr>
            <w:tcW w:w="0" w:type="auto"/>
            <w:vAlign w:val="center"/>
            <w:hideMark/>
          </w:tcPr>
          <w:p w14:paraId="60A3A84E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r w:rsidRPr="00FD345D">
              <w:rPr>
                <w:rFonts w:ascii="Calibri" w:hAnsi="Calibri" w:cs="Calibri"/>
              </w:rPr>
              <w:t xml:space="preserve">Cod </w:t>
            </w:r>
            <w:proofErr w:type="spellStart"/>
            <w:r w:rsidRPr="00FD345D">
              <w:rPr>
                <w:rFonts w:ascii="Calibri" w:hAnsi="Calibri" w:cs="Calibri"/>
              </w:rPr>
              <w:t>liver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oil</w:t>
            </w:r>
            <w:proofErr w:type="spellEnd"/>
          </w:p>
        </w:tc>
      </w:tr>
      <w:tr w:rsidR="00FD345D" w:rsidRPr="00FD345D" w14:paraId="3EB6C86F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5F230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r w:rsidRPr="00FD345D">
              <w:rPr>
                <w:rFonts w:ascii="Calibri" w:hAnsi="Calibri" w:cs="Calibri"/>
              </w:rPr>
              <w:t xml:space="preserve">Cod </w:t>
            </w:r>
            <w:proofErr w:type="spellStart"/>
            <w:r w:rsidRPr="00FD345D">
              <w:rPr>
                <w:rFonts w:ascii="Calibri" w:hAnsi="Calibri" w:cs="Calibri"/>
              </w:rPr>
              <w:t>liver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oil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D8F189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Activated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charcoal</w:t>
            </w:r>
            <w:proofErr w:type="spellEnd"/>
          </w:p>
        </w:tc>
      </w:tr>
      <w:tr w:rsidR="00FD345D" w:rsidRPr="00FD345D" w14:paraId="245D9546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41A3D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Activated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charcoal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DF521A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Yucca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extract</w:t>
            </w:r>
            <w:proofErr w:type="spellEnd"/>
          </w:p>
        </w:tc>
      </w:tr>
      <w:tr w:rsidR="00FD345D" w:rsidRPr="00FD345D" w14:paraId="421F1278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47280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Yucca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extract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196AB2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Echinacea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root</w:t>
            </w:r>
            <w:proofErr w:type="spellEnd"/>
          </w:p>
        </w:tc>
      </w:tr>
      <w:tr w:rsidR="00FD345D" w:rsidRPr="00FD345D" w14:paraId="2465D917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45D56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Echinacea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root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4D7A9E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r w:rsidRPr="00FD345D">
              <w:rPr>
                <w:rFonts w:ascii="Calibri" w:hAnsi="Calibri" w:cs="Calibri"/>
              </w:rPr>
              <w:t>Rosemary</w:t>
            </w:r>
          </w:p>
        </w:tc>
      </w:tr>
      <w:tr w:rsidR="00FD345D" w:rsidRPr="00FD345D" w14:paraId="00908177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60B17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r w:rsidRPr="00FD345D">
              <w:rPr>
                <w:rFonts w:ascii="Calibri" w:hAnsi="Calibri" w:cs="Calibri"/>
              </w:rPr>
              <w:t>Rosemary</w:t>
            </w:r>
          </w:p>
        </w:tc>
        <w:tc>
          <w:tcPr>
            <w:tcW w:w="0" w:type="auto"/>
            <w:vAlign w:val="center"/>
            <w:hideMark/>
          </w:tcPr>
          <w:p w14:paraId="042452FE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Feed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yeast</w:t>
            </w:r>
            <w:proofErr w:type="spellEnd"/>
          </w:p>
        </w:tc>
      </w:tr>
      <w:tr w:rsidR="00FD345D" w:rsidRPr="00FD345D" w14:paraId="001AAA91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365A2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Feed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yeast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1EC28E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Yeast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cell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wall</w:t>
            </w:r>
            <w:proofErr w:type="spellEnd"/>
          </w:p>
        </w:tc>
      </w:tr>
      <w:tr w:rsidR="00FD345D" w:rsidRPr="00FD345D" w14:paraId="712DC40D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0E1C26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Yeast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cell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wall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5A9C5F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r w:rsidRPr="00FD345D">
              <w:rPr>
                <w:rFonts w:ascii="Calibri" w:hAnsi="Calibri" w:cs="Calibri"/>
              </w:rPr>
              <w:t xml:space="preserve">Rosemary </w:t>
            </w:r>
            <w:proofErr w:type="spellStart"/>
            <w:r w:rsidRPr="00FD345D">
              <w:rPr>
                <w:rFonts w:ascii="Calibri" w:hAnsi="Calibri" w:cs="Calibri"/>
              </w:rPr>
              <w:t>extract</w:t>
            </w:r>
            <w:proofErr w:type="spellEnd"/>
          </w:p>
        </w:tc>
      </w:tr>
      <w:tr w:rsidR="00FD345D" w:rsidRPr="00FD345D" w14:paraId="7AB5D22F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72D73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r w:rsidRPr="00FD345D">
              <w:rPr>
                <w:rFonts w:ascii="Calibri" w:hAnsi="Calibri" w:cs="Calibri"/>
              </w:rPr>
              <w:t xml:space="preserve">Rosemary </w:t>
            </w:r>
            <w:proofErr w:type="spellStart"/>
            <w:r w:rsidRPr="00FD345D">
              <w:rPr>
                <w:rFonts w:ascii="Calibri" w:hAnsi="Calibri" w:cs="Calibri"/>
              </w:rPr>
              <w:t>extract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2738AC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Echinacea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extract</w:t>
            </w:r>
            <w:proofErr w:type="spellEnd"/>
          </w:p>
        </w:tc>
      </w:tr>
      <w:tr w:rsidR="00FD345D" w:rsidRPr="00FD345D" w14:paraId="676C55E2" w14:textId="77777777" w:rsidTr="001C4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D3BA7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FD345D">
              <w:rPr>
                <w:rFonts w:ascii="Calibri" w:hAnsi="Calibri" w:cs="Calibri"/>
              </w:rPr>
              <w:t>Echinacea</w:t>
            </w:r>
            <w:proofErr w:type="spellEnd"/>
            <w:r w:rsidRPr="00FD345D">
              <w:rPr>
                <w:rFonts w:ascii="Calibri" w:hAnsi="Calibri" w:cs="Calibri"/>
              </w:rPr>
              <w:t xml:space="preserve"> </w:t>
            </w:r>
            <w:proofErr w:type="spellStart"/>
            <w:r w:rsidRPr="00FD345D">
              <w:rPr>
                <w:rFonts w:ascii="Calibri" w:hAnsi="Calibri" w:cs="Calibri"/>
              </w:rPr>
              <w:t>extract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F642C5" w14:textId="77777777" w:rsidR="00FD345D" w:rsidRPr="00FD345D" w:rsidRDefault="00FD345D" w:rsidP="00FD345D">
            <w:pPr>
              <w:pStyle w:val="NormalnyWeb"/>
              <w:rPr>
                <w:rFonts w:ascii="Calibri" w:hAnsi="Calibri" w:cs="Calibri"/>
              </w:rPr>
            </w:pPr>
            <w:r w:rsidRPr="00FD345D">
              <w:rPr>
                <w:rFonts w:ascii="Calibri" w:hAnsi="Calibri" w:cs="Calibri"/>
              </w:rPr>
              <w:t>—</w:t>
            </w:r>
          </w:p>
        </w:tc>
      </w:tr>
    </w:tbl>
    <w:p w14:paraId="68802F86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Effects</w:t>
      </w:r>
      <w:proofErr w:type="spellEnd"/>
      <w:r w:rsidRPr="00FD345D">
        <w:rPr>
          <w:rFonts w:ascii="Calibri" w:hAnsi="Calibri" w:cs="Calibri"/>
          <w:b/>
          <w:bCs/>
        </w:rPr>
        <w:t xml:space="preserve"> of </w:t>
      </w:r>
      <w:proofErr w:type="spellStart"/>
      <w:r w:rsidRPr="00FD345D">
        <w:rPr>
          <w:rFonts w:ascii="Calibri" w:hAnsi="Calibri" w:cs="Calibri"/>
          <w:b/>
          <w:bCs/>
        </w:rPr>
        <w:t>Selected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Nutritional</w:t>
      </w:r>
      <w:proofErr w:type="spellEnd"/>
      <w:r w:rsidRPr="00FD345D">
        <w:rPr>
          <w:rFonts w:ascii="Calibri" w:hAnsi="Calibri" w:cs="Calibri"/>
          <w:b/>
          <w:bCs/>
        </w:rPr>
        <w:t xml:space="preserve"> Components on </w:t>
      </w:r>
      <w:proofErr w:type="spellStart"/>
      <w:r w:rsidRPr="00FD345D">
        <w:rPr>
          <w:rFonts w:ascii="Calibri" w:hAnsi="Calibri" w:cs="Calibri"/>
          <w:b/>
          <w:bCs/>
        </w:rPr>
        <w:t>Fermentation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Processes</w:t>
      </w:r>
      <w:proofErr w:type="spellEnd"/>
      <w:r w:rsidRPr="00FD345D">
        <w:rPr>
          <w:rFonts w:ascii="Calibri" w:hAnsi="Calibri" w:cs="Calibri"/>
          <w:b/>
          <w:bCs/>
        </w:rPr>
        <w:t xml:space="preserve"> and </w:t>
      </w:r>
      <w:proofErr w:type="spellStart"/>
      <w:r w:rsidRPr="00FD345D">
        <w:rPr>
          <w:rFonts w:ascii="Calibri" w:hAnsi="Calibri" w:cs="Calibri"/>
          <w:b/>
          <w:bCs/>
        </w:rPr>
        <w:t>Digestibility</w:t>
      </w:r>
      <w:proofErr w:type="spellEnd"/>
      <w:r w:rsidRPr="00FD345D">
        <w:rPr>
          <w:rFonts w:ascii="Calibri" w:hAnsi="Calibri" w:cs="Calibri"/>
          <w:b/>
          <w:bCs/>
        </w:rPr>
        <w:t xml:space="preserve"> in Companion Animals</w:t>
      </w:r>
    </w:p>
    <w:p w14:paraId="18AC1B72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lastRenderedPageBreak/>
        <w:t>Characterization</w:t>
      </w:r>
      <w:proofErr w:type="spellEnd"/>
      <w:r w:rsidRPr="00FD345D">
        <w:rPr>
          <w:rFonts w:ascii="Calibri" w:hAnsi="Calibri" w:cs="Calibri"/>
          <w:b/>
          <w:bCs/>
        </w:rPr>
        <w:t xml:space="preserve"> of </w:t>
      </w:r>
      <w:proofErr w:type="spellStart"/>
      <w:r w:rsidRPr="00FD345D">
        <w:rPr>
          <w:rFonts w:ascii="Calibri" w:hAnsi="Calibri" w:cs="Calibri"/>
          <w:b/>
          <w:bCs/>
        </w:rPr>
        <w:t>feed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components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used</w:t>
      </w:r>
      <w:proofErr w:type="spellEnd"/>
      <w:r w:rsidRPr="00FD345D">
        <w:rPr>
          <w:rFonts w:ascii="Calibri" w:hAnsi="Calibri" w:cs="Calibri"/>
          <w:b/>
          <w:bCs/>
        </w:rPr>
        <w:t xml:space="preserve"> to </w:t>
      </w:r>
      <w:proofErr w:type="spellStart"/>
      <w:r w:rsidRPr="00FD345D">
        <w:rPr>
          <w:rFonts w:ascii="Calibri" w:hAnsi="Calibri" w:cs="Calibri"/>
          <w:b/>
          <w:bCs/>
        </w:rPr>
        <w:t>produce</w:t>
      </w:r>
      <w:proofErr w:type="spellEnd"/>
      <w:r w:rsidRPr="00FD345D">
        <w:rPr>
          <w:rFonts w:ascii="Calibri" w:hAnsi="Calibri" w:cs="Calibri"/>
          <w:b/>
          <w:bCs/>
        </w:rPr>
        <w:t xml:space="preserve"> the MPU</w:t>
      </w:r>
    </w:p>
    <w:p w14:paraId="1DA5B03E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Effect</w:t>
      </w:r>
      <w:proofErr w:type="spellEnd"/>
      <w:r w:rsidRPr="00FD345D">
        <w:rPr>
          <w:rFonts w:ascii="Calibri" w:hAnsi="Calibri" w:cs="Calibri"/>
          <w:b/>
          <w:bCs/>
        </w:rPr>
        <w:t xml:space="preserve"> of </w:t>
      </w:r>
      <w:proofErr w:type="spellStart"/>
      <w:r w:rsidRPr="00FD345D">
        <w:rPr>
          <w:rFonts w:ascii="Calibri" w:hAnsi="Calibri" w:cs="Calibri"/>
          <w:b/>
          <w:bCs/>
        </w:rPr>
        <w:t>fiber</w:t>
      </w:r>
      <w:proofErr w:type="spellEnd"/>
      <w:r w:rsidRPr="00FD345D">
        <w:rPr>
          <w:rFonts w:ascii="Calibri" w:hAnsi="Calibri" w:cs="Calibri"/>
          <w:b/>
          <w:bCs/>
        </w:rPr>
        <w:t xml:space="preserve"> on </w:t>
      </w:r>
      <w:proofErr w:type="spellStart"/>
      <w:r w:rsidRPr="00FD345D">
        <w:rPr>
          <w:rFonts w:ascii="Calibri" w:hAnsi="Calibri" w:cs="Calibri"/>
          <w:b/>
          <w:bCs/>
        </w:rPr>
        <w:t>fermentation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processes</w:t>
      </w:r>
      <w:proofErr w:type="spellEnd"/>
    </w:p>
    <w:p w14:paraId="78670D77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Dietary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is</w:t>
      </w:r>
      <w:proofErr w:type="spellEnd"/>
      <w:r w:rsidRPr="00FD345D">
        <w:rPr>
          <w:rFonts w:ascii="Calibri" w:hAnsi="Calibri" w:cs="Calibri"/>
        </w:rPr>
        <w:t xml:space="preserve"> a </w:t>
      </w:r>
      <w:proofErr w:type="spellStart"/>
      <w:r w:rsidRPr="00FD345D">
        <w:rPr>
          <w:rFonts w:ascii="Calibri" w:hAnsi="Calibri" w:cs="Calibri"/>
        </w:rPr>
        <w:t>carbohydrate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fraction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resistant</w:t>
      </w:r>
      <w:proofErr w:type="spellEnd"/>
      <w:r w:rsidRPr="00FD345D">
        <w:rPr>
          <w:rFonts w:ascii="Calibri" w:hAnsi="Calibri" w:cs="Calibri"/>
        </w:rPr>
        <w:t xml:space="preserve"> to </w:t>
      </w:r>
      <w:proofErr w:type="spellStart"/>
      <w:r w:rsidRPr="00FD345D">
        <w:rPr>
          <w:rFonts w:ascii="Calibri" w:hAnsi="Calibri" w:cs="Calibri"/>
        </w:rPr>
        <w:t>enzymatic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digestion</w:t>
      </w:r>
      <w:proofErr w:type="spellEnd"/>
      <w:r w:rsidRPr="00FD345D">
        <w:rPr>
          <w:rFonts w:ascii="Calibri" w:hAnsi="Calibri" w:cs="Calibri"/>
        </w:rPr>
        <w:t xml:space="preserve"> in the small </w:t>
      </w:r>
      <w:proofErr w:type="spellStart"/>
      <w:r w:rsidRPr="00FD345D">
        <w:rPr>
          <w:rFonts w:ascii="Calibri" w:hAnsi="Calibri" w:cs="Calibri"/>
        </w:rPr>
        <w:t>intestine</w:t>
      </w:r>
      <w:proofErr w:type="spellEnd"/>
      <w:r w:rsidRPr="00FD345D">
        <w:rPr>
          <w:rFonts w:ascii="Calibri" w:hAnsi="Calibri" w:cs="Calibri"/>
        </w:rPr>
        <w:t xml:space="preserve"> but </w:t>
      </w:r>
      <w:proofErr w:type="spellStart"/>
      <w:r w:rsidRPr="00FD345D">
        <w:rPr>
          <w:rFonts w:ascii="Calibri" w:hAnsi="Calibri" w:cs="Calibri"/>
        </w:rPr>
        <w:t>subject</w:t>
      </w:r>
      <w:proofErr w:type="spellEnd"/>
      <w:r w:rsidRPr="00FD345D">
        <w:rPr>
          <w:rFonts w:ascii="Calibri" w:hAnsi="Calibri" w:cs="Calibri"/>
        </w:rPr>
        <w:t xml:space="preserve"> to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in the </w:t>
      </w:r>
      <w:proofErr w:type="spellStart"/>
      <w:r w:rsidRPr="00FD345D">
        <w:rPr>
          <w:rFonts w:ascii="Calibri" w:hAnsi="Calibri" w:cs="Calibri"/>
        </w:rPr>
        <w:t>large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intestine</w:t>
      </w:r>
      <w:proofErr w:type="spellEnd"/>
      <w:r w:rsidRPr="00FD345D">
        <w:rPr>
          <w:rFonts w:ascii="Calibri" w:hAnsi="Calibri" w:cs="Calibri"/>
        </w:rPr>
        <w:t xml:space="preserve"> by the </w:t>
      </w:r>
      <w:proofErr w:type="spellStart"/>
      <w:r w:rsidRPr="00FD345D">
        <w:rPr>
          <w:rFonts w:ascii="Calibri" w:hAnsi="Calibri" w:cs="Calibri"/>
        </w:rPr>
        <w:t>gut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microbiota</w:t>
      </w:r>
      <w:proofErr w:type="spellEnd"/>
      <w:r w:rsidRPr="00FD345D">
        <w:rPr>
          <w:rFonts w:ascii="Calibri" w:hAnsi="Calibri" w:cs="Calibri"/>
        </w:rPr>
        <w:t xml:space="preserve">. Three </w:t>
      </w: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sources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used</w:t>
      </w:r>
      <w:proofErr w:type="spellEnd"/>
      <w:r w:rsidRPr="00FD345D">
        <w:rPr>
          <w:rFonts w:ascii="Calibri" w:hAnsi="Calibri" w:cs="Calibri"/>
        </w:rPr>
        <w:t xml:space="preserve"> in the blend: </w:t>
      </w:r>
      <w:proofErr w:type="spellStart"/>
      <w:r w:rsidRPr="00FD345D">
        <w:rPr>
          <w:rFonts w:ascii="Calibri" w:hAnsi="Calibri" w:cs="Calibri"/>
        </w:rPr>
        <w:t>chicory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grits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Jerusalem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artichoke</w:t>
      </w:r>
      <w:proofErr w:type="spellEnd"/>
      <w:r w:rsidRPr="00FD345D">
        <w:rPr>
          <w:rFonts w:ascii="Calibri" w:hAnsi="Calibri" w:cs="Calibri"/>
        </w:rPr>
        <w:t xml:space="preserve">, and </w:t>
      </w:r>
      <w:proofErr w:type="spellStart"/>
      <w:r w:rsidRPr="00FD345D">
        <w:rPr>
          <w:rFonts w:ascii="Calibri" w:hAnsi="Calibri" w:cs="Calibri"/>
        </w:rPr>
        <w:t>beet</w:t>
      </w:r>
      <w:proofErr w:type="spellEnd"/>
      <w:r w:rsidRPr="00FD345D">
        <w:rPr>
          <w:rFonts w:ascii="Calibri" w:hAnsi="Calibri" w:cs="Calibri"/>
        </w:rPr>
        <w:t xml:space="preserve"> pulp. </w:t>
      </w:r>
      <w:proofErr w:type="spellStart"/>
      <w:r w:rsidRPr="00FD345D">
        <w:rPr>
          <w:rFonts w:ascii="Calibri" w:hAnsi="Calibri" w:cs="Calibri"/>
        </w:rPr>
        <w:t>Chicory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Jerusalem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artichoke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contain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substantial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amounts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fructooligosaccharides</w:t>
      </w:r>
      <w:proofErr w:type="spellEnd"/>
      <w:r w:rsidRPr="00FD345D">
        <w:rPr>
          <w:rFonts w:ascii="Calibri" w:hAnsi="Calibri" w:cs="Calibri"/>
        </w:rPr>
        <w:t xml:space="preserve"> (FOS) with </w:t>
      </w:r>
      <w:proofErr w:type="spellStart"/>
      <w:r w:rsidRPr="00FD345D">
        <w:rPr>
          <w:rFonts w:ascii="Calibri" w:hAnsi="Calibri" w:cs="Calibri"/>
        </w:rPr>
        <w:t>prebiotic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properties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Studies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have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shown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that</w:t>
      </w:r>
      <w:proofErr w:type="spellEnd"/>
      <w:r w:rsidRPr="00FD345D">
        <w:rPr>
          <w:rFonts w:ascii="Calibri" w:hAnsi="Calibri" w:cs="Calibri"/>
        </w:rPr>
        <w:t xml:space="preserve"> FOS </w:t>
      </w:r>
      <w:proofErr w:type="spellStart"/>
      <w:r w:rsidRPr="00FD345D">
        <w:rPr>
          <w:rFonts w:ascii="Calibri" w:hAnsi="Calibri" w:cs="Calibri"/>
        </w:rPr>
        <w:t>stimulate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growth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Bifidobacterium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Lactobacillus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leading</w:t>
      </w:r>
      <w:proofErr w:type="spellEnd"/>
      <w:r w:rsidRPr="00FD345D">
        <w:rPr>
          <w:rFonts w:ascii="Calibri" w:hAnsi="Calibri" w:cs="Calibri"/>
        </w:rPr>
        <w:t xml:space="preserve"> to </w:t>
      </w:r>
      <w:proofErr w:type="spellStart"/>
      <w:r w:rsidRPr="00FD345D">
        <w:rPr>
          <w:rFonts w:ascii="Calibri" w:hAnsi="Calibri" w:cs="Calibri"/>
        </w:rPr>
        <w:t>intensified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increased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production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short-chain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fatty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acids</w:t>
      </w:r>
      <w:proofErr w:type="spellEnd"/>
      <w:r w:rsidRPr="00FD345D">
        <w:rPr>
          <w:rFonts w:ascii="Calibri" w:hAnsi="Calibri" w:cs="Calibri"/>
        </w:rPr>
        <w:t xml:space="preserve"> (SCFA), and a </w:t>
      </w:r>
      <w:proofErr w:type="spellStart"/>
      <w:r w:rsidRPr="00FD345D">
        <w:rPr>
          <w:rFonts w:ascii="Calibri" w:hAnsi="Calibri" w:cs="Calibri"/>
        </w:rPr>
        <w:t>reduction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colonic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pH</w:t>
      </w:r>
      <w:proofErr w:type="spellEnd"/>
      <w:r w:rsidRPr="00FD345D">
        <w:rPr>
          <w:rFonts w:ascii="Calibri" w:hAnsi="Calibri" w:cs="Calibri"/>
        </w:rPr>
        <w:t xml:space="preserve"> [Rossi et al., 2005; </w:t>
      </w:r>
      <w:proofErr w:type="spellStart"/>
      <w:r w:rsidRPr="00FD345D">
        <w:rPr>
          <w:rFonts w:ascii="Calibri" w:hAnsi="Calibri" w:cs="Calibri"/>
        </w:rPr>
        <w:t>Hansongyi</w:t>
      </w:r>
      <w:proofErr w:type="spellEnd"/>
      <w:r w:rsidRPr="00FD345D">
        <w:rPr>
          <w:rFonts w:ascii="Calibri" w:hAnsi="Calibri" w:cs="Calibri"/>
        </w:rPr>
        <w:t xml:space="preserve"> et al., 2013]. It </w:t>
      </w:r>
      <w:proofErr w:type="spellStart"/>
      <w:r w:rsidRPr="00FD345D">
        <w:rPr>
          <w:rFonts w:ascii="Calibri" w:hAnsi="Calibri" w:cs="Calibri"/>
        </w:rPr>
        <w:t>has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also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been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confirmed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that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chicory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fructans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increase</w:t>
      </w:r>
      <w:proofErr w:type="spellEnd"/>
      <w:r w:rsidRPr="00FD345D">
        <w:rPr>
          <w:rFonts w:ascii="Calibri" w:hAnsi="Calibri" w:cs="Calibri"/>
        </w:rPr>
        <w:t xml:space="preserve"> SCFA </w:t>
      </w:r>
      <w:proofErr w:type="spellStart"/>
      <w:r w:rsidRPr="00FD345D">
        <w:rPr>
          <w:rFonts w:ascii="Calibri" w:hAnsi="Calibri" w:cs="Calibri"/>
        </w:rPr>
        <w:t>concentrations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lower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ammonia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levels</w:t>
      </w:r>
      <w:proofErr w:type="spellEnd"/>
      <w:r w:rsidRPr="00FD345D">
        <w:rPr>
          <w:rFonts w:ascii="Calibri" w:hAnsi="Calibri" w:cs="Calibri"/>
        </w:rPr>
        <w:t xml:space="preserve">, as </w:t>
      </w:r>
      <w:proofErr w:type="spellStart"/>
      <w:r w:rsidRPr="00FD345D">
        <w:rPr>
          <w:rFonts w:ascii="Calibri" w:hAnsi="Calibri" w:cs="Calibri"/>
        </w:rPr>
        <w:t>demonstrated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studies</w:t>
      </w:r>
      <w:proofErr w:type="spellEnd"/>
      <w:r w:rsidRPr="00FD345D">
        <w:rPr>
          <w:rFonts w:ascii="Calibri" w:hAnsi="Calibri" w:cs="Calibri"/>
        </w:rPr>
        <w:t xml:space="preserve"> on </w:t>
      </w:r>
      <w:proofErr w:type="spellStart"/>
      <w:r w:rsidRPr="00FD345D">
        <w:rPr>
          <w:rFonts w:ascii="Calibri" w:hAnsi="Calibri" w:cs="Calibri"/>
        </w:rPr>
        <w:t>monogastric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animals</w:t>
      </w:r>
      <w:proofErr w:type="spellEnd"/>
      <w:r w:rsidRPr="00FD345D">
        <w:rPr>
          <w:rFonts w:ascii="Calibri" w:hAnsi="Calibri" w:cs="Calibri"/>
        </w:rPr>
        <w:t xml:space="preserve"> in Poland [Żary-Sikorska and </w:t>
      </w:r>
      <w:proofErr w:type="spellStart"/>
      <w:r w:rsidRPr="00FD345D">
        <w:rPr>
          <w:rFonts w:ascii="Calibri" w:hAnsi="Calibri" w:cs="Calibri"/>
        </w:rPr>
        <w:t>Juśkiewicz</w:t>
      </w:r>
      <w:proofErr w:type="spellEnd"/>
      <w:r w:rsidRPr="00FD345D">
        <w:rPr>
          <w:rFonts w:ascii="Calibri" w:hAnsi="Calibri" w:cs="Calibri"/>
        </w:rPr>
        <w:t>, 2010].</w:t>
      </w:r>
    </w:p>
    <w:p w14:paraId="247C915B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Jerusalem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artichoke</w:t>
      </w:r>
      <w:proofErr w:type="spellEnd"/>
      <w:r w:rsidRPr="00FD345D">
        <w:rPr>
          <w:rFonts w:ascii="Calibri" w:hAnsi="Calibri" w:cs="Calibri"/>
        </w:rPr>
        <w:t xml:space="preserve">, as a </w:t>
      </w:r>
      <w:proofErr w:type="spellStart"/>
      <w:r w:rsidRPr="00FD345D">
        <w:rPr>
          <w:rFonts w:ascii="Calibri" w:hAnsi="Calibri" w:cs="Calibri"/>
        </w:rPr>
        <w:t>valuable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source</w:t>
      </w:r>
      <w:proofErr w:type="spellEnd"/>
      <w:r w:rsidRPr="00FD345D">
        <w:rPr>
          <w:rFonts w:ascii="Calibri" w:hAnsi="Calibri" w:cs="Calibri"/>
        </w:rPr>
        <w:t xml:space="preserve"> of inulin, </w:t>
      </w:r>
      <w:proofErr w:type="spellStart"/>
      <w:r w:rsidRPr="00FD345D">
        <w:rPr>
          <w:rFonts w:ascii="Calibri" w:hAnsi="Calibri" w:cs="Calibri"/>
        </w:rPr>
        <w:t>stimulates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via a </w:t>
      </w:r>
      <w:proofErr w:type="spellStart"/>
      <w:r w:rsidRPr="00FD345D">
        <w:rPr>
          <w:rFonts w:ascii="Calibri" w:hAnsi="Calibri" w:cs="Calibri"/>
        </w:rPr>
        <w:t>similar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mechanism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Research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has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shown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that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supplementation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increases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total</w:t>
      </w:r>
      <w:proofErr w:type="spellEnd"/>
      <w:r w:rsidRPr="00FD345D">
        <w:rPr>
          <w:rFonts w:ascii="Calibri" w:hAnsi="Calibri" w:cs="Calibri"/>
        </w:rPr>
        <w:t xml:space="preserve"> SCFA </w:t>
      </w:r>
      <w:proofErr w:type="spellStart"/>
      <w:r w:rsidRPr="00FD345D">
        <w:rPr>
          <w:rFonts w:ascii="Calibri" w:hAnsi="Calibri" w:cs="Calibri"/>
        </w:rPr>
        <w:t>concentrations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decreases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fecal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pH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Samal</w:t>
      </w:r>
      <w:proofErr w:type="spellEnd"/>
      <w:r w:rsidRPr="00FD345D">
        <w:rPr>
          <w:rFonts w:ascii="Calibri" w:hAnsi="Calibri" w:cs="Calibri"/>
        </w:rPr>
        <w:t xml:space="preserve"> et al., 2017]. </w:t>
      </w:r>
      <w:proofErr w:type="spellStart"/>
      <w:r w:rsidRPr="00FD345D">
        <w:rPr>
          <w:rFonts w:ascii="Calibri" w:hAnsi="Calibri" w:cs="Calibri"/>
        </w:rPr>
        <w:t>Unlike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fructans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beet</w:t>
      </w:r>
      <w:proofErr w:type="spellEnd"/>
      <w:r w:rsidRPr="00FD345D">
        <w:rPr>
          <w:rFonts w:ascii="Calibri" w:hAnsi="Calibri" w:cs="Calibri"/>
        </w:rPr>
        <w:t xml:space="preserve"> pulp </w:t>
      </w:r>
      <w:proofErr w:type="spellStart"/>
      <w:r w:rsidRPr="00FD345D">
        <w:rPr>
          <w:rFonts w:ascii="Calibri" w:hAnsi="Calibri" w:cs="Calibri"/>
        </w:rPr>
        <w:t>is</w:t>
      </w:r>
      <w:proofErr w:type="spellEnd"/>
      <w:r w:rsidRPr="00FD345D">
        <w:rPr>
          <w:rFonts w:ascii="Calibri" w:hAnsi="Calibri" w:cs="Calibri"/>
        </w:rPr>
        <w:t xml:space="preserve"> a </w:t>
      </w:r>
      <w:proofErr w:type="spellStart"/>
      <w:r w:rsidRPr="00FD345D">
        <w:rPr>
          <w:rFonts w:ascii="Calibri" w:hAnsi="Calibri" w:cs="Calibri"/>
        </w:rPr>
        <w:t>moderately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fermentable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Due</w:t>
      </w:r>
      <w:proofErr w:type="spellEnd"/>
      <w:r w:rsidRPr="00FD345D">
        <w:rPr>
          <w:rFonts w:ascii="Calibri" w:hAnsi="Calibri" w:cs="Calibri"/>
        </w:rPr>
        <w:t xml:space="preserve"> to the </w:t>
      </w:r>
      <w:proofErr w:type="spellStart"/>
      <w:r w:rsidRPr="00FD345D">
        <w:rPr>
          <w:rFonts w:ascii="Calibri" w:hAnsi="Calibri" w:cs="Calibri"/>
        </w:rPr>
        <w:t>presence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pectins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cellulose</w:t>
      </w:r>
      <w:proofErr w:type="spellEnd"/>
      <w:r w:rsidRPr="00FD345D">
        <w:rPr>
          <w:rFonts w:ascii="Calibri" w:hAnsi="Calibri" w:cs="Calibri"/>
        </w:rPr>
        <w:t xml:space="preserve">, and </w:t>
      </w:r>
      <w:proofErr w:type="spellStart"/>
      <w:r w:rsidRPr="00FD345D">
        <w:rPr>
          <w:rFonts w:ascii="Calibri" w:hAnsi="Calibri" w:cs="Calibri"/>
        </w:rPr>
        <w:t>hemicelluloses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proceeds</w:t>
      </w:r>
      <w:proofErr w:type="spellEnd"/>
      <w:r w:rsidRPr="00FD345D">
        <w:rPr>
          <w:rFonts w:ascii="Calibri" w:hAnsi="Calibri" w:cs="Calibri"/>
        </w:rPr>
        <w:t xml:space="preserve"> in a </w:t>
      </w:r>
      <w:proofErr w:type="spellStart"/>
      <w:r w:rsidRPr="00FD345D">
        <w:rPr>
          <w:rFonts w:ascii="Calibri" w:hAnsi="Calibri" w:cs="Calibri"/>
        </w:rPr>
        <w:t>stable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manner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which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translates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into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increased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butyrate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production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improved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fecal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bulk</w:t>
      </w:r>
      <w:proofErr w:type="spellEnd"/>
      <w:r w:rsidRPr="00FD345D">
        <w:rPr>
          <w:rFonts w:ascii="Calibri" w:hAnsi="Calibri" w:cs="Calibri"/>
        </w:rPr>
        <w:t>/</w:t>
      </w:r>
      <w:proofErr w:type="spellStart"/>
      <w:r w:rsidRPr="00FD345D">
        <w:rPr>
          <w:rFonts w:ascii="Calibri" w:hAnsi="Calibri" w:cs="Calibri"/>
        </w:rPr>
        <w:t>structure</w:t>
      </w:r>
      <w:proofErr w:type="spellEnd"/>
      <w:r w:rsidRPr="00FD345D">
        <w:rPr>
          <w:rFonts w:ascii="Calibri" w:hAnsi="Calibri" w:cs="Calibri"/>
        </w:rPr>
        <w:t xml:space="preserve">. In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beet</w:t>
      </w:r>
      <w:proofErr w:type="spellEnd"/>
      <w:r w:rsidRPr="00FD345D">
        <w:rPr>
          <w:rFonts w:ascii="Calibri" w:hAnsi="Calibri" w:cs="Calibri"/>
        </w:rPr>
        <w:t xml:space="preserve"> pulp </w:t>
      </w:r>
      <w:proofErr w:type="spellStart"/>
      <w:r w:rsidRPr="00FD345D">
        <w:rPr>
          <w:rFonts w:ascii="Calibri" w:hAnsi="Calibri" w:cs="Calibri"/>
        </w:rPr>
        <w:t>supplementation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significantly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increased</w:t>
      </w:r>
      <w:proofErr w:type="spellEnd"/>
      <w:r w:rsidRPr="00FD345D">
        <w:rPr>
          <w:rFonts w:ascii="Calibri" w:hAnsi="Calibri" w:cs="Calibri"/>
        </w:rPr>
        <w:t xml:space="preserve"> SCFA </w:t>
      </w:r>
      <w:proofErr w:type="spellStart"/>
      <w:r w:rsidRPr="00FD345D">
        <w:rPr>
          <w:rFonts w:ascii="Calibri" w:hAnsi="Calibri" w:cs="Calibri"/>
        </w:rPr>
        <w:t>concentrations</w:t>
      </w:r>
      <w:proofErr w:type="spellEnd"/>
      <w:r w:rsidRPr="00FD345D">
        <w:rPr>
          <w:rFonts w:ascii="Calibri" w:hAnsi="Calibri" w:cs="Calibri"/>
        </w:rPr>
        <w:t xml:space="preserve"> and the </w:t>
      </w:r>
      <w:proofErr w:type="spellStart"/>
      <w:r w:rsidRPr="00FD345D">
        <w:rPr>
          <w:rFonts w:ascii="Calibri" w:hAnsi="Calibri" w:cs="Calibri"/>
        </w:rPr>
        <w:t>abundance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Bifidobacterium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spp</w:t>
      </w:r>
      <w:proofErr w:type="spellEnd"/>
      <w:r w:rsidRPr="00FD345D">
        <w:rPr>
          <w:rFonts w:ascii="Calibri" w:hAnsi="Calibri" w:cs="Calibri"/>
        </w:rPr>
        <w:t>. [</w:t>
      </w:r>
      <w:proofErr w:type="spellStart"/>
      <w:r w:rsidRPr="00FD345D">
        <w:rPr>
          <w:rFonts w:ascii="Calibri" w:hAnsi="Calibri" w:cs="Calibri"/>
        </w:rPr>
        <w:t>Middelbos</w:t>
      </w:r>
      <w:proofErr w:type="spellEnd"/>
      <w:r w:rsidRPr="00FD345D">
        <w:rPr>
          <w:rFonts w:ascii="Calibri" w:hAnsi="Calibri" w:cs="Calibri"/>
        </w:rPr>
        <w:t xml:space="preserve"> et al., 2007; Bosch et al., 2008] and </w:t>
      </w:r>
      <w:proofErr w:type="spellStart"/>
      <w:r w:rsidRPr="00FD345D">
        <w:rPr>
          <w:rFonts w:ascii="Calibri" w:hAnsi="Calibri" w:cs="Calibri"/>
        </w:rPr>
        <w:t>has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been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classified</w:t>
      </w:r>
      <w:proofErr w:type="spellEnd"/>
      <w:r w:rsidRPr="00FD345D">
        <w:rPr>
          <w:rFonts w:ascii="Calibri" w:hAnsi="Calibri" w:cs="Calibri"/>
        </w:rPr>
        <w:t xml:space="preserve"> as a </w:t>
      </w:r>
      <w:proofErr w:type="spellStart"/>
      <w:r w:rsidRPr="00FD345D">
        <w:rPr>
          <w:rFonts w:ascii="Calibri" w:hAnsi="Calibri" w:cs="Calibri"/>
        </w:rPr>
        <w:t>valuable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prebiotic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Godoy</w:t>
      </w:r>
      <w:proofErr w:type="spellEnd"/>
      <w:r w:rsidRPr="00FD345D">
        <w:rPr>
          <w:rFonts w:ascii="Calibri" w:hAnsi="Calibri" w:cs="Calibri"/>
        </w:rPr>
        <w:t xml:space="preserve"> et al., 2013].</w:t>
      </w:r>
    </w:p>
    <w:p w14:paraId="59E1251A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Effect</w:t>
      </w:r>
      <w:proofErr w:type="spellEnd"/>
      <w:r w:rsidRPr="00FD345D">
        <w:rPr>
          <w:rFonts w:ascii="Calibri" w:hAnsi="Calibri" w:cs="Calibri"/>
          <w:b/>
          <w:bCs/>
        </w:rPr>
        <w:t xml:space="preserve"> of </w:t>
      </w:r>
      <w:proofErr w:type="spellStart"/>
      <w:r w:rsidRPr="00FD345D">
        <w:rPr>
          <w:rFonts w:ascii="Calibri" w:hAnsi="Calibri" w:cs="Calibri"/>
          <w:b/>
          <w:bCs/>
        </w:rPr>
        <w:t>detoxifying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agents</w:t>
      </w:r>
      <w:proofErr w:type="spellEnd"/>
      <w:r w:rsidRPr="00FD345D">
        <w:rPr>
          <w:rFonts w:ascii="Calibri" w:hAnsi="Calibri" w:cs="Calibri"/>
          <w:b/>
          <w:bCs/>
        </w:rPr>
        <w:t xml:space="preserve"> on </w:t>
      </w:r>
      <w:proofErr w:type="spellStart"/>
      <w:r w:rsidRPr="00FD345D">
        <w:rPr>
          <w:rFonts w:ascii="Calibri" w:hAnsi="Calibri" w:cs="Calibri"/>
          <w:b/>
          <w:bCs/>
        </w:rPr>
        <w:t>fermentation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processes</w:t>
      </w:r>
      <w:proofErr w:type="spellEnd"/>
    </w:p>
    <w:p w14:paraId="2D593681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The blend </w:t>
      </w:r>
      <w:proofErr w:type="spellStart"/>
      <w:r w:rsidRPr="00FD345D">
        <w:rPr>
          <w:rFonts w:ascii="Calibri" w:hAnsi="Calibri" w:cs="Calibri"/>
        </w:rPr>
        <w:t>included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activated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charcoal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feed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yeast</w:t>
      </w:r>
      <w:proofErr w:type="spellEnd"/>
      <w:r w:rsidRPr="00FD345D">
        <w:rPr>
          <w:rFonts w:ascii="Calibri" w:hAnsi="Calibri" w:cs="Calibri"/>
        </w:rPr>
        <w:t xml:space="preserve">, and </w:t>
      </w:r>
      <w:proofErr w:type="spellStart"/>
      <w:r w:rsidRPr="00FD345D">
        <w:rPr>
          <w:rFonts w:ascii="Calibri" w:hAnsi="Calibri" w:cs="Calibri"/>
        </w:rPr>
        <w:t>yeast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cell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wall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Activated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charcoal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adsorbs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toxins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intestinal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gases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including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hydrogen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sulfide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responsible</w:t>
      </w:r>
      <w:proofErr w:type="spellEnd"/>
      <w:r w:rsidRPr="00FD345D">
        <w:rPr>
          <w:rFonts w:ascii="Calibri" w:hAnsi="Calibri" w:cs="Calibri"/>
        </w:rPr>
        <w:t xml:space="preserve"> for </w:t>
      </w:r>
      <w:proofErr w:type="spellStart"/>
      <w:r w:rsidRPr="00FD345D">
        <w:rPr>
          <w:rFonts w:ascii="Calibri" w:hAnsi="Calibri" w:cs="Calibri"/>
        </w:rPr>
        <w:t>unpleasant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odor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arising</w:t>
      </w:r>
      <w:proofErr w:type="spellEnd"/>
      <w:r w:rsidRPr="00FD345D">
        <w:rPr>
          <w:rFonts w:ascii="Calibri" w:hAnsi="Calibri" w:cs="Calibri"/>
        </w:rPr>
        <w:t xml:space="preserve"> from </w:t>
      </w:r>
      <w:proofErr w:type="spellStart"/>
      <w:r w:rsidRPr="00FD345D">
        <w:rPr>
          <w:rFonts w:ascii="Calibri" w:hAnsi="Calibri" w:cs="Calibri"/>
        </w:rPr>
        <w:t>proteolytic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Studies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have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shown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that</w:t>
      </w:r>
      <w:proofErr w:type="spellEnd"/>
      <w:r w:rsidRPr="00FD345D">
        <w:rPr>
          <w:rFonts w:ascii="Calibri" w:hAnsi="Calibri" w:cs="Calibri"/>
        </w:rPr>
        <w:t xml:space="preserve"> products </w:t>
      </w:r>
      <w:proofErr w:type="spellStart"/>
      <w:r w:rsidRPr="00FD345D">
        <w:rPr>
          <w:rFonts w:ascii="Calibri" w:hAnsi="Calibri" w:cs="Calibri"/>
        </w:rPr>
        <w:t>containing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activated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charcoal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reduce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bloating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decrease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amount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foul-smelling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gases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Beynen</w:t>
      </w:r>
      <w:proofErr w:type="spellEnd"/>
      <w:r w:rsidRPr="00FD345D">
        <w:rPr>
          <w:rFonts w:ascii="Calibri" w:hAnsi="Calibri" w:cs="Calibri"/>
        </w:rPr>
        <w:t xml:space="preserve">, 2018], </w:t>
      </w:r>
      <w:proofErr w:type="spellStart"/>
      <w:r w:rsidRPr="00FD345D">
        <w:rPr>
          <w:rFonts w:ascii="Calibri" w:hAnsi="Calibri" w:cs="Calibri"/>
        </w:rPr>
        <w:t>indicating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effect</w:t>
      </w:r>
      <w:proofErr w:type="spellEnd"/>
      <w:r w:rsidRPr="00FD345D">
        <w:rPr>
          <w:rFonts w:ascii="Calibri" w:hAnsi="Calibri" w:cs="Calibri"/>
        </w:rPr>
        <w:t xml:space="preserve"> on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products </w:t>
      </w:r>
      <w:proofErr w:type="spellStart"/>
      <w:r w:rsidRPr="00FD345D">
        <w:rPr>
          <w:rFonts w:ascii="Calibri" w:hAnsi="Calibri" w:cs="Calibri"/>
        </w:rPr>
        <w:t>formed</w:t>
      </w:r>
      <w:proofErr w:type="spellEnd"/>
      <w:r w:rsidRPr="00FD345D">
        <w:rPr>
          <w:rFonts w:ascii="Calibri" w:hAnsi="Calibri" w:cs="Calibri"/>
        </w:rPr>
        <w:t xml:space="preserve"> in the colon.</w:t>
      </w:r>
    </w:p>
    <w:p w14:paraId="528CC775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Saccharomyces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cerevisiae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its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cell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wall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containing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mannanoligosaccharides</w:t>
      </w:r>
      <w:proofErr w:type="spellEnd"/>
      <w:r w:rsidRPr="00FD345D">
        <w:rPr>
          <w:rFonts w:ascii="Calibri" w:hAnsi="Calibri" w:cs="Calibri"/>
        </w:rPr>
        <w:t xml:space="preserve"> (MOS) </w:t>
      </w:r>
      <w:proofErr w:type="spellStart"/>
      <w:r w:rsidRPr="00FD345D">
        <w:rPr>
          <w:rFonts w:ascii="Calibri" w:hAnsi="Calibri" w:cs="Calibri"/>
        </w:rPr>
        <w:t>exhibit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prebiotic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microbiota-modulating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properties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They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lower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fecal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phenol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concentrations</w:t>
      </w:r>
      <w:proofErr w:type="spellEnd"/>
      <w:r w:rsidRPr="00FD345D">
        <w:rPr>
          <w:rFonts w:ascii="Calibri" w:hAnsi="Calibri" w:cs="Calibri"/>
        </w:rPr>
        <w:t xml:space="preserve"> [Lin et al., 2019] and limit the </w:t>
      </w:r>
      <w:proofErr w:type="spellStart"/>
      <w:r w:rsidRPr="00FD345D">
        <w:rPr>
          <w:rFonts w:ascii="Calibri" w:hAnsi="Calibri" w:cs="Calibri"/>
        </w:rPr>
        <w:t>growth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pathogenic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microorganisms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while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favoring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increased</w:t>
      </w:r>
      <w:proofErr w:type="spellEnd"/>
      <w:r w:rsidRPr="00FD345D">
        <w:rPr>
          <w:rFonts w:ascii="Calibri" w:hAnsi="Calibri" w:cs="Calibri"/>
        </w:rPr>
        <w:t xml:space="preserve"> SCFA </w:t>
      </w:r>
      <w:proofErr w:type="spellStart"/>
      <w:r w:rsidRPr="00FD345D">
        <w:rPr>
          <w:rFonts w:ascii="Calibri" w:hAnsi="Calibri" w:cs="Calibri"/>
        </w:rPr>
        <w:t>production</w:t>
      </w:r>
      <w:proofErr w:type="spellEnd"/>
      <w:r w:rsidRPr="00FD345D">
        <w:rPr>
          <w:rFonts w:ascii="Calibri" w:hAnsi="Calibri" w:cs="Calibri"/>
        </w:rPr>
        <w:t xml:space="preserve"> [Kore et al., 2012]. MOS and </w:t>
      </w:r>
      <w:proofErr w:type="spellStart"/>
      <w:r w:rsidRPr="00FD345D">
        <w:rPr>
          <w:rFonts w:ascii="Calibri" w:hAnsi="Calibri" w:cs="Calibri"/>
        </w:rPr>
        <w:t>yeast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metabolites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also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showed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positive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effects</w:t>
      </w:r>
      <w:proofErr w:type="spellEnd"/>
      <w:r w:rsidRPr="00FD345D">
        <w:rPr>
          <w:rFonts w:ascii="Calibri" w:hAnsi="Calibri" w:cs="Calibri"/>
        </w:rPr>
        <w:t xml:space="preserve"> on the </w:t>
      </w:r>
      <w:proofErr w:type="spellStart"/>
      <w:r w:rsidRPr="00FD345D">
        <w:rPr>
          <w:rFonts w:ascii="Calibri" w:hAnsi="Calibri" w:cs="Calibri"/>
        </w:rPr>
        <w:t>microbiota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Souza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Theodoro</w:t>
      </w:r>
      <w:proofErr w:type="spellEnd"/>
      <w:r w:rsidRPr="00FD345D">
        <w:rPr>
          <w:rFonts w:ascii="Calibri" w:hAnsi="Calibri" w:cs="Calibri"/>
        </w:rPr>
        <w:t xml:space="preserve"> et al., 2019].</w:t>
      </w:r>
    </w:p>
    <w:p w14:paraId="7DCCB01D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Effect</w:t>
      </w:r>
      <w:proofErr w:type="spellEnd"/>
      <w:r w:rsidRPr="00FD345D">
        <w:rPr>
          <w:rFonts w:ascii="Calibri" w:hAnsi="Calibri" w:cs="Calibri"/>
          <w:b/>
          <w:bCs/>
        </w:rPr>
        <w:t xml:space="preserve"> of </w:t>
      </w:r>
      <w:proofErr w:type="spellStart"/>
      <w:r w:rsidRPr="00FD345D">
        <w:rPr>
          <w:rFonts w:ascii="Calibri" w:hAnsi="Calibri" w:cs="Calibri"/>
          <w:b/>
          <w:bCs/>
        </w:rPr>
        <w:t>fatty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acids</w:t>
      </w:r>
      <w:proofErr w:type="spellEnd"/>
      <w:r w:rsidRPr="00FD345D">
        <w:rPr>
          <w:rFonts w:ascii="Calibri" w:hAnsi="Calibri" w:cs="Calibri"/>
          <w:b/>
          <w:bCs/>
        </w:rPr>
        <w:t xml:space="preserve"> (omega-3) on </w:t>
      </w:r>
      <w:proofErr w:type="spellStart"/>
      <w:r w:rsidRPr="00FD345D">
        <w:rPr>
          <w:rFonts w:ascii="Calibri" w:hAnsi="Calibri" w:cs="Calibri"/>
          <w:b/>
          <w:bCs/>
        </w:rPr>
        <w:t>fermentation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processes</w:t>
      </w:r>
      <w:proofErr w:type="spellEnd"/>
    </w:p>
    <w:p w14:paraId="308D35DB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lastRenderedPageBreak/>
        <w:t xml:space="preserve">Omega-3 </w:t>
      </w:r>
      <w:proofErr w:type="spellStart"/>
      <w:r w:rsidRPr="00FD345D">
        <w:rPr>
          <w:rFonts w:ascii="Calibri" w:hAnsi="Calibri" w:cs="Calibri"/>
        </w:rPr>
        <w:t>fatty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acids</w:t>
      </w:r>
      <w:proofErr w:type="spellEnd"/>
      <w:r w:rsidRPr="00FD345D">
        <w:rPr>
          <w:rFonts w:ascii="Calibri" w:hAnsi="Calibri" w:cs="Calibri"/>
        </w:rPr>
        <w:t xml:space="preserve"> (EPA and DHA) </w:t>
      </w:r>
      <w:proofErr w:type="spellStart"/>
      <w:r w:rsidRPr="00FD345D">
        <w:rPr>
          <w:rFonts w:ascii="Calibri" w:hAnsi="Calibri" w:cs="Calibri"/>
        </w:rPr>
        <w:t>exert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anti-inflammatory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effects</w:t>
      </w:r>
      <w:proofErr w:type="spellEnd"/>
      <w:r w:rsidRPr="00FD345D">
        <w:rPr>
          <w:rFonts w:ascii="Calibri" w:hAnsi="Calibri" w:cs="Calibri"/>
        </w:rPr>
        <w:t xml:space="preserve"> in the </w:t>
      </w:r>
      <w:proofErr w:type="spellStart"/>
      <w:r w:rsidRPr="00FD345D">
        <w:rPr>
          <w:rFonts w:ascii="Calibri" w:hAnsi="Calibri" w:cs="Calibri"/>
        </w:rPr>
        <w:t>intestine</w:t>
      </w:r>
      <w:proofErr w:type="spellEnd"/>
      <w:r w:rsidRPr="00FD345D">
        <w:rPr>
          <w:rFonts w:ascii="Calibri" w:hAnsi="Calibri" w:cs="Calibri"/>
        </w:rPr>
        <w:t xml:space="preserve"> and influence </w:t>
      </w:r>
      <w:proofErr w:type="spellStart"/>
      <w:r w:rsidRPr="00FD345D">
        <w:rPr>
          <w:rFonts w:ascii="Calibri" w:hAnsi="Calibri" w:cs="Calibri"/>
        </w:rPr>
        <w:t>gut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microbiota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composition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Studies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have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shown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that</w:t>
      </w:r>
      <w:proofErr w:type="spellEnd"/>
      <w:r w:rsidRPr="00FD345D">
        <w:rPr>
          <w:rFonts w:ascii="Calibri" w:hAnsi="Calibri" w:cs="Calibri"/>
        </w:rPr>
        <w:t xml:space="preserve"> omega-3 </w:t>
      </w:r>
      <w:proofErr w:type="spellStart"/>
      <w:r w:rsidRPr="00FD345D">
        <w:rPr>
          <w:rFonts w:ascii="Calibri" w:hAnsi="Calibri" w:cs="Calibri"/>
        </w:rPr>
        <w:t>supplementation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can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increase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populations</w:t>
      </w:r>
      <w:proofErr w:type="spellEnd"/>
      <w:r w:rsidRPr="00FD345D">
        <w:rPr>
          <w:rFonts w:ascii="Calibri" w:hAnsi="Calibri" w:cs="Calibri"/>
        </w:rPr>
        <w:t xml:space="preserve"> of SCFA-</w:t>
      </w:r>
      <w:proofErr w:type="spellStart"/>
      <w:r w:rsidRPr="00FD345D">
        <w:rPr>
          <w:rFonts w:ascii="Calibri" w:hAnsi="Calibri" w:cs="Calibri"/>
        </w:rPr>
        <w:t>producing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bacteria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including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Bifidobacterium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Roseburia</w:t>
      </w:r>
      <w:proofErr w:type="spellEnd"/>
      <w:r w:rsidRPr="00FD345D">
        <w:rPr>
          <w:rFonts w:ascii="Calibri" w:hAnsi="Calibri" w:cs="Calibri"/>
        </w:rPr>
        <w:t xml:space="preserve"> [Watson et al., 2018]. </w:t>
      </w:r>
      <w:proofErr w:type="spellStart"/>
      <w:r w:rsidRPr="00FD345D">
        <w:rPr>
          <w:rFonts w:ascii="Calibri" w:hAnsi="Calibri" w:cs="Calibri"/>
        </w:rPr>
        <w:t>This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mechanism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indirect</w:t>
      </w:r>
      <w:proofErr w:type="spellEnd"/>
      <w:r w:rsidRPr="00FD345D">
        <w:rPr>
          <w:rFonts w:ascii="Calibri" w:hAnsi="Calibri" w:cs="Calibri"/>
        </w:rPr>
        <w:t xml:space="preserve">, as omega-3 </w:t>
      </w:r>
      <w:proofErr w:type="spellStart"/>
      <w:r w:rsidRPr="00FD345D">
        <w:rPr>
          <w:rFonts w:ascii="Calibri" w:hAnsi="Calibri" w:cs="Calibri"/>
        </w:rPr>
        <w:t>are</w:t>
      </w:r>
      <w:proofErr w:type="spellEnd"/>
      <w:r w:rsidRPr="00FD345D">
        <w:rPr>
          <w:rFonts w:ascii="Calibri" w:hAnsi="Calibri" w:cs="Calibri"/>
        </w:rPr>
        <w:t xml:space="preserve"> not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substrates</w:t>
      </w:r>
      <w:proofErr w:type="spellEnd"/>
      <w:r w:rsidRPr="00FD345D">
        <w:rPr>
          <w:rFonts w:ascii="Calibri" w:hAnsi="Calibri" w:cs="Calibri"/>
        </w:rPr>
        <w:t xml:space="preserve"> but </w:t>
      </w:r>
      <w:proofErr w:type="spellStart"/>
      <w:r w:rsidRPr="00FD345D">
        <w:rPr>
          <w:rFonts w:ascii="Calibri" w:hAnsi="Calibri" w:cs="Calibri"/>
        </w:rPr>
        <w:t>act</w:t>
      </w:r>
      <w:proofErr w:type="spellEnd"/>
      <w:r w:rsidRPr="00FD345D">
        <w:rPr>
          <w:rFonts w:ascii="Calibri" w:hAnsi="Calibri" w:cs="Calibri"/>
        </w:rPr>
        <w:t xml:space="preserve"> by </w:t>
      </w:r>
      <w:proofErr w:type="spellStart"/>
      <w:r w:rsidRPr="00FD345D">
        <w:rPr>
          <w:rFonts w:ascii="Calibri" w:hAnsi="Calibri" w:cs="Calibri"/>
        </w:rPr>
        <w:t>altering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intestinal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microenvironment</w:t>
      </w:r>
      <w:proofErr w:type="spellEnd"/>
      <w:r w:rsidRPr="00FD345D">
        <w:rPr>
          <w:rFonts w:ascii="Calibri" w:hAnsi="Calibri" w:cs="Calibri"/>
        </w:rPr>
        <w:t>.</w:t>
      </w:r>
    </w:p>
    <w:p w14:paraId="3457ED00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Effect</w:t>
      </w:r>
      <w:proofErr w:type="spellEnd"/>
      <w:r w:rsidRPr="00FD345D">
        <w:rPr>
          <w:rFonts w:ascii="Calibri" w:hAnsi="Calibri" w:cs="Calibri"/>
          <w:b/>
          <w:bCs/>
        </w:rPr>
        <w:t xml:space="preserve"> of plant </w:t>
      </w:r>
      <w:proofErr w:type="spellStart"/>
      <w:r w:rsidRPr="00FD345D">
        <w:rPr>
          <w:rFonts w:ascii="Calibri" w:hAnsi="Calibri" w:cs="Calibri"/>
          <w:b/>
          <w:bCs/>
        </w:rPr>
        <w:t>extracts</w:t>
      </w:r>
      <w:proofErr w:type="spellEnd"/>
      <w:r w:rsidRPr="00FD345D">
        <w:rPr>
          <w:rFonts w:ascii="Calibri" w:hAnsi="Calibri" w:cs="Calibri"/>
          <w:b/>
          <w:bCs/>
        </w:rPr>
        <w:t xml:space="preserve"> on </w:t>
      </w:r>
      <w:proofErr w:type="spellStart"/>
      <w:r w:rsidRPr="00FD345D">
        <w:rPr>
          <w:rFonts w:ascii="Calibri" w:hAnsi="Calibri" w:cs="Calibri"/>
          <w:b/>
          <w:bCs/>
        </w:rPr>
        <w:t>fermentation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processes</w:t>
      </w:r>
      <w:proofErr w:type="spellEnd"/>
    </w:p>
    <w:p w14:paraId="2C2BD5B2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The blend </w:t>
      </w:r>
      <w:proofErr w:type="spellStart"/>
      <w:r w:rsidRPr="00FD345D">
        <w:rPr>
          <w:rFonts w:ascii="Calibri" w:hAnsi="Calibri" w:cs="Calibri"/>
        </w:rPr>
        <w:t>utilized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extracts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yucca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rosemary</w:t>
      </w:r>
      <w:proofErr w:type="spellEnd"/>
      <w:r w:rsidRPr="00FD345D">
        <w:rPr>
          <w:rFonts w:ascii="Calibri" w:hAnsi="Calibri" w:cs="Calibri"/>
        </w:rPr>
        <w:t xml:space="preserve">, and </w:t>
      </w:r>
      <w:proofErr w:type="spellStart"/>
      <w:r w:rsidRPr="00FD345D">
        <w:rPr>
          <w:rFonts w:ascii="Calibri" w:hAnsi="Calibri" w:cs="Calibri"/>
        </w:rPr>
        <w:t>echinacea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  <w:i/>
          <w:iCs/>
        </w:rPr>
        <w:t>Yucca</w:t>
      </w:r>
      <w:proofErr w:type="spellEnd"/>
      <w:r w:rsidRPr="00FD345D">
        <w:rPr>
          <w:rFonts w:ascii="Calibri" w:hAnsi="Calibri" w:cs="Calibri"/>
          <w:i/>
          <w:iCs/>
        </w:rPr>
        <w:t xml:space="preserve"> </w:t>
      </w:r>
      <w:proofErr w:type="spellStart"/>
      <w:r w:rsidRPr="00FD345D">
        <w:rPr>
          <w:rFonts w:ascii="Calibri" w:hAnsi="Calibri" w:cs="Calibri"/>
          <w:i/>
          <w:iCs/>
        </w:rPr>
        <w:t>schidigera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extract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reduces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ammonia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formation</w:t>
      </w:r>
      <w:proofErr w:type="spellEnd"/>
      <w:r w:rsidRPr="00FD345D">
        <w:rPr>
          <w:rFonts w:ascii="Calibri" w:hAnsi="Calibri" w:cs="Calibri"/>
        </w:rPr>
        <w:t xml:space="preserve"> by </w:t>
      </w:r>
      <w:proofErr w:type="spellStart"/>
      <w:r w:rsidRPr="00FD345D">
        <w:rPr>
          <w:rFonts w:ascii="Calibri" w:hAnsi="Calibri" w:cs="Calibri"/>
        </w:rPr>
        <w:t>inhibiting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urease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limits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proteolytic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[Santos et al., 2016]. Rosemary </w:t>
      </w:r>
      <w:proofErr w:type="spellStart"/>
      <w:r w:rsidRPr="00FD345D">
        <w:rPr>
          <w:rFonts w:ascii="Calibri" w:hAnsi="Calibri" w:cs="Calibri"/>
        </w:rPr>
        <w:t>extract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exhibits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antioxidant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activity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may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modulate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by </w:t>
      </w:r>
      <w:proofErr w:type="spellStart"/>
      <w:r w:rsidRPr="00FD345D">
        <w:rPr>
          <w:rFonts w:ascii="Calibri" w:hAnsi="Calibri" w:cs="Calibri"/>
        </w:rPr>
        <w:t>influencing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gut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microbiota</w:t>
      </w:r>
      <w:proofErr w:type="spellEnd"/>
      <w:r w:rsidRPr="00FD345D">
        <w:rPr>
          <w:rFonts w:ascii="Calibri" w:hAnsi="Calibri" w:cs="Calibri"/>
        </w:rPr>
        <w:t xml:space="preserve"> [Kim et al., 2012; Romo-</w:t>
      </w:r>
      <w:proofErr w:type="spellStart"/>
      <w:r w:rsidRPr="00FD345D">
        <w:rPr>
          <w:rFonts w:ascii="Calibri" w:hAnsi="Calibri" w:cs="Calibri"/>
        </w:rPr>
        <w:t>Vaquero</w:t>
      </w:r>
      <w:proofErr w:type="spellEnd"/>
      <w:r w:rsidRPr="00FD345D">
        <w:rPr>
          <w:rFonts w:ascii="Calibri" w:hAnsi="Calibri" w:cs="Calibri"/>
        </w:rPr>
        <w:t xml:space="preserve"> et al., 2014]. </w:t>
      </w:r>
      <w:proofErr w:type="spellStart"/>
      <w:r w:rsidRPr="00FD345D">
        <w:rPr>
          <w:rFonts w:ascii="Calibri" w:hAnsi="Calibri" w:cs="Calibri"/>
        </w:rPr>
        <w:t>Echinacea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  <w:i/>
          <w:iCs/>
        </w:rPr>
        <w:t>Echinacea</w:t>
      </w:r>
      <w:proofErr w:type="spellEnd"/>
      <w:r w:rsidRPr="00FD345D">
        <w:rPr>
          <w:rFonts w:ascii="Calibri" w:hAnsi="Calibri" w:cs="Calibri"/>
          <w:i/>
          <w:iCs/>
        </w:rPr>
        <w:t xml:space="preserve"> </w:t>
      </w:r>
      <w:proofErr w:type="spellStart"/>
      <w:r w:rsidRPr="00FD345D">
        <w:rPr>
          <w:rFonts w:ascii="Calibri" w:hAnsi="Calibri" w:cs="Calibri"/>
          <w:i/>
          <w:iCs/>
        </w:rPr>
        <w:t>purpurea</w:t>
      </w:r>
      <w:proofErr w:type="spellEnd"/>
      <w:r w:rsidRPr="00FD345D">
        <w:rPr>
          <w:rFonts w:ascii="Calibri" w:hAnsi="Calibri" w:cs="Calibri"/>
        </w:rPr>
        <w:t xml:space="preserve">) </w:t>
      </w:r>
      <w:proofErr w:type="spellStart"/>
      <w:r w:rsidRPr="00FD345D">
        <w:rPr>
          <w:rFonts w:ascii="Calibri" w:hAnsi="Calibri" w:cs="Calibri"/>
        </w:rPr>
        <w:t>shows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immunomodulatory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properties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that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support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gut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microbiota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restrict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growth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pathogenic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bacteria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Nosrati</w:t>
      </w:r>
      <w:proofErr w:type="spellEnd"/>
      <w:r w:rsidRPr="00FD345D">
        <w:rPr>
          <w:rFonts w:ascii="Calibri" w:hAnsi="Calibri" w:cs="Calibri"/>
        </w:rPr>
        <w:t xml:space="preserve"> et al., 2017].</w:t>
      </w:r>
    </w:p>
    <w:p w14:paraId="28B1C616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Digestibility</w:t>
      </w:r>
      <w:proofErr w:type="spellEnd"/>
      <w:r w:rsidRPr="00FD345D">
        <w:rPr>
          <w:rFonts w:ascii="Calibri" w:hAnsi="Calibri" w:cs="Calibri"/>
          <w:b/>
          <w:bCs/>
        </w:rPr>
        <w:t xml:space="preserve"> of </w:t>
      </w:r>
      <w:proofErr w:type="spellStart"/>
      <w:r w:rsidRPr="00FD345D">
        <w:rPr>
          <w:rFonts w:ascii="Calibri" w:hAnsi="Calibri" w:cs="Calibri"/>
          <w:b/>
          <w:bCs/>
        </w:rPr>
        <w:t>nutrients</w:t>
      </w:r>
      <w:proofErr w:type="spellEnd"/>
    </w:p>
    <w:p w14:paraId="47090B37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Effect</w:t>
      </w:r>
      <w:proofErr w:type="spellEnd"/>
      <w:r w:rsidRPr="00FD345D">
        <w:rPr>
          <w:rFonts w:ascii="Calibri" w:hAnsi="Calibri" w:cs="Calibri"/>
          <w:b/>
          <w:bCs/>
        </w:rPr>
        <w:t xml:space="preserve"> of </w:t>
      </w:r>
      <w:proofErr w:type="spellStart"/>
      <w:r w:rsidRPr="00FD345D">
        <w:rPr>
          <w:rFonts w:ascii="Calibri" w:hAnsi="Calibri" w:cs="Calibri"/>
          <w:b/>
          <w:bCs/>
        </w:rPr>
        <w:t>fiber</w:t>
      </w:r>
      <w:proofErr w:type="spellEnd"/>
      <w:r w:rsidRPr="00FD345D">
        <w:rPr>
          <w:rFonts w:ascii="Calibri" w:hAnsi="Calibri" w:cs="Calibri"/>
          <w:b/>
          <w:bCs/>
        </w:rPr>
        <w:t xml:space="preserve"> on </w:t>
      </w:r>
      <w:proofErr w:type="spellStart"/>
      <w:r w:rsidRPr="00FD345D">
        <w:rPr>
          <w:rFonts w:ascii="Calibri" w:hAnsi="Calibri" w:cs="Calibri"/>
          <w:b/>
          <w:bCs/>
        </w:rPr>
        <w:t>digestibility</w:t>
      </w:r>
      <w:proofErr w:type="spellEnd"/>
    </w:p>
    <w:p w14:paraId="410012EC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exerts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variable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effects</w:t>
      </w:r>
      <w:proofErr w:type="spellEnd"/>
      <w:r w:rsidRPr="00FD345D">
        <w:rPr>
          <w:rFonts w:ascii="Calibri" w:hAnsi="Calibri" w:cs="Calibri"/>
        </w:rPr>
        <w:t xml:space="preserve"> on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depending</w:t>
      </w:r>
      <w:proofErr w:type="spellEnd"/>
      <w:r w:rsidRPr="00FD345D">
        <w:rPr>
          <w:rFonts w:ascii="Calibri" w:hAnsi="Calibri" w:cs="Calibri"/>
        </w:rPr>
        <w:t xml:space="preserve"> on </w:t>
      </w:r>
      <w:proofErr w:type="spellStart"/>
      <w:r w:rsidRPr="00FD345D">
        <w:rPr>
          <w:rFonts w:ascii="Calibri" w:hAnsi="Calibri" w:cs="Calibri"/>
        </w:rPr>
        <w:t>its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source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structure</w:t>
      </w:r>
      <w:proofErr w:type="spellEnd"/>
      <w:r w:rsidRPr="00FD345D">
        <w:rPr>
          <w:rFonts w:ascii="Calibri" w:hAnsi="Calibri" w:cs="Calibri"/>
        </w:rPr>
        <w:t xml:space="preserve">. In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beet</w:t>
      </w:r>
      <w:proofErr w:type="spellEnd"/>
      <w:r w:rsidRPr="00FD345D">
        <w:rPr>
          <w:rFonts w:ascii="Calibri" w:hAnsi="Calibri" w:cs="Calibri"/>
        </w:rPr>
        <w:t xml:space="preserve"> pulp </w:t>
      </w:r>
      <w:proofErr w:type="spellStart"/>
      <w:r w:rsidRPr="00FD345D">
        <w:rPr>
          <w:rFonts w:ascii="Calibri" w:hAnsi="Calibri" w:cs="Calibri"/>
        </w:rPr>
        <w:t>can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lower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nutrient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higher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inclusion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rates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Beynen</w:t>
      </w:r>
      <w:proofErr w:type="spellEnd"/>
      <w:r w:rsidRPr="00FD345D">
        <w:rPr>
          <w:rFonts w:ascii="Calibri" w:hAnsi="Calibri" w:cs="Calibri"/>
        </w:rPr>
        <w:t xml:space="preserve">, 2019], </w:t>
      </w:r>
      <w:proofErr w:type="spellStart"/>
      <w:r w:rsidRPr="00FD345D">
        <w:rPr>
          <w:rFonts w:ascii="Calibri" w:hAnsi="Calibri" w:cs="Calibri"/>
        </w:rPr>
        <w:t>whereas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fructans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chicory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Jerusalem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artichoke</w:t>
      </w:r>
      <w:proofErr w:type="spellEnd"/>
      <w:r w:rsidRPr="00FD345D">
        <w:rPr>
          <w:rFonts w:ascii="Calibri" w:hAnsi="Calibri" w:cs="Calibri"/>
        </w:rPr>
        <w:t xml:space="preserve">) </w:t>
      </w:r>
      <w:proofErr w:type="spellStart"/>
      <w:r w:rsidRPr="00FD345D">
        <w:rPr>
          <w:rFonts w:ascii="Calibri" w:hAnsi="Calibri" w:cs="Calibri"/>
        </w:rPr>
        <w:t>tend</w:t>
      </w:r>
      <w:proofErr w:type="spellEnd"/>
      <w:r w:rsidRPr="00FD345D">
        <w:rPr>
          <w:rFonts w:ascii="Calibri" w:hAnsi="Calibri" w:cs="Calibri"/>
        </w:rPr>
        <w:t xml:space="preserve"> to </w:t>
      </w:r>
      <w:proofErr w:type="spellStart"/>
      <w:r w:rsidRPr="00FD345D">
        <w:rPr>
          <w:rFonts w:ascii="Calibri" w:hAnsi="Calibri" w:cs="Calibri"/>
        </w:rPr>
        <w:t>have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opposite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direction</w:t>
      </w:r>
      <w:proofErr w:type="spellEnd"/>
      <w:r w:rsidRPr="00FD345D">
        <w:rPr>
          <w:rFonts w:ascii="Calibri" w:hAnsi="Calibri" w:cs="Calibri"/>
        </w:rPr>
        <w:t>—</w:t>
      </w:r>
      <w:proofErr w:type="spellStart"/>
      <w:r w:rsidRPr="00FD345D">
        <w:rPr>
          <w:rFonts w:ascii="Calibri" w:hAnsi="Calibri" w:cs="Calibri"/>
        </w:rPr>
        <w:t>improving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via </w:t>
      </w:r>
      <w:proofErr w:type="spellStart"/>
      <w:r w:rsidRPr="00FD345D">
        <w:rPr>
          <w:rFonts w:ascii="Calibri" w:hAnsi="Calibri" w:cs="Calibri"/>
        </w:rPr>
        <w:t>microbiota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modulation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Beloshapka</w:t>
      </w:r>
      <w:proofErr w:type="spellEnd"/>
      <w:r w:rsidRPr="00FD345D">
        <w:rPr>
          <w:rFonts w:ascii="Calibri" w:hAnsi="Calibri" w:cs="Calibri"/>
        </w:rPr>
        <w:t xml:space="preserve"> et al. [2012] </w:t>
      </w:r>
      <w:proofErr w:type="spellStart"/>
      <w:r w:rsidRPr="00FD345D">
        <w:rPr>
          <w:rFonts w:ascii="Calibri" w:hAnsi="Calibri" w:cs="Calibri"/>
        </w:rPr>
        <w:t>showed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that</w:t>
      </w:r>
      <w:proofErr w:type="spellEnd"/>
      <w:r w:rsidRPr="00FD345D">
        <w:rPr>
          <w:rFonts w:ascii="Calibri" w:hAnsi="Calibri" w:cs="Calibri"/>
        </w:rPr>
        <w:t xml:space="preserve"> inulin </w:t>
      </w:r>
      <w:proofErr w:type="spellStart"/>
      <w:r w:rsidRPr="00FD345D">
        <w:rPr>
          <w:rFonts w:ascii="Calibri" w:hAnsi="Calibri" w:cs="Calibri"/>
        </w:rPr>
        <w:t>supplementation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improved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dry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matter</w:t>
      </w:r>
      <w:proofErr w:type="spellEnd"/>
      <w:r w:rsidRPr="00FD345D">
        <w:rPr>
          <w:rFonts w:ascii="Calibri" w:hAnsi="Calibri" w:cs="Calibri"/>
        </w:rPr>
        <w:t xml:space="preserve">, protein, and </w:t>
      </w:r>
      <w:proofErr w:type="spellStart"/>
      <w:r w:rsidRPr="00FD345D">
        <w:rPr>
          <w:rFonts w:ascii="Calibri" w:hAnsi="Calibri" w:cs="Calibri"/>
        </w:rPr>
        <w:t>energy</w:t>
      </w:r>
      <w:proofErr w:type="spellEnd"/>
      <w:r w:rsidRPr="00FD345D">
        <w:rPr>
          <w:rFonts w:ascii="Calibri" w:hAnsi="Calibri" w:cs="Calibri"/>
        </w:rPr>
        <w:t xml:space="preserve">. At the same </w:t>
      </w:r>
      <w:proofErr w:type="spellStart"/>
      <w:r w:rsidRPr="00FD345D">
        <w:rPr>
          <w:rFonts w:ascii="Calibri" w:hAnsi="Calibri" w:cs="Calibri"/>
        </w:rPr>
        <w:t>time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chicory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grits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decrease</w:t>
      </w:r>
      <w:proofErr w:type="spellEnd"/>
      <w:r w:rsidRPr="00FD345D">
        <w:rPr>
          <w:rFonts w:ascii="Calibri" w:hAnsi="Calibri" w:cs="Calibri"/>
        </w:rPr>
        <w:t xml:space="preserve"> protein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if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excessively</w:t>
      </w:r>
      <w:proofErr w:type="spellEnd"/>
      <w:r w:rsidRPr="00FD345D">
        <w:rPr>
          <w:rFonts w:ascii="Calibri" w:hAnsi="Calibri" w:cs="Calibri"/>
        </w:rPr>
        <w:t xml:space="preserve"> high </w:t>
      </w:r>
      <w:proofErr w:type="spellStart"/>
      <w:r w:rsidRPr="00FD345D">
        <w:rPr>
          <w:rFonts w:ascii="Calibri" w:hAnsi="Calibri" w:cs="Calibri"/>
        </w:rPr>
        <w:t>concentrations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Beynen</w:t>
      </w:r>
      <w:proofErr w:type="spellEnd"/>
      <w:r w:rsidRPr="00FD345D">
        <w:rPr>
          <w:rFonts w:ascii="Calibri" w:hAnsi="Calibri" w:cs="Calibri"/>
        </w:rPr>
        <w:t>, 2019].</w:t>
      </w:r>
    </w:p>
    <w:p w14:paraId="3AE2CEB0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Effect</w:t>
      </w:r>
      <w:proofErr w:type="spellEnd"/>
      <w:r w:rsidRPr="00FD345D">
        <w:rPr>
          <w:rFonts w:ascii="Calibri" w:hAnsi="Calibri" w:cs="Calibri"/>
          <w:b/>
          <w:bCs/>
        </w:rPr>
        <w:t xml:space="preserve"> of </w:t>
      </w:r>
      <w:proofErr w:type="spellStart"/>
      <w:r w:rsidRPr="00FD345D">
        <w:rPr>
          <w:rFonts w:ascii="Calibri" w:hAnsi="Calibri" w:cs="Calibri"/>
          <w:b/>
          <w:bCs/>
        </w:rPr>
        <w:t>detoxifying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agents</w:t>
      </w:r>
      <w:proofErr w:type="spellEnd"/>
      <w:r w:rsidRPr="00FD345D">
        <w:rPr>
          <w:rFonts w:ascii="Calibri" w:hAnsi="Calibri" w:cs="Calibri"/>
          <w:b/>
          <w:bCs/>
        </w:rPr>
        <w:t xml:space="preserve"> on </w:t>
      </w:r>
      <w:proofErr w:type="spellStart"/>
      <w:r w:rsidRPr="00FD345D">
        <w:rPr>
          <w:rFonts w:ascii="Calibri" w:hAnsi="Calibri" w:cs="Calibri"/>
          <w:b/>
          <w:bCs/>
        </w:rPr>
        <w:t>digestibility</w:t>
      </w:r>
      <w:proofErr w:type="spellEnd"/>
    </w:p>
    <w:p w14:paraId="2A1FFF72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Yeast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cell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wall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does</w:t>
      </w:r>
      <w:proofErr w:type="spellEnd"/>
      <w:r w:rsidRPr="00FD345D">
        <w:rPr>
          <w:rFonts w:ascii="Calibri" w:hAnsi="Calibri" w:cs="Calibri"/>
        </w:rPr>
        <w:t xml:space="preserve"> not </w:t>
      </w:r>
      <w:proofErr w:type="spellStart"/>
      <w:r w:rsidRPr="00FD345D">
        <w:rPr>
          <w:rFonts w:ascii="Calibri" w:hAnsi="Calibri" w:cs="Calibri"/>
        </w:rPr>
        <w:t>reduce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basic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nutrients</w:t>
      </w:r>
      <w:proofErr w:type="spellEnd"/>
      <w:r w:rsidRPr="00FD345D">
        <w:rPr>
          <w:rFonts w:ascii="Calibri" w:hAnsi="Calibri" w:cs="Calibri"/>
        </w:rPr>
        <w:t xml:space="preserve">, as </w:t>
      </w:r>
      <w:proofErr w:type="spellStart"/>
      <w:r w:rsidRPr="00FD345D">
        <w:rPr>
          <w:rFonts w:ascii="Calibri" w:hAnsi="Calibri" w:cs="Calibri"/>
        </w:rPr>
        <w:t>confirmed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Souza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Theodoro</w:t>
      </w:r>
      <w:proofErr w:type="spellEnd"/>
      <w:r w:rsidRPr="00FD345D">
        <w:rPr>
          <w:rFonts w:ascii="Calibri" w:hAnsi="Calibri" w:cs="Calibri"/>
        </w:rPr>
        <w:t xml:space="preserve"> et al., 2019], and </w:t>
      </w:r>
      <w:proofErr w:type="spellStart"/>
      <w:r w:rsidRPr="00FD345D">
        <w:rPr>
          <w:rFonts w:ascii="Calibri" w:hAnsi="Calibri" w:cs="Calibri"/>
        </w:rPr>
        <w:t>activated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charcoal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increase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dry-matter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appropriately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low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doses</w:t>
      </w:r>
      <w:proofErr w:type="spellEnd"/>
      <w:r w:rsidRPr="00FD345D">
        <w:rPr>
          <w:rFonts w:ascii="Calibri" w:hAnsi="Calibri" w:cs="Calibri"/>
        </w:rPr>
        <w:t xml:space="preserve"> [Kim et al., 2017]. </w:t>
      </w:r>
      <w:proofErr w:type="spellStart"/>
      <w:r w:rsidRPr="00FD345D">
        <w:rPr>
          <w:rFonts w:ascii="Calibri" w:hAnsi="Calibri" w:cs="Calibri"/>
        </w:rPr>
        <w:t>Yeast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preparations</w:t>
      </w:r>
      <w:proofErr w:type="spellEnd"/>
      <w:r w:rsidRPr="00FD345D">
        <w:rPr>
          <w:rFonts w:ascii="Calibri" w:hAnsi="Calibri" w:cs="Calibri"/>
        </w:rPr>
        <w:t xml:space="preserve"> do not </w:t>
      </w:r>
      <w:proofErr w:type="spellStart"/>
      <w:r w:rsidRPr="00FD345D">
        <w:rPr>
          <w:rFonts w:ascii="Calibri" w:hAnsi="Calibri" w:cs="Calibri"/>
        </w:rPr>
        <w:t>adversely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affect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stool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consistency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can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support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processes</w:t>
      </w:r>
      <w:proofErr w:type="spellEnd"/>
      <w:r w:rsidRPr="00FD345D">
        <w:rPr>
          <w:rFonts w:ascii="Calibri" w:hAnsi="Calibri" w:cs="Calibri"/>
        </w:rPr>
        <w:t xml:space="preserve"> [Lin et al., 2019].</w:t>
      </w:r>
    </w:p>
    <w:p w14:paraId="28977329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Effect</w:t>
      </w:r>
      <w:proofErr w:type="spellEnd"/>
      <w:r w:rsidRPr="00FD345D">
        <w:rPr>
          <w:rFonts w:ascii="Calibri" w:hAnsi="Calibri" w:cs="Calibri"/>
          <w:b/>
          <w:bCs/>
        </w:rPr>
        <w:t xml:space="preserve"> of </w:t>
      </w:r>
      <w:proofErr w:type="spellStart"/>
      <w:r w:rsidRPr="00FD345D">
        <w:rPr>
          <w:rFonts w:ascii="Calibri" w:hAnsi="Calibri" w:cs="Calibri"/>
          <w:b/>
          <w:bCs/>
        </w:rPr>
        <w:t>fatty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acids</w:t>
      </w:r>
      <w:proofErr w:type="spellEnd"/>
      <w:r w:rsidRPr="00FD345D">
        <w:rPr>
          <w:rFonts w:ascii="Calibri" w:hAnsi="Calibri" w:cs="Calibri"/>
          <w:b/>
          <w:bCs/>
        </w:rPr>
        <w:t xml:space="preserve"> (omega-3) on </w:t>
      </w:r>
      <w:proofErr w:type="spellStart"/>
      <w:r w:rsidRPr="00FD345D">
        <w:rPr>
          <w:rFonts w:ascii="Calibri" w:hAnsi="Calibri" w:cs="Calibri"/>
          <w:b/>
          <w:bCs/>
        </w:rPr>
        <w:t>digestibility</w:t>
      </w:r>
      <w:proofErr w:type="spellEnd"/>
    </w:p>
    <w:p w14:paraId="5529AEF4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Omega-3 </w:t>
      </w:r>
      <w:proofErr w:type="spellStart"/>
      <w:r w:rsidRPr="00FD345D">
        <w:rPr>
          <w:rFonts w:ascii="Calibri" w:hAnsi="Calibri" w:cs="Calibri"/>
        </w:rPr>
        <w:t>may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support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fat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intestinal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function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through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anti-inflammatory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effects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impacts</w:t>
      </w:r>
      <w:proofErr w:type="spellEnd"/>
      <w:r w:rsidRPr="00FD345D">
        <w:rPr>
          <w:rFonts w:ascii="Calibri" w:hAnsi="Calibri" w:cs="Calibri"/>
        </w:rPr>
        <w:t xml:space="preserve"> on </w:t>
      </w:r>
      <w:proofErr w:type="spellStart"/>
      <w:r w:rsidRPr="00FD345D">
        <w:rPr>
          <w:rFonts w:ascii="Calibri" w:hAnsi="Calibri" w:cs="Calibri"/>
        </w:rPr>
        <w:t>villus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morphology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Studies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have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shown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that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animals</w:t>
      </w:r>
      <w:proofErr w:type="spellEnd"/>
      <w:r w:rsidRPr="00FD345D">
        <w:rPr>
          <w:rFonts w:ascii="Calibri" w:hAnsi="Calibri" w:cs="Calibri"/>
        </w:rPr>
        <w:t xml:space="preserve"> with </w:t>
      </w:r>
      <w:proofErr w:type="spellStart"/>
      <w:r w:rsidRPr="00FD345D">
        <w:rPr>
          <w:rFonts w:ascii="Calibri" w:hAnsi="Calibri" w:cs="Calibri"/>
        </w:rPr>
        <w:t>intestinal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disorders</w:t>
      </w:r>
      <w:proofErr w:type="spellEnd"/>
      <w:r w:rsidRPr="00FD345D">
        <w:rPr>
          <w:rFonts w:ascii="Calibri" w:hAnsi="Calibri" w:cs="Calibri"/>
        </w:rPr>
        <w:t xml:space="preserve">, omega-3 </w:t>
      </w:r>
      <w:proofErr w:type="spellStart"/>
      <w:r w:rsidRPr="00FD345D">
        <w:rPr>
          <w:rFonts w:ascii="Calibri" w:hAnsi="Calibri" w:cs="Calibri"/>
        </w:rPr>
        <w:t>supplementation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improved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digestion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absorption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nutrients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Berenjian</w:t>
      </w:r>
      <w:proofErr w:type="spellEnd"/>
      <w:r w:rsidRPr="00FD345D">
        <w:rPr>
          <w:rFonts w:ascii="Calibri" w:hAnsi="Calibri" w:cs="Calibri"/>
        </w:rPr>
        <w:t>, 2021].</w:t>
      </w:r>
    </w:p>
    <w:p w14:paraId="3B29B649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lastRenderedPageBreak/>
        <w:t>Effect</w:t>
      </w:r>
      <w:proofErr w:type="spellEnd"/>
      <w:r w:rsidRPr="00FD345D">
        <w:rPr>
          <w:rFonts w:ascii="Calibri" w:hAnsi="Calibri" w:cs="Calibri"/>
          <w:b/>
          <w:bCs/>
        </w:rPr>
        <w:t xml:space="preserve"> of plant </w:t>
      </w:r>
      <w:proofErr w:type="spellStart"/>
      <w:r w:rsidRPr="00FD345D">
        <w:rPr>
          <w:rFonts w:ascii="Calibri" w:hAnsi="Calibri" w:cs="Calibri"/>
          <w:b/>
          <w:bCs/>
        </w:rPr>
        <w:t>extracts</w:t>
      </w:r>
      <w:proofErr w:type="spellEnd"/>
      <w:r w:rsidRPr="00FD345D">
        <w:rPr>
          <w:rFonts w:ascii="Calibri" w:hAnsi="Calibri" w:cs="Calibri"/>
          <w:b/>
          <w:bCs/>
        </w:rPr>
        <w:t xml:space="preserve"> on </w:t>
      </w:r>
      <w:proofErr w:type="spellStart"/>
      <w:r w:rsidRPr="00FD345D">
        <w:rPr>
          <w:rFonts w:ascii="Calibri" w:hAnsi="Calibri" w:cs="Calibri"/>
          <w:b/>
          <w:bCs/>
        </w:rPr>
        <w:t>digestibility</w:t>
      </w:r>
      <w:proofErr w:type="spellEnd"/>
    </w:p>
    <w:p w14:paraId="4A42DAB9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Plant </w:t>
      </w:r>
      <w:proofErr w:type="spellStart"/>
      <w:r w:rsidRPr="00FD345D">
        <w:rPr>
          <w:rFonts w:ascii="Calibri" w:hAnsi="Calibri" w:cs="Calibri"/>
        </w:rPr>
        <w:t>extracts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can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improve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via </w:t>
      </w:r>
      <w:proofErr w:type="spellStart"/>
      <w:r w:rsidRPr="00FD345D">
        <w:rPr>
          <w:rFonts w:ascii="Calibri" w:hAnsi="Calibri" w:cs="Calibri"/>
        </w:rPr>
        <w:t>anti-inflammatory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antimicrobial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properties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Echinacea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supplementation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enhanced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animals</w:t>
      </w:r>
      <w:proofErr w:type="spellEnd"/>
      <w:r w:rsidRPr="00FD345D">
        <w:rPr>
          <w:rFonts w:ascii="Calibri" w:hAnsi="Calibri" w:cs="Calibri"/>
        </w:rPr>
        <w:t xml:space="preserve"> by </w:t>
      </w:r>
      <w:proofErr w:type="spellStart"/>
      <w:r w:rsidRPr="00FD345D">
        <w:rPr>
          <w:rFonts w:ascii="Calibri" w:hAnsi="Calibri" w:cs="Calibri"/>
        </w:rPr>
        <w:t>increasing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intestinal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villus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height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Hanczakowska</w:t>
      </w:r>
      <w:proofErr w:type="spellEnd"/>
      <w:r w:rsidRPr="00FD345D">
        <w:rPr>
          <w:rFonts w:ascii="Calibri" w:hAnsi="Calibri" w:cs="Calibri"/>
        </w:rPr>
        <w:t xml:space="preserve"> and Świątkiewicz, 2012]. </w:t>
      </w:r>
      <w:proofErr w:type="spellStart"/>
      <w:r w:rsidRPr="00FD345D">
        <w:rPr>
          <w:rFonts w:ascii="Calibri" w:hAnsi="Calibri" w:cs="Calibri"/>
        </w:rPr>
        <w:t>Yucca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extract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did</w:t>
      </w:r>
      <w:proofErr w:type="spellEnd"/>
      <w:r w:rsidRPr="00FD345D">
        <w:rPr>
          <w:rFonts w:ascii="Calibri" w:hAnsi="Calibri" w:cs="Calibri"/>
        </w:rPr>
        <w:t xml:space="preserve"> not </w:t>
      </w:r>
      <w:proofErr w:type="spellStart"/>
      <w:r w:rsidRPr="00FD345D">
        <w:rPr>
          <w:rFonts w:ascii="Calibri" w:hAnsi="Calibri" w:cs="Calibri"/>
        </w:rPr>
        <w:t>significantly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affect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 [Dos </w:t>
      </w:r>
      <w:proofErr w:type="spellStart"/>
      <w:r w:rsidRPr="00FD345D">
        <w:rPr>
          <w:rFonts w:ascii="Calibri" w:hAnsi="Calibri" w:cs="Calibri"/>
        </w:rPr>
        <w:t>Reis</w:t>
      </w:r>
      <w:proofErr w:type="spellEnd"/>
      <w:r w:rsidRPr="00FD345D">
        <w:rPr>
          <w:rFonts w:ascii="Calibri" w:hAnsi="Calibri" w:cs="Calibri"/>
        </w:rPr>
        <w:t xml:space="preserve"> et al., 2016], </w:t>
      </w:r>
      <w:proofErr w:type="spellStart"/>
      <w:r w:rsidRPr="00FD345D">
        <w:rPr>
          <w:rFonts w:ascii="Calibri" w:hAnsi="Calibri" w:cs="Calibri"/>
        </w:rPr>
        <w:t>while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rosemary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due</w:t>
      </w:r>
      <w:proofErr w:type="spellEnd"/>
      <w:r w:rsidRPr="00FD345D">
        <w:rPr>
          <w:rFonts w:ascii="Calibri" w:hAnsi="Calibri" w:cs="Calibri"/>
        </w:rPr>
        <w:t xml:space="preserve"> to </w:t>
      </w:r>
      <w:proofErr w:type="spellStart"/>
      <w:r w:rsidRPr="00FD345D">
        <w:rPr>
          <w:rFonts w:ascii="Calibri" w:hAnsi="Calibri" w:cs="Calibri"/>
        </w:rPr>
        <w:t>its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bioactive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compounds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may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improve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nutrient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utilization</w:t>
      </w:r>
      <w:proofErr w:type="spellEnd"/>
      <w:r w:rsidRPr="00FD345D">
        <w:rPr>
          <w:rFonts w:ascii="Calibri" w:hAnsi="Calibri" w:cs="Calibri"/>
        </w:rPr>
        <w:t xml:space="preserve"> [</w:t>
      </w:r>
      <w:proofErr w:type="spellStart"/>
      <w:r w:rsidRPr="00FD345D">
        <w:rPr>
          <w:rFonts w:ascii="Calibri" w:hAnsi="Calibri" w:cs="Calibri"/>
        </w:rPr>
        <w:t>Yitbarek</w:t>
      </w:r>
      <w:proofErr w:type="spellEnd"/>
      <w:r w:rsidRPr="00FD345D">
        <w:rPr>
          <w:rFonts w:ascii="Calibri" w:hAnsi="Calibri" w:cs="Calibri"/>
        </w:rPr>
        <w:t>, 2015].</w:t>
      </w:r>
    </w:p>
    <w:p w14:paraId="01CDBAA3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Summary</w:t>
      </w:r>
      <w:proofErr w:type="spellEnd"/>
    </w:p>
    <w:p w14:paraId="0A96A080" w14:textId="5CC8C6A0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The </w:t>
      </w:r>
      <w:proofErr w:type="spellStart"/>
      <w:r w:rsidRPr="00FD345D">
        <w:rPr>
          <w:rFonts w:ascii="Calibri" w:hAnsi="Calibri" w:cs="Calibri"/>
        </w:rPr>
        <w:t>functional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components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used</w:t>
      </w:r>
      <w:proofErr w:type="spellEnd"/>
      <w:r w:rsidRPr="00FD345D">
        <w:rPr>
          <w:rFonts w:ascii="Calibri" w:hAnsi="Calibri" w:cs="Calibri"/>
        </w:rPr>
        <w:t xml:space="preserve"> in the </w:t>
      </w:r>
      <w:proofErr w:type="spellStart"/>
      <w:r w:rsidRPr="00FD345D">
        <w:rPr>
          <w:rFonts w:ascii="Calibri" w:hAnsi="Calibri" w:cs="Calibri"/>
        </w:rPr>
        <w:t>feed</w:t>
      </w:r>
      <w:proofErr w:type="spellEnd"/>
      <w:r w:rsidRPr="00FD345D">
        <w:rPr>
          <w:rFonts w:ascii="Calibri" w:hAnsi="Calibri" w:cs="Calibri"/>
        </w:rPr>
        <w:t xml:space="preserve"> blend </w:t>
      </w:r>
      <w:proofErr w:type="spellStart"/>
      <w:r w:rsidRPr="00FD345D">
        <w:rPr>
          <w:rFonts w:ascii="Calibri" w:hAnsi="Calibri" w:cs="Calibri"/>
        </w:rPr>
        <w:t>exert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beneficial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effects</w:t>
      </w:r>
      <w:proofErr w:type="spellEnd"/>
      <w:r w:rsidRPr="00FD345D">
        <w:rPr>
          <w:rFonts w:ascii="Calibri" w:hAnsi="Calibri" w:cs="Calibri"/>
        </w:rPr>
        <w:t xml:space="preserve"> on </w:t>
      </w:r>
      <w:proofErr w:type="spellStart"/>
      <w:r w:rsidRPr="00FD345D">
        <w:rPr>
          <w:rFonts w:ascii="Calibri" w:hAnsi="Calibri" w:cs="Calibri"/>
        </w:rPr>
        <w:t>intestinal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processes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nutrient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Their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based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both</w:t>
      </w:r>
      <w:proofErr w:type="spellEnd"/>
      <w:r w:rsidRPr="00FD345D">
        <w:rPr>
          <w:rFonts w:ascii="Calibri" w:hAnsi="Calibri" w:cs="Calibri"/>
        </w:rPr>
        <w:t xml:space="preserve"> on </w:t>
      </w:r>
      <w:proofErr w:type="spellStart"/>
      <w:r w:rsidRPr="00FD345D">
        <w:rPr>
          <w:rFonts w:ascii="Calibri" w:hAnsi="Calibri" w:cs="Calibri"/>
        </w:rPr>
        <w:t>prebiotic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effects</w:t>
      </w:r>
      <w:proofErr w:type="spellEnd"/>
      <w:r w:rsidRPr="00FD345D">
        <w:rPr>
          <w:rFonts w:ascii="Calibri" w:hAnsi="Calibri" w:cs="Calibri"/>
        </w:rPr>
        <w:t xml:space="preserve"> (FOS, </w:t>
      </w:r>
      <w:proofErr w:type="spellStart"/>
      <w:r w:rsidRPr="00FD345D">
        <w:rPr>
          <w:rFonts w:ascii="Calibri" w:hAnsi="Calibri" w:cs="Calibri"/>
        </w:rPr>
        <w:t>beet</w:t>
      </w:r>
      <w:proofErr w:type="spellEnd"/>
      <w:r w:rsidRPr="00FD345D">
        <w:rPr>
          <w:rFonts w:ascii="Calibri" w:hAnsi="Calibri" w:cs="Calibri"/>
        </w:rPr>
        <w:t xml:space="preserve"> pulp, MOS) and on </w:t>
      </w:r>
      <w:proofErr w:type="spellStart"/>
      <w:r w:rsidRPr="00FD345D">
        <w:rPr>
          <w:rFonts w:ascii="Calibri" w:hAnsi="Calibri" w:cs="Calibri"/>
        </w:rPr>
        <w:t>modulation</w:t>
      </w:r>
      <w:proofErr w:type="spellEnd"/>
      <w:r w:rsidRPr="00FD345D">
        <w:rPr>
          <w:rFonts w:ascii="Calibri" w:hAnsi="Calibri" w:cs="Calibri"/>
        </w:rPr>
        <w:t xml:space="preserve"> of the </w:t>
      </w:r>
      <w:proofErr w:type="spellStart"/>
      <w:r w:rsidRPr="00FD345D">
        <w:rPr>
          <w:rFonts w:ascii="Calibri" w:hAnsi="Calibri" w:cs="Calibri"/>
        </w:rPr>
        <w:t>microbiota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intestinal</w:t>
      </w:r>
      <w:proofErr w:type="spellEnd"/>
      <w:r w:rsidRPr="00FD345D">
        <w:rPr>
          <w:rFonts w:ascii="Calibri" w:hAnsi="Calibri" w:cs="Calibri"/>
        </w:rPr>
        <w:t xml:space="preserve"> environment (omega-3, </w:t>
      </w:r>
      <w:proofErr w:type="spellStart"/>
      <w:r w:rsidRPr="00FD345D">
        <w:rPr>
          <w:rFonts w:ascii="Calibri" w:hAnsi="Calibri" w:cs="Calibri"/>
        </w:rPr>
        <w:t>herbal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extracts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activated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charcoal</w:t>
      </w:r>
      <w:proofErr w:type="spellEnd"/>
      <w:r w:rsidRPr="00FD345D">
        <w:rPr>
          <w:rFonts w:ascii="Calibri" w:hAnsi="Calibri" w:cs="Calibri"/>
        </w:rPr>
        <w:t xml:space="preserve">). </w:t>
      </w:r>
      <w:proofErr w:type="spellStart"/>
      <w:r w:rsidRPr="00FD345D">
        <w:rPr>
          <w:rFonts w:ascii="Calibri" w:hAnsi="Calibri" w:cs="Calibri"/>
        </w:rPr>
        <w:t>These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effects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have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been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confirmed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numerous</w:t>
      </w:r>
      <w:proofErr w:type="spellEnd"/>
      <w:r w:rsidRPr="00FD345D">
        <w:rPr>
          <w:rFonts w:ascii="Calibri" w:hAnsi="Calibri" w:cs="Calibri"/>
        </w:rPr>
        <w:t xml:space="preserve"> in vitro and in vivo </w:t>
      </w:r>
      <w:proofErr w:type="spellStart"/>
      <w:r w:rsidRPr="00FD345D">
        <w:rPr>
          <w:rFonts w:ascii="Calibri" w:hAnsi="Calibri" w:cs="Calibri"/>
        </w:rPr>
        <w:t>studies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including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monogastric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companion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animals</w:t>
      </w:r>
      <w:proofErr w:type="spellEnd"/>
      <w:r w:rsidRPr="00FD345D">
        <w:rPr>
          <w:rFonts w:ascii="Calibri" w:hAnsi="Calibri" w:cs="Calibri"/>
        </w:rPr>
        <w:t>.</w:t>
      </w:r>
    </w:p>
    <w:p w14:paraId="4F97FFA7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FD345D">
        <w:rPr>
          <w:rFonts w:ascii="Calibri" w:hAnsi="Calibri" w:cs="Calibri"/>
          <w:b/>
          <w:bCs/>
          <w:sz w:val="28"/>
          <w:szCs w:val="28"/>
        </w:rPr>
        <w:t>Study</w:t>
      </w:r>
      <w:proofErr w:type="spellEnd"/>
    </w:p>
    <w:p w14:paraId="15378981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Based</w:t>
      </w:r>
      <w:proofErr w:type="spellEnd"/>
      <w:r w:rsidRPr="00FD345D">
        <w:rPr>
          <w:rFonts w:ascii="Calibri" w:hAnsi="Calibri" w:cs="Calibri"/>
        </w:rPr>
        <w:t xml:space="preserve"> on the </w:t>
      </w:r>
      <w:proofErr w:type="spellStart"/>
      <w:r w:rsidRPr="00FD345D">
        <w:rPr>
          <w:rFonts w:ascii="Calibri" w:hAnsi="Calibri" w:cs="Calibri"/>
        </w:rPr>
        <w:t>formulations</w:t>
      </w:r>
      <w:proofErr w:type="spellEnd"/>
      <w:r w:rsidRPr="00FD345D">
        <w:rPr>
          <w:rFonts w:ascii="Calibri" w:hAnsi="Calibri" w:cs="Calibri"/>
        </w:rPr>
        <w:t xml:space="preserve">, MPU was </w:t>
      </w:r>
      <w:proofErr w:type="spellStart"/>
      <w:r w:rsidRPr="00FD345D">
        <w:rPr>
          <w:rFonts w:ascii="Calibri" w:hAnsi="Calibri" w:cs="Calibri"/>
        </w:rPr>
        <w:t>produced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under</w:t>
      </w:r>
      <w:proofErr w:type="spellEnd"/>
      <w:r w:rsidRPr="00FD345D">
        <w:rPr>
          <w:rFonts w:ascii="Calibri" w:hAnsi="Calibri" w:cs="Calibri"/>
        </w:rPr>
        <w:t xml:space="preserve"> in vitro </w:t>
      </w:r>
      <w:proofErr w:type="spellStart"/>
      <w:r w:rsidRPr="00FD345D">
        <w:rPr>
          <w:rFonts w:ascii="Calibri" w:hAnsi="Calibri" w:cs="Calibri"/>
        </w:rPr>
        <w:t>conditions</w:t>
      </w:r>
      <w:proofErr w:type="spellEnd"/>
      <w:r w:rsidRPr="00FD345D">
        <w:rPr>
          <w:rFonts w:ascii="Calibri" w:hAnsi="Calibri" w:cs="Calibri"/>
        </w:rPr>
        <w:t xml:space="preserve"> in the form of a </w:t>
      </w:r>
      <w:proofErr w:type="spellStart"/>
      <w:r w:rsidRPr="00FD345D">
        <w:rPr>
          <w:rFonts w:ascii="Calibri" w:hAnsi="Calibri" w:cs="Calibri"/>
        </w:rPr>
        <w:t>pellet</w:t>
      </w:r>
      <w:proofErr w:type="spellEnd"/>
      <w:r w:rsidRPr="00FD345D">
        <w:rPr>
          <w:rFonts w:ascii="Calibri" w:hAnsi="Calibri" w:cs="Calibri"/>
        </w:rPr>
        <w:t xml:space="preserve"> and a </w:t>
      </w:r>
      <w:proofErr w:type="spellStart"/>
      <w:r w:rsidRPr="00FD345D">
        <w:rPr>
          <w:rFonts w:ascii="Calibri" w:hAnsi="Calibri" w:cs="Calibri"/>
        </w:rPr>
        <w:t>soft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chew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Finished</w:t>
      </w:r>
      <w:proofErr w:type="spellEnd"/>
      <w:r w:rsidRPr="00FD345D">
        <w:rPr>
          <w:rFonts w:ascii="Calibri" w:hAnsi="Calibri" w:cs="Calibri"/>
        </w:rPr>
        <w:t xml:space="preserve"> MPU </w:t>
      </w:r>
      <w:proofErr w:type="spellStart"/>
      <w:r w:rsidRPr="00FD345D">
        <w:rPr>
          <w:rFonts w:ascii="Calibri" w:hAnsi="Calibri" w:cs="Calibri"/>
        </w:rPr>
        <w:t>batches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delivered</w:t>
      </w:r>
      <w:proofErr w:type="spellEnd"/>
      <w:r w:rsidRPr="00FD345D">
        <w:rPr>
          <w:rFonts w:ascii="Calibri" w:hAnsi="Calibri" w:cs="Calibri"/>
        </w:rPr>
        <w:t xml:space="preserve"> for </w:t>
      </w:r>
      <w:proofErr w:type="spellStart"/>
      <w:r w:rsidRPr="00FD345D">
        <w:rPr>
          <w:rFonts w:ascii="Calibri" w:hAnsi="Calibri" w:cs="Calibri"/>
        </w:rPr>
        <w:t>canine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studies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four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rounds</w:t>
      </w:r>
      <w:proofErr w:type="spellEnd"/>
      <w:r w:rsidRPr="00FD345D">
        <w:rPr>
          <w:rFonts w:ascii="Calibri" w:hAnsi="Calibri" w:cs="Calibri"/>
        </w:rPr>
        <w:t xml:space="preserve">—24 May 2021, 1 </w:t>
      </w:r>
      <w:proofErr w:type="spellStart"/>
      <w:r w:rsidRPr="00FD345D">
        <w:rPr>
          <w:rFonts w:ascii="Calibri" w:hAnsi="Calibri" w:cs="Calibri"/>
        </w:rPr>
        <w:t>June</w:t>
      </w:r>
      <w:proofErr w:type="spellEnd"/>
      <w:r w:rsidRPr="00FD345D">
        <w:rPr>
          <w:rFonts w:ascii="Calibri" w:hAnsi="Calibri" w:cs="Calibri"/>
        </w:rPr>
        <w:t xml:space="preserve"> 2021, 22 </w:t>
      </w:r>
      <w:proofErr w:type="spellStart"/>
      <w:r w:rsidRPr="00FD345D">
        <w:rPr>
          <w:rFonts w:ascii="Calibri" w:hAnsi="Calibri" w:cs="Calibri"/>
        </w:rPr>
        <w:t>June</w:t>
      </w:r>
      <w:proofErr w:type="spellEnd"/>
      <w:r w:rsidRPr="00FD345D">
        <w:rPr>
          <w:rFonts w:ascii="Calibri" w:hAnsi="Calibri" w:cs="Calibri"/>
        </w:rPr>
        <w:t xml:space="preserve"> 2021, and 20 </w:t>
      </w:r>
      <w:proofErr w:type="spellStart"/>
      <w:r w:rsidRPr="00FD345D">
        <w:rPr>
          <w:rFonts w:ascii="Calibri" w:hAnsi="Calibri" w:cs="Calibri"/>
        </w:rPr>
        <w:t>July</w:t>
      </w:r>
      <w:proofErr w:type="spellEnd"/>
      <w:r w:rsidRPr="00FD345D">
        <w:rPr>
          <w:rFonts w:ascii="Calibri" w:hAnsi="Calibri" w:cs="Calibri"/>
        </w:rPr>
        <w:t xml:space="preserve"> 2021. </w:t>
      </w:r>
      <w:proofErr w:type="spellStart"/>
      <w:r w:rsidRPr="00FD345D">
        <w:rPr>
          <w:rFonts w:ascii="Calibri" w:hAnsi="Calibri" w:cs="Calibri"/>
        </w:rPr>
        <w:t>Representative</w:t>
      </w:r>
      <w:proofErr w:type="spellEnd"/>
      <w:r w:rsidRPr="00FD345D">
        <w:rPr>
          <w:rFonts w:ascii="Calibri" w:hAnsi="Calibri" w:cs="Calibri"/>
        </w:rPr>
        <w:t xml:space="preserve"> MPU </w:t>
      </w:r>
      <w:proofErr w:type="spellStart"/>
      <w:r w:rsidRPr="00FD345D">
        <w:rPr>
          <w:rFonts w:ascii="Calibri" w:hAnsi="Calibri" w:cs="Calibri"/>
        </w:rPr>
        <w:t>samples</w:t>
      </w:r>
      <w:proofErr w:type="spellEnd"/>
      <w:r w:rsidRPr="00FD345D">
        <w:rPr>
          <w:rFonts w:ascii="Calibri" w:hAnsi="Calibri" w:cs="Calibri"/>
        </w:rPr>
        <w:t xml:space="preserve"> for </w:t>
      </w:r>
      <w:proofErr w:type="spellStart"/>
      <w:r w:rsidRPr="00FD345D">
        <w:rPr>
          <w:rFonts w:ascii="Calibri" w:hAnsi="Calibri" w:cs="Calibri"/>
        </w:rPr>
        <w:t>analysis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randomly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drawn</w:t>
      </w:r>
      <w:proofErr w:type="spellEnd"/>
      <w:r w:rsidRPr="00FD345D">
        <w:rPr>
          <w:rFonts w:ascii="Calibri" w:hAnsi="Calibri" w:cs="Calibri"/>
        </w:rPr>
        <w:t xml:space="preserve"> from </w:t>
      </w:r>
      <w:proofErr w:type="spellStart"/>
      <w:r w:rsidRPr="00FD345D">
        <w:rPr>
          <w:rFonts w:ascii="Calibri" w:hAnsi="Calibri" w:cs="Calibri"/>
        </w:rPr>
        <w:t>each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batch</w:t>
      </w:r>
      <w:proofErr w:type="spellEnd"/>
      <w:r w:rsidRPr="00FD345D">
        <w:rPr>
          <w:rFonts w:ascii="Calibri" w:hAnsi="Calibri" w:cs="Calibri"/>
        </w:rPr>
        <w:t xml:space="preserve">, and in </w:t>
      </w:r>
      <w:proofErr w:type="spellStart"/>
      <w:r w:rsidRPr="00FD345D">
        <w:rPr>
          <w:rFonts w:ascii="Calibri" w:hAnsi="Calibri" w:cs="Calibri"/>
        </w:rPr>
        <w:t>both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pellets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chews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contents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proximate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components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dry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matter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crude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ash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crude</w:t>
      </w:r>
      <w:proofErr w:type="spellEnd"/>
      <w:r w:rsidRPr="00FD345D">
        <w:rPr>
          <w:rFonts w:ascii="Calibri" w:hAnsi="Calibri" w:cs="Calibri"/>
        </w:rPr>
        <w:t xml:space="preserve"> protein, </w:t>
      </w:r>
      <w:proofErr w:type="spellStart"/>
      <w:r w:rsidRPr="00FD345D">
        <w:rPr>
          <w:rFonts w:ascii="Calibri" w:hAnsi="Calibri" w:cs="Calibri"/>
        </w:rPr>
        <w:t>crude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fat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crude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) and </w:t>
      </w:r>
      <w:proofErr w:type="spellStart"/>
      <w:r w:rsidRPr="00FD345D">
        <w:rPr>
          <w:rFonts w:ascii="Calibri" w:hAnsi="Calibri" w:cs="Calibri"/>
        </w:rPr>
        <w:t>starch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determined</w:t>
      </w:r>
      <w:proofErr w:type="spellEnd"/>
      <w:r w:rsidRPr="00FD345D">
        <w:rPr>
          <w:rFonts w:ascii="Calibri" w:hAnsi="Calibri" w:cs="Calibri"/>
        </w:rPr>
        <w:t xml:space="preserve">. In </w:t>
      </w:r>
      <w:proofErr w:type="spellStart"/>
      <w:r w:rsidRPr="00FD345D">
        <w:rPr>
          <w:rFonts w:ascii="Calibri" w:hAnsi="Calibri" w:cs="Calibri"/>
        </w:rPr>
        <w:t>addition</w:t>
      </w:r>
      <w:proofErr w:type="spellEnd"/>
      <w:r w:rsidRPr="00FD345D">
        <w:rPr>
          <w:rFonts w:ascii="Calibri" w:hAnsi="Calibri" w:cs="Calibri"/>
        </w:rPr>
        <w:t xml:space="preserve">, detergent </w:t>
      </w: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neutral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acid</w:t>
      </w:r>
      <w:proofErr w:type="spellEnd"/>
      <w:r w:rsidRPr="00FD345D">
        <w:rPr>
          <w:rFonts w:ascii="Calibri" w:hAnsi="Calibri" w:cs="Calibri"/>
        </w:rPr>
        <w:t xml:space="preserve"> detergent </w:t>
      </w: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acid</w:t>
      </w:r>
      <w:proofErr w:type="spellEnd"/>
      <w:r w:rsidRPr="00FD345D">
        <w:rPr>
          <w:rFonts w:ascii="Calibri" w:hAnsi="Calibri" w:cs="Calibri"/>
        </w:rPr>
        <w:t xml:space="preserve"> detergent lignin), non-</w:t>
      </w:r>
      <w:proofErr w:type="spellStart"/>
      <w:r w:rsidRPr="00FD345D">
        <w:rPr>
          <w:rFonts w:ascii="Calibri" w:hAnsi="Calibri" w:cs="Calibri"/>
        </w:rPr>
        <w:t>starch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polysaccharides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insoluble</w:t>
      </w:r>
      <w:proofErr w:type="spellEnd"/>
      <w:r w:rsidRPr="00FD345D">
        <w:rPr>
          <w:rFonts w:ascii="Calibri" w:hAnsi="Calibri" w:cs="Calibri"/>
        </w:rPr>
        <w:t xml:space="preserve"> I-NSP, </w:t>
      </w:r>
      <w:proofErr w:type="spellStart"/>
      <w:r w:rsidRPr="00FD345D">
        <w:rPr>
          <w:rFonts w:ascii="Calibri" w:hAnsi="Calibri" w:cs="Calibri"/>
        </w:rPr>
        <w:t>soluble</w:t>
      </w:r>
      <w:proofErr w:type="spellEnd"/>
      <w:r w:rsidRPr="00FD345D">
        <w:rPr>
          <w:rFonts w:ascii="Calibri" w:hAnsi="Calibri" w:cs="Calibri"/>
        </w:rPr>
        <w:t xml:space="preserve"> S-NSP, and </w:t>
      </w:r>
      <w:proofErr w:type="spellStart"/>
      <w:r w:rsidRPr="00FD345D">
        <w:rPr>
          <w:rFonts w:ascii="Calibri" w:hAnsi="Calibri" w:cs="Calibri"/>
        </w:rPr>
        <w:t>total</w:t>
      </w:r>
      <w:proofErr w:type="spellEnd"/>
      <w:r w:rsidRPr="00FD345D">
        <w:rPr>
          <w:rFonts w:ascii="Calibri" w:hAnsi="Calibri" w:cs="Calibri"/>
        </w:rPr>
        <w:t xml:space="preserve">), and </w:t>
      </w:r>
      <w:proofErr w:type="spellStart"/>
      <w:r w:rsidRPr="00FD345D">
        <w:rPr>
          <w:rFonts w:ascii="Calibri" w:hAnsi="Calibri" w:cs="Calibri"/>
        </w:rPr>
        <w:t>uronic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acids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insoluble</w:t>
      </w:r>
      <w:proofErr w:type="spellEnd"/>
      <w:r w:rsidRPr="00FD345D">
        <w:rPr>
          <w:rFonts w:ascii="Calibri" w:hAnsi="Calibri" w:cs="Calibri"/>
        </w:rPr>
        <w:t xml:space="preserve"> I-UA, </w:t>
      </w:r>
      <w:proofErr w:type="spellStart"/>
      <w:r w:rsidRPr="00FD345D">
        <w:rPr>
          <w:rFonts w:ascii="Calibri" w:hAnsi="Calibri" w:cs="Calibri"/>
        </w:rPr>
        <w:t>soluble</w:t>
      </w:r>
      <w:proofErr w:type="spellEnd"/>
      <w:r w:rsidRPr="00FD345D">
        <w:rPr>
          <w:rFonts w:ascii="Calibri" w:hAnsi="Calibri" w:cs="Calibri"/>
        </w:rPr>
        <w:t xml:space="preserve"> S-UA, </w:t>
      </w:r>
      <w:proofErr w:type="spellStart"/>
      <w:r w:rsidRPr="00FD345D">
        <w:rPr>
          <w:rFonts w:ascii="Calibri" w:hAnsi="Calibri" w:cs="Calibri"/>
        </w:rPr>
        <w:t>total</w:t>
      </w:r>
      <w:proofErr w:type="spellEnd"/>
      <w:r w:rsidRPr="00FD345D">
        <w:rPr>
          <w:rFonts w:ascii="Calibri" w:hAnsi="Calibri" w:cs="Calibri"/>
        </w:rPr>
        <w:t xml:space="preserve">)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analyzed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Table</w:t>
      </w:r>
      <w:proofErr w:type="spellEnd"/>
      <w:r w:rsidRPr="00FD345D">
        <w:rPr>
          <w:rFonts w:ascii="Calibri" w:hAnsi="Calibri" w:cs="Calibri"/>
        </w:rPr>
        <w:t xml:space="preserve"> 1).</w:t>
      </w:r>
    </w:p>
    <w:p w14:paraId="0EA2D98E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In the </w:t>
      </w:r>
      <w:proofErr w:type="spellStart"/>
      <w:r w:rsidRPr="00FD345D">
        <w:rPr>
          <w:rFonts w:ascii="Calibri" w:hAnsi="Calibri" w:cs="Calibri"/>
        </w:rPr>
        <w:t>maintenance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diets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dry</w:t>
      </w:r>
      <w:proofErr w:type="spellEnd"/>
      <w:r w:rsidRPr="00FD345D">
        <w:rPr>
          <w:rFonts w:ascii="Calibri" w:hAnsi="Calibri" w:cs="Calibri"/>
        </w:rPr>
        <w:t xml:space="preserve"> and wet), </w:t>
      </w:r>
      <w:proofErr w:type="spellStart"/>
      <w:r w:rsidRPr="00FD345D">
        <w:rPr>
          <w:rFonts w:ascii="Calibri" w:hAnsi="Calibri" w:cs="Calibri"/>
        </w:rPr>
        <w:t>proximate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components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dry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matter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crude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ash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crude</w:t>
      </w:r>
      <w:proofErr w:type="spellEnd"/>
      <w:r w:rsidRPr="00FD345D">
        <w:rPr>
          <w:rFonts w:ascii="Calibri" w:hAnsi="Calibri" w:cs="Calibri"/>
        </w:rPr>
        <w:t xml:space="preserve"> protein, </w:t>
      </w:r>
      <w:proofErr w:type="spellStart"/>
      <w:r w:rsidRPr="00FD345D">
        <w:rPr>
          <w:rFonts w:ascii="Calibri" w:hAnsi="Calibri" w:cs="Calibri"/>
        </w:rPr>
        <w:t>crude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fat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crude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) and </w:t>
      </w:r>
      <w:proofErr w:type="spellStart"/>
      <w:r w:rsidRPr="00FD345D">
        <w:rPr>
          <w:rFonts w:ascii="Calibri" w:hAnsi="Calibri" w:cs="Calibri"/>
        </w:rPr>
        <w:t>starch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determined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Additionally</w:t>
      </w:r>
      <w:proofErr w:type="spellEnd"/>
      <w:r w:rsidRPr="00FD345D">
        <w:rPr>
          <w:rFonts w:ascii="Calibri" w:hAnsi="Calibri" w:cs="Calibri"/>
        </w:rPr>
        <w:t xml:space="preserve">, detergent </w:t>
      </w: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fractions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neutral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acid</w:t>
      </w:r>
      <w:proofErr w:type="spellEnd"/>
      <w:r w:rsidRPr="00FD345D">
        <w:rPr>
          <w:rFonts w:ascii="Calibri" w:hAnsi="Calibri" w:cs="Calibri"/>
        </w:rPr>
        <w:t xml:space="preserve"> detergent </w:t>
      </w:r>
      <w:proofErr w:type="spellStart"/>
      <w:r w:rsidRPr="00FD345D">
        <w:rPr>
          <w:rFonts w:ascii="Calibri" w:hAnsi="Calibri" w:cs="Calibri"/>
        </w:rPr>
        <w:t>fiber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acid</w:t>
      </w:r>
      <w:proofErr w:type="spellEnd"/>
      <w:r w:rsidRPr="00FD345D">
        <w:rPr>
          <w:rFonts w:ascii="Calibri" w:hAnsi="Calibri" w:cs="Calibri"/>
        </w:rPr>
        <w:t xml:space="preserve"> detergent lignin)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measured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Table</w:t>
      </w:r>
      <w:proofErr w:type="spellEnd"/>
      <w:r w:rsidRPr="00FD345D">
        <w:rPr>
          <w:rFonts w:ascii="Calibri" w:hAnsi="Calibri" w:cs="Calibri"/>
        </w:rPr>
        <w:t xml:space="preserve"> 2).</w:t>
      </w:r>
    </w:p>
    <w:p w14:paraId="1880DF33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The </w:t>
      </w:r>
      <w:proofErr w:type="spellStart"/>
      <w:r w:rsidRPr="00FD345D">
        <w:rPr>
          <w:rFonts w:ascii="Calibri" w:hAnsi="Calibri" w:cs="Calibri"/>
        </w:rPr>
        <w:t>study</w:t>
      </w:r>
      <w:proofErr w:type="spellEnd"/>
      <w:r w:rsidRPr="00FD345D">
        <w:rPr>
          <w:rFonts w:ascii="Calibri" w:hAnsi="Calibri" w:cs="Calibri"/>
        </w:rPr>
        <w:t xml:space="preserve"> was </w:t>
      </w:r>
      <w:proofErr w:type="spellStart"/>
      <w:r w:rsidRPr="00FD345D">
        <w:rPr>
          <w:rFonts w:ascii="Calibri" w:hAnsi="Calibri" w:cs="Calibri"/>
        </w:rPr>
        <w:t>conducted</w:t>
      </w:r>
      <w:proofErr w:type="spellEnd"/>
      <w:r w:rsidRPr="00FD345D">
        <w:rPr>
          <w:rFonts w:ascii="Calibri" w:hAnsi="Calibri" w:cs="Calibri"/>
        </w:rPr>
        <w:t xml:space="preserve"> on 18 French </w:t>
      </w:r>
      <w:proofErr w:type="spellStart"/>
      <w:r w:rsidRPr="00FD345D">
        <w:rPr>
          <w:rFonts w:ascii="Calibri" w:hAnsi="Calibri" w:cs="Calibri"/>
        </w:rPr>
        <w:t>Bulldogs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lasted</w:t>
      </w:r>
      <w:proofErr w:type="spellEnd"/>
      <w:r w:rsidRPr="00FD345D">
        <w:rPr>
          <w:rFonts w:ascii="Calibri" w:hAnsi="Calibri" w:cs="Calibri"/>
        </w:rPr>
        <w:t xml:space="preserve"> a </w:t>
      </w:r>
      <w:proofErr w:type="spellStart"/>
      <w:r w:rsidRPr="00FD345D">
        <w:rPr>
          <w:rFonts w:ascii="Calibri" w:hAnsi="Calibri" w:cs="Calibri"/>
        </w:rPr>
        <w:t>total</w:t>
      </w:r>
      <w:proofErr w:type="spellEnd"/>
      <w:r w:rsidRPr="00FD345D">
        <w:rPr>
          <w:rFonts w:ascii="Calibri" w:hAnsi="Calibri" w:cs="Calibri"/>
        </w:rPr>
        <w:t xml:space="preserve"> of 98 </w:t>
      </w:r>
      <w:proofErr w:type="spellStart"/>
      <w:r w:rsidRPr="00FD345D">
        <w:rPr>
          <w:rFonts w:ascii="Calibri" w:hAnsi="Calibri" w:cs="Calibri"/>
        </w:rPr>
        <w:t>days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Nutritional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tests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carried</w:t>
      </w:r>
      <w:proofErr w:type="spellEnd"/>
      <w:r w:rsidRPr="00FD345D">
        <w:rPr>
          <w:rFonts w:ascii="Calibri" w:hAnsi="Calibri" w:cs="Calibri"/>
        </w:rPr>
        <w:t xml:space="preserve"> out </w:t>
      </w:r>
      <w:proofErr w:type="spellStart"/>
      <w:r w:rsidRPr="00FD345D">
        <w:rPr>
          <w:rFonts w:ascii="Calibri" w:hAnsi="Calibri" w:cs="Calibri"/>
        </w:rPr>
        <w:t>twice</w:t>
      </w:r>
      <w:proofErr w:type="spellEnd"/>
      <w:r w:rsidRPr="00FD345D">
        <w:rPr>
          <w:rFonts w:ascii="Calibri" w:hAnsi="Calibri" w:cs="Calibri"/>
        </w:rPr>
        <w:t>—</w:t>
      </w:r>
      <w:proofErr w:type="spellStart"/>
      <w:r w:rsidRPr="00FD345D">
        <w:rPr>
          <w:rFonts w:ascii="Calibri" w:hAnsi="Calibri" w:cs="Calibri"/>
        </w:rPr>
        <w:t>before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after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inclusion</w:t>
      </w:r>
      <w:proofErr w:type="spellEnd"/>
      <w:r w:rsidRPr="00FD345D">
        <w:rPr>
          <w:rFonts w:ascii="Calibri" w:hAnsi="Calibri" w:cs="Calibri"/>
        </w:rPr>
        <w:t xml:space="preserve"> of MPU in the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’ </w:t>
      </w:r>
      <w:proofErr w:type="spellStart"/>
      <w:r w:rsidRPr="00FD345D">
        <w:rPr>
          <w:rFonts w:ascii="Calibri" w:hAnsi="Calibri" w:cs="Calibri"/>
        </w:rPr>
        <w:t>diets</w:t>
      </w:r>
      <w:proofErr w:type="spellEnd"/>
      <w:r w:rsidRPr="00FD345D">
        <w:rPr>
          <w:rFonts w:ascii="Calibri" w:hAnsi="Calibri" w:cs="Calibri"/>
        </w:rPr>
        <w:t xml:space="preserve">. At </w:t>
      </w:r>
      <w:proofErr w:type="spellStart"/>
      <w:r w:rsidRPr="00FD345D">
        <w:rPr>
          <w:rFonts w:ascii="Calibri" w:hAnsi="Calibri" w:cs="Calibri"/>
        </w:rPr>
        <w:t>baseline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prior</w:t>
      </w:r>
      <w:proofErr w:type="spellEnd"/>
      <w:r w:rsidRPr="00FD345D">
        <w:rPr>
          <w:rFonts w:ascii="Calibri" w:hAnsi="Calibri" w:cs="Calibri"/>
        </w:rPr>
        <w:t xml:space="preserve"> to MPU </w:t>
      </w:r>
      <w:proofErr w:type="spellStart"/>
      <w:r w:rsidRPr="00FD345D">
        <w:rPr>
          <w:rFonts w:ascii="Calibri" w:hAnsi="Calibri" w:cs="Calibri"/>
        </w:rPr>
        <w:t>introduction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nutrition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tests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conducted</w:t>
      </w:r>
      <w:proofErr w:type="spellEnd"/>
      <w:r w:rsidRPr="00FD345D">
        <w:rPr>
          <w:rFonts w:ascii="Calibri" w:hAnsi="Calibri" w:cs="Calibri"/>
        </w:rPr>
        <w:t xml:space="preserve"> on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only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maintenance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diets</w:t>
      </w:r>
      <w:proofErr w:type="spellEnd"/>
      <w:r w:rsidRPr="00FD345D">
        <w:rPr>
          <w:rFonts w:ascii="Calibri" w:hAnsi="Calibri" w:cs="Calibri"/>
        </w:rPr>
        <w:t xml:space="preserve">. MPU was </w:t>
      </w:r>
      <w:proofErr w:type="spellStart"/>
      <w:r w:rsidRPr="00FD345D">
        <w:rPr>
          <w:rFonts w:ascii="Calibri" w:hAnsi="Calibri" w:cs="Calibri"/>
        </w:rPr>
        <w:t>then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gradually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introduced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into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’ </w:t>
      </w:r>
      <w:proofErr w:type="spellStart"/>
      <w:r w:rsidRPr="00FD345D">
        <w:rPr>
          <w:rFonts w:ascii="Calibri" w:hAnsi="Calibri" w:cs="Calibri"/>
        </w:rPr>
        <w:t>daily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ration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administered</w:t>
      </w:r>
      <w:proofErr w:type="spellEnd"/>
      <w:r w:rsidRPr="00FD345D">
        <w:rPr>
          <w:rFonts w:ascii="Calibri" w:hAnsi="Calibri" w:cs="Calibri"/>
        </w:rPr>
        <w:t xml:space="preserve"> for 90 </w:t>
      </w:r>
      <w:proofErr w:type="spellStart"/>
      <w:r w:rsidRPr="00FD345D">
        <w:rPr>
          <w:rFonts w:ascii="Calibri" w:hAnsi="Calibri" w:cs="Calibri"/>
        </w:rPr>
        <w:t>days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after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which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nutrition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tests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repeated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Each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nutrition</w:t>
      </w:r>
      <w:proofErr w:type="spellEnd"/>
      <w:r w:rsidRPr="00FD345D">
        <w:rPr>
          <w:rFonts w:ascii="Calibri" w:hAnsi="Calibri" w:cs="Calibri"/>
        </w:rPr>
        <w:t xml:space="preserve"> test </w:t>
      </w:r>
      <w:proofErr w:type="spellStart"/>
      <w:r w:rsidRPr="00FD345D">
        <w:rPr>
          <w:rFonts w:ascii="Calibri" w:hAnsi="Calibri" w:cs="Calibri"/>
        </w:rPr>
        <w:t>lasted</w:t>
      </w:r>
      <w:proofErr w:type="spellEnd"/>
      <w:r w:rsidRPr="00FD345D">
        <w:rPr>
          <w:rFonts w:ascii="Calibri" w:hAnsi="Calibri" w:cs="Calibri"/>
        </w:rPr>
        <w:t xml:space="preserve"> 8 </w:t>
      </w:r>
      <w:proofErr w:type="spellStart"/>
      <w:r w:rsidRPr="00FD345D">
        <w:rPr>
          <w:rFonts w:ascii="Calibri" w:hAnsi="Calibri" w:cs="Calibri"/>
        </w:rPr>
        <w:t>days</w:t>
      </w:r>
      <w:proofErr w:type="spellEnd"/>
      <w:r w:rsidRPr="00FD345D">
        <w:rPr>
          <w:rFonts w:ascii="Calibri" w:hAnsi="Calibri" w:cs="Calibri"/>
        </w:rPr>
        <w:t>.</w:t>
      </w:r>
    </w:p>
    <w:p w14:paraId="22FF6D5D" w14:textId="77777777" w:rsidR="00FD345D" w:rsidRPr="00FD345D" w:rsidRDefault="00FD345D" w:rsidP="00FD345D">
      <w:pPr>
        <w:pStyle w:val="NormalnyWeb"/>
        <w:numPr>
          <w:ilvl w:val="0"/>
          <w:numId w:val="10"/>
        </w:numPr>
        <w:rPr>
          <w:rFonts w:ascii="Calibri" w:hAnsi="Calibri" w:cs="Calibri"/>
        </w:rPr>
      </w:pPr>
      <w:r w:rsidRPr="00FD345D">
        <w:rPr>
          <w:rFonts w:ascii="Calibri" w:hAnsi="Calibri" w:cs="Calibri"/>
          <w:b/>
          <w:bCs/>
        </w:rPr>
        <w:lastRenderedPageBreak/>
        <w:t>Period I</w:t>
      </w:r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assessing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effect</w:t>
      </w:r>
      <w:proofErr w:type="spellEnd"/>
      <w:r w:rsidRPr="00FD345D">
        <w:rPr>
          <w:rFonts w:ascii="Calibri" w:hAnsi="Calibri" w:cs="Calibri"/>
        </w:rPr>
        <w:t xml:space="preserve"> of the </w:t>
      </w:r>
      <w:proofErr w:type="spellStart"/>
      <w:r w:rsidRPr="00FD345D">
        <w:rPr>
          <w:rFonts w:ascii="Calibri" w:hAnsi="Calibri" w:cs="Calibri"/>
        </w:rPr>
        <w:t>maintenance</w:t>
      </w:r>
      <w:proofErr w:type="spellEnd"/>
      <w:r w:rsidRPr="00FD345D">
        <w:rPr>
          <w:rFonts w:ascii="Calibri" w:hAnsi="Calibri" w:cs="Calibri"/>
        </w:rPr>
        <w:t xml:space="preserve"> diet, was </w:t>
      </w:r>
      <w:proofErr w:type="spellStart"/>
      <w:r w:rsidRPr="00FD345D">
        <w:rPr>
          <w:rFonts w:ascii="Calibri" w:hAnsi="Calibri" w:cs="Calibri"/>
        </w:rPr>
        <w:t>conducted</w:t>
      </w:r>
      <w:proofErr w:type="spellEnd"/>
      <w:r w:rsidRPr="00FD345D">
        <w:rPr>
          <w:rFonts w:ascii="Calibri" w:hAnsi="Calibri" w:cs="Calibri"/>
        </w:rPr>
        <w:t xml:space="preserve"> from 10 to 17 May 2021—</w:t>
      </w:r>
      <w:proofErr w:type="spellStart"/>
      <w:r w:rsidRPr="00FD345D">
        <w:rPr>
          <w:rFonts w:ascii="Calibri" w:hAnsi="Calibri" w:cs="Calibri"/>
        </w:rPr>
        <w:t>during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this</w:t>
      </w:r>
      <w:proofErr w:type="spellEnd"/>
      <w:r w:rsidRPr="00FD345D">
        <w:rPr>
          <w:rFonts w:ascii="Calibri" w:hAnsi="Calibri" w:cs="Calibri"/>
        </w:rPr>
        <w:t xml:space="preserve"> period, </w:t>
      </w:r>
      <w:proofErr w:type="spellStart"/>
      <w:r w:rsidRPr="00FD345D">
        <w:rPr>
          <w:rFonts w:ascii="Calibri" w:hAnsi="Calibri" w:cs="Calibri"/>
        </w:rPr>
        <w:t>only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maintenance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ration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dry</w:t>
      </w:r>
      <w:proofErr w:type="spellEnd"/>
      <w:r w:rsidRPr="00FD345D">
        <w:rPr>
          <w:rFonts w:ascii="Calibri" w:hAnsi="Calibri" w:cs="Calibri"/>
        </w:rPr>
        <w:t xml:space="preserve"> and wet food) was </w:t>
      </w:r>
      <w:proofErr w:type="spellStart"/>
      <w:r w:rsidRPr="00FD345D">
        <w:rPr>
          <w:rFonts w:ascii="Calibri" w:hAnsi="Calibri" w:cs="Calibri"/>
        </w:rPr>
        <w:t>evaluated</w:t>
      </w:r>
      <w:proofErr w:type="spellEnd"/>
      <w:r w:rsidRPr="00FD345D">
        <w:rPr>
          <w:rFonts w:ascii="Calibri" w:hAnsi="Calibri" w:cs="Calibri"/>
        </w:rPr>
        <w:t>.</w:t>
      </w:r>
    </w:p>
    <w:p w14:paraId="3C13475A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The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then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divided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into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three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groups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six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animals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each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according</w:t>
      </w:r>
      <w:proofErr w:type="spellEnd"/>
      <w:r w:rsidRPr="00FD345D">
        <w:rPr>
          <w:rFonts w:ascii="Calibri" w:hAnsi="Calibri" w:cs="Calibri"/>
        </w:rPr>
        <w:t xml:space="preserve"> to the </w:t>
      </w:r>
      <w:proofErr w:type="spellStart"/>
      <w:r w:rsidRPr="00FD345D">
        <w:rPr>
          <w:rFonts w:ascii="Calibri" w:hAnsi="Calibri" w:cs="Calibri"/>
        </w:rPr>
        <w:t>following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scheme</w:t>
      </w:r>
      <w:proofErr w:type="spellEnd"/>
      <w:r w:rsidRPr="00FD345D">
        <w:rPr>
          <w:rFonts w:ascii="Calibri" w:hAnsi="Calibri" w:cs="Calibri"/>
        </w:rPr>
        <w:t>:</w:t>
      </w:r>
    </w:p>
    <w:p w14:paraId="4AA514DF" w14:textId="77777777" w:rsidR="00FD345D" w:rsidRPr="00FD345D" w:rsidRDefault="00FD345D" w:rsidP="00FD345D">
      <w:pPr>
        <w:pStyle w:val="NormalnyWeb"/>
        <w:numPr>
          <w:ilvl w:val="0"/>
          <w:numId w:val="11"/>
        </w:numPr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Control </w:t>
      </w:r>
      <w:proofErr w:type="spellStart"/>
      <w:r w:rsidRPr="00FD345D">
        <w:rPr>
          <w:rFonts w:ascii="Calibri" w:hAnsi="Calibri" w:cs="Calibri"/>
        </w:rPr>
        <w:t>group</w:t>
      </w:r>
      <w:proofErr w:type="spellEnd"/>
      <w:r w:rsidRPr="00FD345D">
        <w:rPr>
          <w:rFonts w:ascii="Calibri" w:hAnsi="Calibri" w:cs="Calibri"/>
        </w:rPr>
        <w:t xml:space="preserve"> (no </w:t>
      </w:r>
      <w:proofErr w:type="spellStart"/>
      <w:r w:rsidRPr="00FD345D">
        <w:rPr>
          <w:rFonts w:ascii="Calibri" w:hAnsi="Calibri" w:cs="Calibri"/>
        </w:rPr>
        <w:t>additive</w:t>
      </w:r>
      <w:proofErr w:type="spellEnd"/>
      <w:r w:rsidRPr="00FD345D">
        <w:rPr>
          <w:rFonts w:ascii="Calibri" w:hAnsi="Calibri" w:cs="Calibri"/>
        </w:rPr>
        <w:t>)</w:t>
      </w:r>
    </w:p>
    <w:p w14:paraId="3A1E8C4C" w14:textId="77777777" w:rsidR="00FD345D" w:rsidRPr="00FD345D" w:rsidRDefault="00FD345D" w:rsidP="00FD345D">
      <w:pPr>
        <w:pStyle w:val="NormalnyWeb"/>
        <w:numPr>
          <w:ilvl w:val="0"/>
          <w:numId w:val="11"/>
        </w:numPr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Experimental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group</w:t>
      </w:r>
      <w:proofErr w:type="spellEnd"/>
      <w:r w:rsidRPr="00FD345D">
        <w:rPr>
          <w:rFonts w:ascii="Calibri" w:hAnsi="Calibri" w:cs="Calibri"/>
        </w:rPr>
        <w:t xml:space="preserve">—MPU </w:t>
      </w:r>
      <w:proofErr w:type="spellStart"/>
      <w:r w:rsidRPr="00FD345D">
        <w:rPr>
          <w:rFonts w:ascii="Calibri" w:hAnsi="Calibri" w:cs="Calibri"/>
        </w:rPr>
        <w:t>soft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chews</w:t>
      </w:r>
      <w:proofErr w:type="spellEnd"/>
    </w:p>
    <w:p w14:paraId="40F91EEB" w14:textId="77777777" w:rsidR="00FD345D" w:rsidRPr="00FD345D" w:rsidRDefault="00FD345D" w:rsidP="00FD345D">
      <w:pPr>
        <w:pStyle w:val="NormalnyWeb"/>
        <w:numPr>
          <w:ilvl w:val="0"/>
          <w:numId w:val="11"/>
        </w:numPr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Experimental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group</w:t>
      </w:r>
      <w:proofErr w:type="spellEnd"/>
      <w:r w:rsidRPr="00FD345D">
        <w:rPr>
          <w:rFonts w:ascii="Calibri" w:hAnsi="Calibri" w:cs="Calibri"/>
        </w:rPr>
        <w:t xml:space="preserve">—MPU </w:t>
      </w:r>
      <w:proofErr w:type="spellStart"/>
      <w:r w:rsidRPr="00FD345D">
        <w:rPr>
          <w:rFonts w:ascii="Calibri" w:hAnsi="Calibri" w:cs="Calibri"/>
        </w:rPr>
        <w:t>pellet</w:t>
      </w:r>
      <w:proofErr w:type="spellEnd"/>
    </w:p>
    <w:p w14:paraId="3023F902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Feeding</w:t>
      </w:r>
      <w:proofErr w:type="spellEnd"/>
      <w:r w:rsidRPr="00FD345D">
        <w:rPr>
          <w:rFonts w:ascii="Calibri" w:hAnsi="Calibri" w:cs="Calibri"/>
        </w:rPr>
        <w:t xml:space="preserve"> with </w:t>
      </w:r>
      <w:proofErr w:type="spellStart"/>
      <w:r w:rsidRPr="00FD345D">
        <w:rPr>
          <w:rFonts w:ascii="Calibri" w:hAnsi="Calibri" w:cs="Calibri"/>
        </w:rPr>
        <w:t>or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without</w:t>
      </w:r>
      <w:proofErr w:type="spellEnd"/>
      <w:r w:rsidRPr="00FD345D">
        <w:rPr>
          <w:rFonts w:ascii="Calibri" w:hAnsi="Calibri" w:cs="Calibri"/>
        </w:rPr>
        <w:t xml:space="preserve"> MPU </w:t>
      </w:r>
      <w:proofErr w:type="spellStart"/>
      <w:r w:rsidRPr="00FD345D">
        <w:rPr>
          <w:rFonts w:ascii="Calibri" w:hAnsi="Calibri" w:cs="Calibri"/>
        </w:rPr>
        <w:t>lasted</w:t>
      </w:r>
      <w:proofErr w:type="spellEnd"/>
      <w:r w:rsidRPr="00FD345D">
        <w:rPr>
          <w:rFonts w:ascii="Calibri" w:hAnsi="Calibri" w:cs="Calibri"/>
        </w:rPr>
        <w:t xml:space="preserve"> 90 </w:t>
      </w:r>
      <w:proofErr w:type="spellStart"/>
      <w:r w:rsidRPr="00FD345D">
        <w:rPr>
          <w:rFonts w:ascii="Calibri" w:hAnsi="Calibri" w:cs="Calibri"/>
        </w:rPr>
        <w:t>days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followed</w:t>
      </w:r>
      <w:proofErr w:type="spellEnd"/>
      <w:r w:rsidRPr="00FD345D">
        <w:rPr>
          <w:rFonts w:ascii="Calibri" w:hAnsi="Calibri" w:cs="Calibri"/>
        </w:rPr>
        <w:t xml:space="preserve"> by </w:t>
      </w:r>
      <w:proofErr w:type="spellStart"/>
      <w:r w:rsidRPr="00FD345D">
        <w:rPr>
          <w:rFonts w:ascii="Calibri" w:hAnsi="Calibri" w:cs="Calibri"/>
        </w:rPr>
        <w:t>analyses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analogous</w:t>
      </w:r>
      <w:proofErr w:type="spellEnd"/>
      <w:r w:rsidRPr="00FD345D">
        <w:rPr>
          <w:rFonts w:ascii="Calibri" w:hAnsi="Calibri" w:cs="Calibri"/>
        </w:rPr>
        <w:t xml:space="preserve"> to Period I.</w:t>
      </w:r>
    </w:p>
    <w:p w14:paraId="6F14A12F" w14:textId="77777777" w:rsidR="00FD345D" w:rsidRPr="00FD345D" w:rsidRDefault="00FD345D" w:rsidP="00FD345D">
      <w:pPr>
        <w:pStyle w:val="NormalnyWeb"/>
        <w:numPr>
          <w:ilvl w:val="0"/>
          <w:numId w:val="12"/>
        </w:numPr>
        <w:rPr>
          <w:rFonts w:ascii="Calibri" w:hAnsi="Calibri" w:cs="Calibri"/>
        </w:rPr>
      </w:pPr>
      <w:r w:rsidRPr="00FD345D">
        <w:rPr>
          <w:rFonts w:ascii="Calibri" w:hAnsi="Calibri" w:cs="Calibri"/>
          <w:b/>
          <w:bCs/>
        </w:rPr>
        <w:t>Period II</w:t>
      </w:r>
      <w:r w:rsidRPr="00FD345D">
        <w:rPr>
          <w:rFonts w:ascii="Calibri" w:hAnsi="Calibri" w:cs="Calibri"/>
        </w:rPr>
        <w:t xml:space="preserve"> was </w:t>
      </w:r>
      <w:proofErr w:type="spellStart"/>
      <w:r w:rsidRPr="00FD345D">
        <w:rPr>
          <w:rFonts w:ascii="Calibri" w:hAnsi="Calibri" w:cs="Calibri"/>
        </w:rPr>
        <w:t>conducted</w:t>
      </w:r>
      <w:proofErr w:type="spellEnd"/>
      <w:r w:rsidRPr="00FD345D">
        <w:rPr>
          <w:rFonts w:ascii="Calibri" w:hAnsi="Calibri" w:cs="Calibri"/>
        </w:rPr>
        <w:t xml:space="preserve"> from 9 to 16 August 2021—</w:t>
      </w:r>
      <w:proofErr w:type="spellStart"/>
      <w:r w:rsidRPr="00FD345D">
        <w:rPr>
          <w:rFonts w:ascii="Calibri" w:hAnsi="Calibri" w:cs="Calibri"/>
        </w:rPr>
        <w:t>during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this</w:t>
      </w:r>
      <w:proofErr w:type="spellEnd"/>
      <w:r w:rsidRPr="00FD345D">
        <w:rPr>
          <w:rFonts w:ascii="Calibri" w:hAnsi="Calibri" w:cs="Calibri"/>
        </w:rPr>
        <w:t xml:space="preserve"> period, the </w:t>
      </w:r>
      <w:proofErr w:type="spellStart"/>
      <w:r w:rsidRPr="00FD345D">
        <w:rPr>
          <w:rFonts w:ascii="Calibri" w:hAnsi="Calibri" w:cs="Calibri"/>
        </w:rPr>
        <w:t>maintenance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ration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dry</w:t>
      </w:r>
      <w:proofErr w:type="spellEnd"/>
      <w:r w:rsidRPr="00FD345D">
        <w:rPr>
          <w:rFonts w:ascii="Calibri" w:hAnsi="Calibri" w:cs="Calibri"/>
        </w:rPr>
        <w:t xml:space="preserve"> and wet food) in </w:t>
      </w:r>
      <w:proofErr w:type="spellStart"/>
      <w:r w:rsidRPr="00FD345D">
        <w:rPr>
          <w:rFonts w:ascii="Calibri" w:hAnsi="Calibri" w:cs="Calibri"/>
        </w:rPr>
        <w:t>combination</w:t>
      </w:r>
      <w:proofErr w:type="spellEnd"/>
      <w:r w:rsidRPr="00FD345D">
        <w:rPr>
          <w:rFonts w:ascii="Calibri" w:hAnsi="Calibri" w:cs="Calibri"/>
        </w:rPr>
        <w:t xml:space="preserve"> with MPU was </w:t>
      </w:r>
      <w:proofErr w:type="spellStart"/>
      <w:r w:rsidRPr="00FD345D">
        <w:rPr>
          <w:rFonts w:ascii="Calibri" w:hAnsi="Calibri" w:cs="Calibri"/>
        </w:rPr>
        <w:t>evaluated</w:t>
      </w:r>
      <w:proofErr w:type="spellEnd"/>
      <w:r w:rsidRPr="00FD345D">
        <w:rPr>
          <w:rFonts w:ascii="Calibri" w:hAnsi="Calibri" w:cs="Calibri"/>
        </w:rPr>
        <w:t>.</w:t>
      </w:r>
    </w:p>
    <w:p w14:paraId="057871A7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r w:rsidRPr="00FD345D">
        <w:rPr>
          <w:rFonts w:ascii="Calibri" w:hAnsi="Calibri" w:cs="Calibri"/>
          <w:b/>
          <w:bCs/>
        </w:rPr>
        <w:t xml:space="preserve">In </w:t>
      </w:r>
      <w:proofErr w:type="spellStart"/>
      <w:r w:rsidRPr="00FD345D">
        <w:rPr>
          <w:rFonts w:ascii="Calibri" w:hAnsi="Calibri" w:cs="Calibri"/>
          <w:b/>
          <w:bCs/>
        </w:rPr>
        <w:t>both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study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periods</w:t>
      </w:r>
      <w:proofErr w:type="spellEnd"/>
      <w:r w:rsidRPr="00FD345D">
        <w:rPr>
          <w:rFonts w:ascii="Calibri" w:hAnsi="Calibri" w:cs="Calibri"/>
          <w:b/>
          <w:bCs/>
        </w:rPr>
        <w:t xml:space="preserve"> the </w:t>
      </w:r>
      <w:proofErr w:type="spellStart"/>
      <w:r w:rsidRPr="00FD345D">
        <w:rPr>
          <w:rFonts w:ascii="Calibri" w:hAnsi="Calibri" w:cs="Calibri"/>
          <w:b/>
          <w:bCs/>
        </w:rPr>
        <w:t>following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were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determined</w:t>
      </w:r>
      <w:proofErr w:type="spellEnd"/>
      <w:r w:rsidRPr="00FD345D">
        <w:rPr>
          <w:rFonts w:ascii="Calibri" w:hAnsi="Calibri" w:cs="Calibri"/>
          <w:b/>
          <w:bCs/>
        </w:rPr>
        <w:t>:</w:t>
      </w:r>
    </w:p>
    <w:p w14:paraId="78ACC498" w14:textId="77777777" w:rsidR="00FD345D" w:rsidRPr="00FD345D" w:rsidRDefault="00FD345D" w:rsidP="00FD345D">
      <w:pPr>
        <w:pStyle w:val="NormalnyWeb"/>
        <w:numPr>
          <w:ilvl w:val="0"/>
          <w:numId w:val="13"/>
        </w:numPr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Feed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intake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including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intake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dry</w:t>
      </w:r>
      <w:proofErr w:type="spellEnd"/>
      <w:r w:rsidRPr="00FD345D">
        <w:rPr>
          <w:rFonts w:ascii="Calibri" w:hAnsi="Calibri" w:cs="Calibri"/>
        </w:rPr>
        <w:t xml:space="preserve"> food, wet food, and the MPU </w:t>
      </w:r>
      <w:proofErr w:type="spellStart"/>
      <w:r w:rsidRPr="00FD345D">
        <w:rPr>
          <w:rFonts w:ascii="Calibri" w:hAnsi="Calibri" w:cs="Calibri"/>
        </w:rPr>
        <w:t>additive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Table</w:t>
      </w:r>
      <w:proofErr w:type="spellEnd"/>
      <w:r w:rsidRPr="00FD345D">
        <w:rPr>
          <w:rFonts w:ascii="Calibri" w:hAnsi="Calibri" w:cs="Calibri"/>
        </w:rPr>
        <w:t xml:space="preserve"> 3)</w:t>
      </w:r>
    </w:p>
    <w:p w14:paraId="16FEEC83" w14:textId="77777777" w:rsidR="00FD345D" w:rsidRPr="00FD345D" w:rsidRDefault="00FD345D" w:rsidP="00FD345D">
      <w:pPr>
        <w:pStyle w:val="NormalnyWeb"/>
        <w:numPr>
          <w:ilvl w:val="0"/>
          <w:numId w:val="13"/>
        </w:numPr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Fecal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quality</w:t>
      </w:r>
      <w:proofErr w:type="spellEnd"/>
      <w:r w:rsidRPr="00FD345D">
        <w:rPr>
          <w:rFonts w:ascii="Calibri" w:hAnsi="Calibri" w:cs="Calibri"/>
        </w:rPr>
        <w:t xml:space="preserve">: </w:t>
      </w:r>
      <w:proofErr w:type="spellStart"/>
      <w:r w:rsidRPr="00FD345D">
        <w:rPr>
          <w:rFonts w:ascii="Calibri" w:hAnsi="Calibri" w:cs="Calibri"/>
        </w:rPr>
        <w:t>score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dry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matter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content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Table</w:t>
      </w:r>
      <w:proofErr w:type="spellEnd"/>
      <w:r w:rsidRPr="00FD345D">
        <w:rPr>
          <w:rFonts w:ascii="Calibri" w:hAnsi="Calibri" w:cs="Calibri"/>
        </w:rPr>
        <w:t xml:space="preserve"> 3)</w:t>
      </w:r>
    </w:p>
    <w:p w14:paraId="4CC429A4" w14:textId="77777777" w:rsidR="00FD345D" w:rsidRPr="00FD345D" w:rsidRDefault="00FD345D" w:rsidP="00FD345D">
      <w:pPr>
        <w:pStyle w:val="NormalnyWeb"/>
        <w:numPr>
          <w:ilvl w:val="0"/>
          <w:numId w:val="13"/>
        </w:numPr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Apparent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coefficients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Table</w:t>
      </w:r>
      <w:proofErr w:type="spellEnd"/>
      <w:r w:rsidRPr="00FD345D">
        <w:rPr>
          <w:rFonts w:ascii="Calibri" w:hAnsi="Calibri" w:cs="Calibri"/>
        </w:rPr>
        <w:t xml:space="preserve"> 4) by the </w:t>
      </w:r>
      <w:proofErr w:type="spellStart"/>
      <w:r w:rsidRPr="00FD345D">
        <w:rPr>
          <w:rFonts w:ascii="Calibri" w:hAnsi="Calibri" w:cs="Calibri"/>
        </w:rPr>
        <w:t>indicator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method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using</w:t>
      </w:r>
      <w:proofErr w:type="spellEnd"/>
      <w:r w:rsidRPr="00FD345D">
        <w:rPr>
          <w:rFonts w:ascii="Calibri" w:hAnsi="Calibri" w:cs="Calibri"/>
        </w:rPr>
        <w:t xml:space="preserve"> AIA</w:t>
      </w:r>
    </w:p>
    <w:p w14:paraId="1C7E606E" w14:textId="77777777" w:rsidR="00FD345D" w:rsidRPr="00FD345D" w:rsidRDefault="00FD345D" w:rsidP="00FD345D">
      <w:pPr>
        <w:pStyle w:val="NormalnyWeb"/>
        <w:numPr>
          <w:ilvl w:val="0"/>
          <w:numId w:val="13"/>
        </w:numPr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parameters</w:t>
      </w:r>
      <w:proofErr w:type="spellEnd"/>
      <w:r w:rsidRPr="00FD345D">
        <w:rPr>
          <w:rFonts w:ascii="Calibri" w:hAnsi="Calibri" w:cs="Calibri"/>
        </w:rPr>
        <w:t xml:space="preserve"> in the </w:t>
      </w:r>
      <w:proofErr w:type="spellStart"/>
      <w:r w:rsidRPr="00FD345D">
        <w:rPr>
          <w:rFonts w:ascii="Calibri" w:hAnsi="Calibri" w:cs="Calibri"/>
        </w:rPr>
        <w:t>gas</w:t>
      </w:r>
      <w:proofErr w:type="spellEnd"/>
      <w:r w:rsidRPr="00FD345D">
        <w:rPr>
          <w:rFonts w:ascii="Calibri" w:hAnsi="Calibri" w:cs="Calibri"/>
        </w:rPr>
        <w:t xml:space="preserve">-test: </w:t>
      </w:r>
      <w:proofErr w:type="spellStart"/>
      <w:r w:rsidRPr="00FD345D">
        <w:rPr>
          <w:rFonts w:ascii="Calibri" w:hAnsi="Calibri" w:cs="Calibri"/>
        </w:rPr>
        <w:t>pH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gas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production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gas-production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kinetics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production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volatile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fatty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acids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acetic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propionic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butyric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isobutyric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valeric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isovaleric</w:t>
      </w:r>
      <w:proofErr w:type="spellEnd"/>
      <w:r w:rsidRPr="00FD345D">
        <w:rPr>
          <w:rFonts w:ascii="Calibri" w:hAnsi="Calibri" w:cs="Calibri"/>
        </w:rPr>
        <w:t xml:space="preserve">) and </w:t>
      </w:r>
      <w:proofErr w:type="spellStart"/>
      <w:r w:rsidRPr="00FD345D">
        <w:rPr>
          <w:rFonts w:ascii="Calibri" w:hAnsi="Calibri" w:cs="Calibri"/>
        </w:rPr>
        <w:t>ammoniacal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nitrogen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Tables</w:t>
      </w:r>
      <w:proofErr w:type="spellEnd"/>
      <w:r w:rsidRPr="00FD345D">
        <w:rPr>
          <w:rFonts w:ascii="Calibri" w:hAnsi="Calibri" w:cs="Calibri"/>
        </w:rPr>
        <w:t xml:space="preserve"> 5, 6; </w:t>
      </w:r>
      <w:proofErr w:type="spellStart"/>
      <w:r w:rsidRPr="00FD345D">
        <w:rPr>
          <w:rFonts w:ascii="Calibri" w:hAnsi="Calibri" w:cs="Calibri"/>
        </w:rPr>
        <w:t>Figure</w:t>
      </w:r>
      <w:proofErr w:type="spellEnd"/>
      <w:r w:rsidRPr="00FD345D">
        <w:rPr>
          <w:rFonts w:ascii="Calibri" w:hAnsi="Calibri" w:cs="Calibri"/>
        </w:rPr>
        <w:t xml:space="preserve"> 1)</w:t>
      </w:r>
    </w:p>
    <w:p w14:paraId="37462C5C" w14:textId="77777777" w:rsidR="00FD345D" w:rsidRPr="00FD345D" w:rsidRDefault="00FD345D" w:rsidP="00FD345D">
      <w:pPr>
        <w:pStyle w:val="NormalnyWeb"/>
        <w:numPr>
          <w:ilvl w:val="0"/>
          <w:numId w:val="13"/>
        </w:numPr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Hematologic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biochemical</w:t>
      </w:r>
      <w:proofErr w:type="spellEnd"/>
      <w:r w:rsidRPr="00FD345D">
        <w:rPr>
          <w:rFonts w:ascii="Calibri" w:hAnsi="Calibri" w:cs="Calibri"/>
        </w:rPr>
        <w:t xml:space="preserve">, and </w:t>
      </w:r>
      <w:proofErr w:type="spellStart"/>
      <w:r w:rsidRPr="00FD345D">
        <w:rPr>
          <w:rFonts w:ascii="Calibri" w:hAnsi="Calibri" w:cs="Calibri"/>
        </w:rPr>
        <w:t>electrolyte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panels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performed</w:t>
      </w:r>
      <w:proofErr w:type="spellEnd"/>
      <w:r w:rsidRPr="00FD345D">
        <w:rPr>
          <w:rFonts w:ascii="Calibri" w:hAnsi="Calibri" w:cs="Calibri"/>
        </w:rPr>
        <w:t xml:space="preserve"> in a </w:t>
      </w:r>
      <w:proofErr w:type="spellStart"/>
      <w:r w:rsidRPr="00FD345D">
        <w:rPr>
          <w:rFonts w:ascii="Calibri" w:hAnsi="Calibri" w:cs="Calibri"/>
        </w:rPr>
        <w:t>conventional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laboratory</w:t>
      </w:r>
      <w:proofErr w:type="spellEnd"/>
      <w:r w:rsidRPr="00FD345D">
        <w:rPr>
          <w:rFonts w:ascii="Calibri" w:hAnsi="Calibri" w:cs="Calibri"/>
        </w:rPr>
        <w:t xml:space="preserve">), as </w:t>
      </w:r>
      <w:proofErr w:type="spellStart"/>
      <w:r w:rsidRPr="00FD345D">
        <w:rPr>
          <w:rFonts w:ascii="Calibri" w:hAnsi="Calibri" w:cs="Calibri"/>
        </w:rPr>
        <w:t>well</w:t>
      </w:r>
      <w:proofErr w:type="spellEnd"/>
      <w:r w:rsidRPr="00FD345D">
        <w:rPr>
          <w:rFonts w:ascii="Calibri" w:hAnsi="Calibri" w:cs="Calibri"/>
        </w:rPr>
        <w:t xml:space="preserve"> as TNF-α and </w:t>
      </w:r>
      <w:proofErr w:type="spellStart"/>
      <w:r w:rsidRPr="00FD345D">
        <w:rPr>
          <w:rFonts w:ascii="Calibri" w:hAnsi="Calibri" w:cs="Calibri"/>
        </w:rPr>
        <w:t>IgG</w:t>
      </w:r>
      <w:proofErr w:type="spellEnd"/>
      <w:r w:rsidRPr="00FD345D">
        <w:rPr>
          <w:rFonts w:ascii="Calibri" w:hAnsi="Calibri" w:cs="Calibri"/>
        </w:rPr>
        <w:t xml:space="preserve"> (ELISA, University of </w:t>
      </w:r>
      <w:proofErr w:type="spellStart"/>
      <w:r w:rsidRPr="00FD345D">
        <w:rPr>
          <w:rFonts w:ascii="Calibri" w:hAnsi="Calibri" w:cs="Calibri"/>
        </w:rPr>
        <w:t>Agriculture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Krakow</w:t>
      </w:r>
      <w:proofErr w:type="spellEnd"/>
      <w:r w:rsidRPr="00FD345D">
        <w:rPr>
          <w:rFonts w:ascii="Calibri" w:hAnsi="Calibri" w:cs="Calibri"/>
        </w:rPr>
        <w:t>) (</w:t>
      </w:r>
      <w:proofErr w:type="spellStart"/>
      <w:r w:rsidRPr="00FD345D">
        <w:rPr>
          <w:rFonts w:ascii="Calibri" w:hAnsi="Calibri" w:cs="Calibri"/>
        </w:rPr>
        <w:t>Tables</w:t>
      </w:r>
      <w:proofErr w:type="spellEnd"/>
      <w:r w:rsidRPr="00FD345D">
        <w:rPr>
          <w:rFonts w:ascii="Calibri" w:hAnsi="Calibri" w:cs="Calibri"/>
        </w:rPr>
        <w:t xml:space="preserve"> 7, 8, 9, 10)</w:t>
      </w:r>
    </w:p>
    <w:p w14:paraId="1A209B71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Feed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samples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collected</w:t>
      </w:r>
      <w:proofErr w:type="spellEnd"/>
      <w:r w:rsidRPr="00FD345D">
        <w:rPr>
          <w:rFonts w:ascii="Calibri" w:hAnsi="Calibri" w:cs="Calibri"/>
        </w:rPr>
        <w:t xml:space="preserve"> for 7 </w:t>
      </w:r>
      <w:proofErr w:type="spellStart"/>
      <w:r w:rsidRPr="00FD345D">
        <w:rPr>
          <w:rFonts w:ascii="Calibri" w:hAnsi="Calibri" w:cs="Calibri"/>
        </w:rPr>
        <w:t>days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each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study</w:t>
      </w:r>
      <w:proofErr w:type="spellEnd"/>
      <w:r w:rsidRPr="00FD345D">
        <w:rPr>
          <w:rFonts w:ascii="Calibri" w:hAnsi="Calibri" w:cs="Calibri"/>
        </w:rPr>
        <w:t xml:space="preserve"> period, and </w:t>
      </w:r>
      <w:proofErr w:type="spellStart"/>
      <w:r w:rsidRPr="00FD345D">
        <w:rPr>
          <w:rFonts w:ascii="Calibri" w:hAnsi="Calibri" w:cs="Calibri"/>
        </w:rPr>
        <w:t>fecal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samples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collected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over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last</w:t>
      </w:r>
      <w:proofErr w:type="spellEnd"/>
      <w:r w:rsidRPr="00FD345D">
        <w:rPr>
          <w:rFonts w:ascii="Calibri" w:hAnsi="Calibri" w:cs="Calibri"/>
        </w:rPr>
        <w:t xml:space="preserve"> 3 </w:t>
      </w:r>
      <w:proofErr w:type="spellStart"/>
      <w:r w:rsidRPr="00FD345D">
        <w:rPr>
          <w:rFonts w:ascii="Calibri" w:hAnsi="Calibri" w:cs="Calibri"/>
        </w:rPr>
        <w:t>consecutive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days</w:t>
      </w:r>
      <w:proofErr w:type="spellEnd"/>
      <w:r w:rsidRPr="00FD345D">
        <w:rPr>
          <w:rFonts w:ascii="Calibri" w:hAnsi="Calibri" w:cs="Calibri"/>
        </w:rPr>
        <w:t>.</w:t>
      </w:r>
    </w:p>
    <w:p w14:paraId="6FF8059B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Digestibility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trials</w:t>
      </w:r>
      <w:proofErr w:type="spellEnd"/>
    </w:p>
    <w:p w14:paraId="18FBF70F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individual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nutrients</w:t>
      </w:r>
      <w:proofErr w:type="spellEnd"/>
      <w:r w:rsidRPr="00FD345D">
        <w:rPr>
          <w:rFonts w:ascii="Calibri" w:hAnsi="Calibri" w:cs="Calibri"/>
        </w:rPr>
        <w:t xml:space="preserve"> was </w:t>
      </w:r>
      <w:proofErr w:type="spellStart"/>
      <w:r w:rsidRPr="00FD345D">
        <w:rPr>
          <w:rFonts w:ascii="Calibri" w:hAnsi="Calibri" w:cs="Calibri"/>
        </w:rPr>
        <w:t>determined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using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indicator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method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Acid-insoluble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ash</w:t>
      </w:r>
      <w:proofErr w:type="spellEnd"/>
      <w:r w:rsidRPr="00FD345D">
        <w:rPr>
          <w:rFonts w:ascii="Calibri" w:hAnsi="Calibri" w:cs="Calibri"/>
        </w:rPr>
        <w:t xml:space="preserve"> (AIA) was </w:t>
      </w:r>
      <w:proofErr w:type="spellStart"/>
      <w:r w:rsidRPr="00FD345D">
        <w:rPr>
          <w:rFonts w:ascii="Calibri" w:hAnsi="Calibri" w:cs="Calibri"/>
        </w:rPr>
        <w:t>used</w:t>
      </w:r>
      <w:proofErr w:type="spellEnd"/>
      <w:r w:rsidRPr="00FD345D">
        <w:rPr>
          <w:rFonts w:ascii="Calibri" w:hAnsi="Calibri" w:cs="Calibri"/>
        </w:rPr>
        <w:t xml:space="preserve"> as the marker.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coefficients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calculated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using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formula</w:t>
      </w:r>
      <w:proofErr w:type="spellEnd"/>
      <w:r w:rsidRPr="00FD345D">
        <w:rPr>
          <w:rFonts w:ascii="Calibri" w:hAnsi="Calibri" w:cs="Calibri"/>
        </w:rPr>
        <w:t>:</w:t>
      </w:r>
    </w:p>
    <w:p w14:paraId="1541B5B8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  <w:b/>
          <w:bCs/>
        </w:rPr>
        <w:t xml:space="preserve">ADC [%] = 100 − 100 × ( %AIA in </w:t>
      </w:r>
      <w:proofErr w:type="spellStart"/>
      <w:r w:rsidRPr="00FD345D">
        <w:rPr>
          <w:rFonts w:ascii="Calibri" w:hAnsi="Calibri" w:cs="Calibri"/>
          <w:b/>
          <w:bCs/>
        </w:rPr>
        <w:t>feed</w:t>
      </w:r>
      <w:proofErr w:type="spellEnd"/>
      <w:r w:rsidRPr="00FD345D">
        <w:rPr>
          <w:rFonts w:ascii="Calibri" w:hAnsi="Calibri" w:cs="Calibri"/>
          <w:b/>
          <w:bCs/>
        </w:rPr>
        <w:t xml:space="preserve"> / %AIA in </w:t>
      </w:r>
      <w:proofErr w:type="spellStart"/>
      <w:r w:rsidRPr="00FD345D">
        <w:rPr>
          <w:rFonts w:ascii="Calibri" w:hAnsi="Calibri" w:cs="Calibri"/>
          <w:b/>
          <w:bCs/>
        </w:rPr>
        <w:t>feces</w:t>
      </w:r>
      <w:proofErr w:type="spellEnd"/>
      <w:r w:rsidRPr="00FD345D">
        <w:rPr>
          <w:rFonts w:ascii="Calibri" w:hAnsi="Calibri" w:cs="Calibri"/>
          <w:b/>
          <w:bCs/>
        </w:rPr>
        <w:t xml:space="preserve"> ) × ( % </w:t>
      </w:r>
      <w:proofErr w:type="spellStart"/>
      <w:r w:rsidRPr="00FD345D">
        <w:rPr>
          <w:rFonts w:ascii="Calibri" w:hAnsi="Calibri" w:cs="Calibri"/>
          <w:b/>
          <w:bCs/>
        </w:rPr>
        <w:t>nutrient</w:t>
      </w:r>
      <w:proofErr w:type="spellEnd"/>
      <w:r w:rsidRPr="00FD345D">
        <w:rPr>
          <w:rFonts w:ascii="Calibri" w:hAnsi="Calibri" w:cs="Calibri"/>
          <w:b/>
          <w:bCs/>
        </w:rPr>
        <w:t xml:space="preserve"> in </w:t>
      </w:r>
      <w:proofErr w:type="spellStart"/>
      <w:r w:rsidRPr="00FD345D">
        <w:rPr>
          <w:rFonts w:ascii="Calibri" w:hAnsi="Calibri" w:cs="Calibri"/>
          <w:b/>
          <w:bCs/>
        </w:rPr>
        <w:t>feces</w:t>
      </w:r>
      <w:proofErr w:type="spellEnd"/>
      <w:r w:rsidRPr="00FD345D">
        <w:rPr>
          <w:rFonts w:ascii="Calibri" w:hAnsi="Calibri" w:cs="Calibri"/>
          <w:b/>
          <w:bCs/>
        </w:rPr>
        <w:t xml:space="preserve"> / % </w:t>
      </w:r>
      <w:proofErr w:type="spellStart"/>
      <w:r w:rsidRPr="00FD345D">
        <w:rPr>
          <w:rFonts w:ascii="Calibri" w:hAnsi="Calibri" w:cs="Calibri"/>
          <w:b/>
          <w:bCs/>
        </w:rPr>
        <w:t>nutrient</w:t>
      </w:r>
      <w:proofErr w:type="spellEnd"/>
      <w:r w:rsidRPr="00FD345D">
        <w:rPr>
          <w:rFonts w:ascii="Calibri" w:hAnsi="Calibri" w:cs="Calibri"/>
          <w:b/>
          <w:bCs/>
        </w:rPr>
        <w:t xml:space="preserve"> in </w:t>
      </w:r>
      <w:proofErr w:type="spellStart"/>
      <w:r w:rsidRPr="00FD345D">
        <w:rPr>
          <w:rFonts w:ascii="Calibri" w:hAnsi="Calibri" w:cs="Calibri"/>
          <w:b/>
          <w:bCs/>
        </w:rPr>
        <w:t>feed</w:t>
      </w:r>
      <w:proofErr w:type="spellEnd"/>
      <w:r w:rsidRPr="00FD345D">
        <w:rPr>
          <w:rFonts w:ascii="Calibri" w:hAnsi="Calibri" w:cs="Calibri"/>
          <w:b/>
          <w:bCs/>
        </w:rPr>
        <w:t xml:space="preserve"> )</w:t>
      </w:r>
    </w:p>
    <w:p w14:paraId="14E52153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r w:rsidRPr="00FD345D">
        <w:rPr>
          <w:rFonts w:ascii="Calibri" w:hAnsi="Calibri" w:cs="Calibri"/>
          <w:b/>
          <w:bCs/>
        </w:rPr>
        <w:t xml:space="preserve">In vitro </w:t>
      </w:r>
      <w:proofErr w:type="spellStart"/>
      <w:r w:rsidRPr="00FD345D">
        <w:rPr>
          <w:rFonts w:ascii="Calibri" w:hAnsi="Calibri" w:cs="Calibri"/>
          <w:b/>
          <w:bCs/>
        </w:rPr>
        <w:t>fermentation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processes</w:t>
      </w:r>
      <w:proofErr w:type="spellEnd"/>
    </w:p>
    <w:p w14:paraId="353C1996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lastRenderedPageBreak/>
        <w:t xml:space="preserve">On </w:t>
      </w:r>
      <w:proofErr w:type="spellStart"/>
      <w:r w:rsidRPr="00FD345D">
        <w:rPr>
          <w:rFonts w:ascii="Calibri" w:hAnsi="Calibri" w:cs="Calibri"/>
        </w:rPr>
        <w:t>day</w:t>
      </w:r>
      <w:proofErr w:type="spellEnd"/>
      <w:r w:rsidRPr="00FD345D">
        <w:rPr>
          <w:rFonts w:ascii="Calibri" w:hAnsi="Calibri" w:cs="Calibri"/>
        </w:rPr>
        <w:t xml:space="preserve"> 8 of the </w:t>
      </w:r>
      <w:proofErr w:type="spellStart"/>
      <w:r w:rsidRPr="00FD345D">
        <w:rPr>
          <w:rFonts w:ascii="Calibri" w:hAnsi="Calibri" w:cs="Calibri"/>
        </w:rPr>
        <w:t>tests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feces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collected</w:t>
      </w:r>
      <w:proofErr w:type="spellEnd"/>
      <w:r w:rsidRPr="00FD345D">
        <w:rPr>
          <w:rFonts w:ascii="Calibri" w:hAnsi="Calibri" w:cs="Calibri"/>
        </w:rPr>
        <w:t xml:space="preserve"> for the </w:t>
      </w:r>
      <w:proofErr w:type="spellStart"/>
      <w:r w:rsidRPr="00FD345D">
        <w:rPr>
          <w:rFonts w:ascii="Calibri" w:hAnsi="Calibri" w:cs="Calibri"/>
        </w:rPr>
        <w:t>gas</w:t>
      </w:r>
      <w:proofErr w:type="spellEnd"/>
      <w:r w:rsidRPr="00FD345D">
        <w:rPr>
          <w:rFonts w:ascii="Calibri" w:hAnsi="Calibri" w:cs="Calibri"/>
        </w:rPr>
        <w:t xml:space="preserve">-test to </w:t>
      </w:r>
      <w:proofErr w:type="spellStart"/>
      <w:r w:rsidRPr="00FD345D">
        <w:rPr>
          <w:rFonts w:ascii="Calibri" w:hAnsi="Calibri" w:cs="Calibri"/>
        </w:rPr>
        <w:t>assess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processes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Feces</w:t>
      </w:r>
      <w:proofErr w:type="spellEnd"/>
      <w:r w:rsidRPr="00FD345D">
        <w:rPr>
          <w:rFonts w:ascii="Calibri" w:hAnsi="Calibri" w:cs="Calibri"/>
        </w:rPr>
        <w:t xml:space="preserve"> from </w:t>
      </w:r>
      <w:proofErr w:type="spellStart"/>
      <w:r w:rsidRPr="00FD345D">
        <w:rPr>
          <w:rFonts w:ascii="Calibri" w:hAnsi="Calibri" w:cs="Calibri"/>
        </w:rPr>
        <w:t>all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studied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used</w:t>
      </w:r>
      <w:proofErr w:type="spellEnd"/>
      <w:r w:rsidRPr="00FD345D">
        <w:rPr>
          <w:rFonts w:ascii="Calibri" w:hAnsi="Calibri" w:cs="Calibri"/>
        </w:rPr>
        <w:t xml:space="preserve"> as the </w:t>
      </w:r>
      <w:proofErr w:type="spellStart"/>
      <w:r w:rsidRPr="00FD345D">
        <w:rPr>
          <w:rFonts w:ascii="Calibri" w:hAnsi="Calibri" w:cs="Calibri"/>
        </w:rPr>
        <w:t>bacterial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inoculum</w:t>
      </w:r>
      <w:proofErr w:type="spellEnd"/>
      <w:r w:rsidRPr="00FD345D">
        <w:rPr>
          <w:rFonts w:ascii="Calibri" w:hAnsi="Calibri" w:cs="Calibri"/>
        </w:rPr>
        <w:t xml:space="preserve">. The </w:t>
      </w:r>
      <w:proofErr w:type="spellStart"/>
      <w:r w:rsidRPr="00FD345D">
        <w:rPr>
          <w:rFonts w:ascii="Calibri" w:hAnsi="Calibri" w:cs="Calibri"/>
        </w:rPr>
        <w:t>volume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gases</w:t>
      </w:r>
      <w:proofErr w:type="spellEnd"/>
      <w:r w:rsidRPr="00FD345D">
        <w:rPr>
          <w:rFonts w:ascii="Calibri" w:hAnsi="Calibri" w:cs="Calibri"/>
        </w:rPr>
        <w:t xml:space="preserve"> was </w:t>
      </w:r>
      <w:proofErr w:type="spellStart"/>
      <w:r w:rsidRPr="00FD345D">
        <w:rPr>
          <w:rFonts w:ascii="Calibri" w:hAnsi="Calibri" w:cs="Calibri"/>
        </w:rPr>
        <w:t>determined</w:t>
      </w:r>
      <w:proofErr w:type="spellEnd"/>
      <w:r w:rsidRPr="00FD345D">
        <w:rPr>
          <w:rFonts w:ascii="Calibri" w:hAnsi="Calibri" w:cs="Calibri"/>
        </w:rPr>
        <w:t xml:space="preserve"> in vitro </w:t>
      </w:r>
      <w:proofErr w:type="spellStart"/>
      <w:r w:rsidRPr="00FD345D">
        <w:rPr>
          <w:rFonts w:ascii="Calibri" w:hAnsi="Calibri" w:cs="Calibri"/>
        </w:rPr>
        <w:t>using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glass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syringes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which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samples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dry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maintenance</w:t>
      </w:r>
      <w:proofErr w:type="spellEnd"/>
      <w:r w:rsidRPr="00FD345D">
        <w:rPr>
          <w:rFonts w:ascii="Calibri" w:hAnsi="Calibri" w:cs="Calibri"/>
        </w:rPr>
        <w:t xml:space="preserve"> food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incubated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so</w:t>
      </w:r>
      <w:proofErr w:type="spellEnd"/>
      <w:r w:rsidRPr="00FD345D">
        <w:rPr>
          <w:rFonts w:ascii="Calibri" w:hAnsi="Calibri" w:cs="Calibri"/>
        </w:rPr>
        <w:t xml:space="preserve"> as to </w:t>
      </w:r>
      <w:proofErr w:type="spellStart"/>
      <w:r w:rsidRPr="00FD345D">
        <w:rPr>
          <w:rFonts w:ascii="Calibri" w:hAnsi="Calibri" w:cs="Calibri"/>
        </w:rPr>
        <w:t>assess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microbiome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activity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modified</w:t>
      </w:r>
      <w:proofErr w:type="spellEnd"/>
      <w:r w:rsidRPr="00FD345D">
        <w:rPr>
          <w:rFonts w:ascii="Calibri" w:hAnsi="Calibri" w:cs="Calibri"/>
        </w:rPr>
        <w:t xml:space="preserve"> by the </w:t>
      </w:r>
      <w:proofErr w:type="spellStart"/>
      <w:r w:rsidRPr="00FD345D">
        <w:rPr>
          <w:rFonts w:ascii="Calibri" w:hAnsi="Calibri" w:cs="Calibri"/>
        </w:rPr>
        <w:t>presence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or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absence</w:t>
      </w:r>
      <w:proofErr w:type="spellEnd"/>
      <w:r w:rsidRPr="00FD345D">
        <w:rPr>
          <w:rFonts w:ascii="Calibri" w:hAnsi="Calibri" w:cs="Calibri"/>
        </w:rPr>
        <w:t xml:space="preserve"> of MPU. </w:t>
      </w:r>
      <w:proofErr w:type="spellStart"/>
      <w:r w:rsidRPr="00FD345D">
        <w:rPr>
          <w:rFonts w:ascii="Calibri" w:hAnsi="Calibri" w:cs="Calibri"/>
        </w:rPr>
        <w:t>Gas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volume</w:t>
      </w:r>
      <w:proofErr w:type="spellEnd"/>
      <w:r w:rsidRPr="00FD345D">
        <w:rPr>
          <w:rFonts w:ascii="Calibri" w:hAnsi="Calibri" w:cs="Calibri"/>
        </w:rPr>
        <w:t xml:space="preserve"> was </w:t>
      </w:r>
      <w:proofErr w:type="spellStart"/>
      <w:r w:rsidRPr="00FD345D">
        <w:rPr>
          <w:rFonts w:ascii="Calibri" w:hAnsi="Calibri" w:cs="Calibri"/>
        </w:rPr>
        <w:t>read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hourly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during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first</w:t>
      </w:r>
      <w:proofErr w:type="spellEnd"/>
      <w:r w:rsidRPr="00FD345D">
        <w:rPr>
          <w:rFonts w:ascii="Calibri" w:hAnsi="Calibri" w:cs="Calibri"/>
        </w:rPr>
        <w:t xml:space="preserve"> 7 h of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then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at</w:t>
      </w:r>
      <w:proofErr w:type="spellEnd"/>
      <w:r w:rsidRPr="00FD345D">
        <w:rPr>
          <w:rFonts w:ascii="Calibri" w:hAnsi="Calibri" w:cs="Calibri"/>
        </w:rPr>
        <w:t xml:space="preserve"> 12 and 24 h (</w:t>
      </w:r>
      <w:proofErr w:type="spellStart"/>
      <w:r w:rsidRPr="00FD345D">
        <w:rPr>
          <w:rFonts w:ascii="Calibri" w:hAnsi="Calibri" w:cs="Calibri"/>
        </w:rPr>
        <w:t>mL</w:t>
      </w:r>
      <w:proofErr w:type="spellEnd"/>
      <w:r w:rsidRPr="00FD345D">
        <w:rPr>
          <w:rFonts w:ascii="Calibri" w:hAnsi="Calibri" w:cs="Calibri"/>
        </w:rPr>
        <w:t>).</w:t>
      </w:r>
    </w:p>
    <w:p w14:paraId="5DAE5E51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SCFA, </w:t>
      </w:r>
      <w:proofErr w:type="spellStart"/>
      <w:r w:rsidRPr="00FD345D">
        <w:rPr>
          <w:rFonts w:ascii="Calibri" w:hAnsi="Calibri" w:cs="Calibri"/>
        </w:rPr>
        <w:t>lactic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acid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ammonia</w:t>
      </w:r>
      <w:proofErr w:type="spellEnd"/>
      <w:r w:rsidRPr="00FD345D">
        <w:rPr>
          <w:rFonts w:ascii="Calibri" w:hAnsi="Calibri" w:cs="Calibri"/>
        </w:rPr>
        <w:t xml:space="preserve">, and </w:t>
      </w:r>
      <w:proofErr w:type="spellStart"/>
      <w:r w:rsidRPr="00FD345D">
        <w:rPr>
          <w:rFonts w:ascii="Calibri" w:hAnsi="Calibri" w:cs="Calibri"/>
        </w:rPr>
        <w:t>pH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measured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immediately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before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after</w:t>
      </w:r>
      <w:proofErr w:type="spellEnd"/>
      <w:r w:rsidRPr="00FD345D">
        <w:rPr>
          <w:rFonts w:ascii="Calibri" w:hAnsi="Calibri" w:cs="Calibri"/>
        </w:rPr>
        <w:t xml:space="preserve"> 24 h of in vitro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. SCFA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determined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using</w:t>
      </w:r>
      <w:proofErr w:type="spellEnd"/>
      <w:r w:rsidRPr="00FD345D">
        <w:rPr>
          <w:rFonts w:ascii="Calibri" w:hAnsi="Calibri" w:cs="Calibri"/>
        </w:rPr>
        <w:t xml:space="preserve"> a </w:t>
      </w:r>
      <w:proofErr w:type="spellStart"/>
      <w:r w:rsidRPr="00FD345D">
        <w:rPr>
          <w:rFonts w:ascii="Calibri" w:hAnsi="Calibri" w:cs="Calibri"/>
        </w:rPr>
        <w:t>gas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chromatograph</w:t>
      </w:r>
      <w:proofErr w:type="spellEnd"/>
      <w:r w:rsidRPr="00FD345D">
        <w:rPr>
          <w:rFonts w:ascii="Calibri" w:hAnsi="Calibri" w:cs="Calibri"/>
        </w:rPr>
        <w:t xml:space="preserve"> (3400 CX) with </w:t>
      </w:r>
      <w:proofErr w:type="spellStart"/>
      <w:r w:rsidRPr="00FD345D">
        <w:rPr>
          <w:rFonts w:ascii="Calibri" w:hAnsi="Calibri" w:cs="Calibri"/>
        </w:rPr>
        <w:t>an</w:t>
      </w:r>
      <w:proofErr w:type="spellEnd"/>
      <w:r w:rsidRPr="00FD345D">
        <w:rPr>
          <w:rFonts w:ascii="Calibri" w:hAnsi="Calibri" w:cs="Calibri"/>
        </w:rPr>
        <w:t xml:space="preserve"> FID </w:t>
      </w:r>
      <w:proofErr w:type="spellStart"/>
      <w:r w:rsidRPr="00FD345D">
        <w:rPr>
          <w:rFonts w:ascii="Calibri" w:hAnsi="Calibri" w:cs="Calibri"/>
        </w:rPr>
        <w:t>detector</w:t>
      </w:r>
      <w:proofErr w:type="spellEnd"/>
      <w:r w:rsidRPr="00FD345D">
        <w:rPr>
          <w:rFonts w:ascii="Calibri" w:hAnsi="Calibri" w:cs="Calibri"/>
        </w:rPr>
        <w:t xml:space="preserve"> and a DB-FFAP </w:t>
      </w:r>
      <w:proofErr w:type="spellStart"/>
      <w:r w:rsidRPr="00FD345D">
        <w:rPr>
          <w:rFonts w:ascii="Calibri" w:hAnsi="Calibri" w:cs="Calibri"/>
        </w:rPr>
        <w:t>column</w:t>
      </w:r>
      <w:proofErr w:type="spellEnd"/>
      <w:r w:rsidRPr="00FD345D">
        <w:rPr>
          <w:rFonts w:ascii="Calibri" w:hAnsi="Calibri" w:cs="Calibri"/>
        </w:rPr>
        <w:t xml:space="preserve"> (</w:t>
      </w:r>
      <w:proofErr w:type="spellStart"/>
      <w:r w:rsidRPr="00FD345D">
        <w:rPr>
          <w:rFonts w:ascii="Calibri" w:hAnsi="Calibri" w:cs="Calibri"/>
        </w:rPr>
        <w:t>length</w:t>
      </w:r>
      <w:proofErr w:type="spellEnd"/>
      <w:r w:rsidRPr="00FD345D">
        <w:rPr>
          <w:rFonts w:ascii="Calibri" w:hAnsi="Calibri" w:cs="Calibri"/>
        </w:rPr>
        <w:t xml:space="preserve"> 50 m, </w:t>
      </w:r>
      <w:proofErr w:type="spellStart"/>
      <w:r w:rsidRPr="00FD345D">
        <w:rPr>
          <w:rFonts w:ascii="Calibri" w:hAnsi="Calibri" w:cs="Calibri"/>
        </w:rPr>
        <w:t>internal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diameter</w:t>
      </w:r>
      <w:proofErr w:type="spellEnd"/>
      <w:r w:rsidRPr="00FD345D">
        <w:rPr>
          <w:rFonts w:ascii="Calibri" w:hAnsi="Calibri" w:cs="Calibri"/>
        </w:rPr>
        <w:t xml:space="preserve"> 0.5 mm), </w:t>
      </w:r>
      <w:proofErr w:type="spellStart"/>
      <w:r w:rsidRPr="00FD345D">
        <w:rPr>
          <w:rFonts w:ascii="Calibri" w:hAnsi="Calibri" w:cs="Calibri"/>
        </w:rPr>
        <w:t>column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temperature</w:t>
      </w:r>
      <w:proofErr w:type="spellEnd"/>
      <w:r w:rsidRPr="00FD345D">
        <w:rPr>
          <w:rFonts w:ascii="Calibri" w:hAnsi="Calibri" w:cs="Calibri"/>
        </w:rPr>
        <w:t xml:space="preserve"> 90–210 °C, </w:t>
      </w:r>
      <w:proofErr w:type="spellStart"/>
      <w:r w:rsidRPr="00FD345D">
        <w:rPr>
          <w:rFonts w:ascii="Calibri" w:hAnsi="Calibri" w:cs="Calibri"/>
        </w:rPr>
        <w:t>injector</w:t>
      </w:r>
      <w:proofErr w:type="spellEnd"/>
      <w:r w:rsidRPr="00FD345D">
        <w:rPr>
          <w:rFonts w:ascii="Calibri" w:hAnsi="Calibri" w:cs="Calibri"/>
        </w:rPr>
        <w:t xml:space="preserve"> 200 °C, </w:t>
      </w:r>
      <w:proofErr w:type="spellStart"/>
      <w:r w:rsidRPr="00FD345D">
        <w:rPr>
          <w:rFonts w:ascii="Calibri" w:hAnsi="Calibri" w:cs="Calibri"/>
        </w:rPr>
        <w:t>detector</w:t>
      </w:r>
      <w:proofErr w:type="spellEnd"/>
      <w:r w:rsidRPr="00FD345D">
        <w:rPr>
          <w:rFonts w:ascii="Calibri" w:hAnsi="Calibri" w:cs="Calibri"/>
        </w:rPr>
        <w:t xml:space="preserve"> 240 °C. </w:t>
      </w:r>
      <w:proofErr w:type="spellStart"/>
      <w:r w:rsidRPr="00FD345D">
        <w:rPr>
          <w:rFonts w:ascii="Calibri" w:hAnsi="Calibri" w:cs="Calibri"/>
        </w:rPr>
        <w:t>Calculations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performed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external</w:t>
      </w:r>
      <w:proofErr w:type="spellEnd"/>
      <w:r w:rsidRPr="00FD345D">
        <w:rPr>
          <w:rFonts w:ascii="Calibri" w:hAnsi="Calibri" w:cs="Calibri"/>
        </w:rPr>
        <w:t xml:space="preserve"> standard. Argon was </w:t>
      </w:r>
      <w:proofErr w:type="spellStart"/>
      <w:r w:rsidRPr="00FD345D">
        <w:rPr>
          <w:rFonts w:ascii="Calibri" w:hAnsi="Calibri" w:cs="Calibri"/>
        </w:rPr>
        <w:t>used</w:t>
      </w:r>
      <w:proofErr w:type="spellEnd"/>
      <w:r w:rsidRPr="00FD345D">
        <w:rPr>
          <w:rFonts w:ascii="Calibri" w:hAnsi="Calibri" w:cs="Calibri"/>
        </w:rPr>
        <w:t xml:space="preserve"> as the </w:t>
      </w:r>
      <w:proofErr w:type="spellStart"/>
      <w:r w:rsidRPr="00FD345D">
        <w:rPr>
          <w:rFonts w:ascii="Calibri" w:hAnsi="Calibri" w:cs="Calibri"/>
        </w:rPr>
        <w:t>carrier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gas</w:t>
      </w:r>
      <w:proofErr w:type="spellEnd"/>
      <w:r w:rsidRPr="00FD345D">
        <w:rPr>
          <w:rFonts w:ascii="Calibri" w:hAnsi="Calibri" w:cs="Calibri"/>
        </w:rPr>
        <w:t>.</w:t>
      </w:r>
    </w:p>
    <w:p w14:paraId="05652691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Lactic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acid</w:t>
      </w:r>
      <w:proofErr w:type="spellEnd"/>
      <w:r w:rsidRPr="00FD345D">
        <w:rPr>
          <w:rFonts w:ascii="Calibri" w:hAnsi="Calibri" w:cs="Calibri"/>
        </w:rPr>
        <w:t xml:space="preserve"> was </w:t>
      </w:r>
      <w:proofErr w:type="spellStart"/>
      <w:r w:rsidRPr="00FD345D">
        <w:rPr>
          <w:rFonts w:ascii="Calibri" w:hAnsi="Calibri" w:cs="Calibri"/>
        </w:rPr>
        <w:t>determined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</w:t>
      </w:r>
      <w:proofErr w:type="spellEnd"/>
      <w:r w:rsidRPr="00FD345D">
        <w:rPr>
          <w:rFonts w:ascii="Calibri" w:hAnsi="Calibri" w:cs="Calibri"/>
        </w:rPr>
        <w:t xml:space="preserve"> INGOS model 5000 </w:t>
      </w:r>
      <w:proofErr w:type="spellStart"/>
      <w:r w:rsidRPr="00FD345D">
        <w:rPr>
          <w:rFonts w:ascii="Calibri" w:hAnsi="Calibri" w:cs="Calibri"/>
        </w:rPr>
        <w:t>liquid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chromatograph</w:t>
      </w:r>
      <w:proofErr w:type="spellEnd"/>
      <w:r w:rsidRPr="00FD345D">
        <w:rPr>
          <w:rFonts w:ascii="Calibri" w:hAnsi="Calibri" w:cs="Calibri"/>
        </w:rPr>
        <w:t xml:space="preserve"> with a UV/VIS </w:t>
      </w:r>
      <w:proofErr w:type="spellStart"/>
      <w:r w:rsidRPr="00FD345D">
        <w:rPr>
          <w:rFonts w:ascii="Calibri" w:hAnsi="Calibri" w:cs="Calibri"/>
        </w:rPr>
        <w:t>detector</w:t>
      </w:r>
      <w:proofErr w:type="spellEnd"/>
      <w:r w:rsidRPr="00FD345D">
        <w:rPr>
          <w:rFonts w:ascii="Calibri" w:hAnsi="Calibri" w:cs="Calibri"/>
        </w:rPr>
        <w:t xml:space="preserve"> and a mobile </w:t>
      </w:r>
      <w:proofErr w:type="spellStart"/>
      <w:r w:rsidRPr="00FD345D">
        <w:rPr>
          <w:rFonts w:ascii="Calibri" w:hAnsi="Calibri" w:cs="Calibri"/>
        </w:rPr>
        <w:t>phase</w:t>
      </w:r>
      <w:proofErr w:type="spellEnd"/>
      <w:r w:rsidRPr="00FD345D">
        <w:rPr>
          <w:rFonts w:ascii="Calibri" w:hAnsi="Calibri" w:cs="Calibri"/>
        </w:rPr>
        <w:t xml:space="preserve"> of 0.05 mol H₂SO₄. </w:t>
      </w:r>
      <w:proofErr w:type="spellStart"/>
      <w:r w:rsidRPr="00FD345D">
        <w:rPr>
          <w:rFonts w:ascii="Calibri" w:hAnsi="Calibri" w:cs="Calibri"/>
        </w:rPr>
        <w:t>Chromatographic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column</w:t>
      </w:r>
      <w:proofErr w:type="spellEnd"/>
      <w:r w:rsidRPr="00FD345D">
        <w:rPr>
          <w:rFonts w:ascii="Calibri" w:hAnsi="Calibri" w:cs="Calibri"/>
        </w:rPr>
        <w:t xml:space="preserve">: </w:t>
      </w:r>
      <w:proofErr w:type="spellStart"/>
      <w:r w:rsidRPr="00FD345D">
        <w:rPr>
          <w:rFonts w:ascii="Calibri" w:hAnsi="Calibri" w:cs="Calibri"/>
        </w:rPr>
        <w:t>stainless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steel</w:t>
      </w:r>
      <w:proofErr w:type="spellEnd"/>
      <w:r w:rsidRPr="00FD345D">
        <w:rPr>
          <w:rFonts w:ascii="Calibri" w:hAnsi="Calibri" w:cs="Calibri"/>
        </w:rPr>
        <w:t xml:space="preserve"> 8 × 250 mm OSTION LG-KS 0800H+form (TESSEK).</w:t>
      </w:r>
    </w:p>
    <w:p w14:paraId="148533B0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Samples</w:t>
      </w:r>
      <w:proofErr w:type="spellEnd"/>
      <w:r w:rsidRPr="00FD345D">
        <w:rPr>
          <w:rFonts w:ascii="Calibri" w:hAnsi="Calibri" w:cs="Calibri"/>
        </w:rPr>
        <w:t xml:space="preserve"> for </w:t>
      </w:r>
      <w:proofErr w:type="spellStart"/>
      <w:r w:rsidRPr="00FD345D">
        <w:rPr>
          <w:rFonts w:ascii="Calibri" w:hAnsi="Calibri" w:cs="Calibri"/>
        </w:rPr>
        <w:t>ammonia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determination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preserved</w:t>
      </w:r>
      <w:proofErr w:type="spellEnd"/>
      <w:r w:rsidRPr="00FD345D">
        <w:rPr>
          <w:rFonts w:ascii="Calibri" w:hAnsi="Calibri" w:cs="Calibri"/>
        </w:rPr>
        <w:t xml:space="preserve"> with 0.2 </w:t>
      </w:r>
      <w:proofErr w:type="spellStart"/>
      <w:r w:rsidRPr="00FD345D">
        <w:rPr>
          <w:rFonts w:ascii="Calibri" w:hAnsi="Calibri" w:cs="Calibri"/>
        </w:rPr>
        <w:t>mL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mercuric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chloride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Ammonia</w:t>
      </w:r>
      <w:proofErr w:type="spellEnd"/>
      <w:r w:rsidRPr="00FD345D">
        <w:rPr>
          <w:rFonts w:ascii="Calibri" w:hAnsi="Calibri" w:cs="Calibri"/>
        </w:rPr>
        <w:t xml:space="preserve"> was </w:t>
      </w:r>
      <w:proofErr w:type="spellStart"/>
      <w:r w:rsidRPr="00FD345D">
        <w:rPr>
          <w:rFonts w:ascii="Calibri" w:hAnsi="Calibri" w:cs="Calibri"/>
        </w:rPr>
        <w:t>measured</w:t>
      </w:r>
      <w:proofErr w:type="spellEnd"/>
      <w:r w:rsidRPr="00FD345D">
        <w:rPr>
          <w:rFonts w:ascii="Calibri" w:hAnsi="Calibri" w:cs="Calibri"/>
        </w:rPr>
        <w:t xml:space="preserve"> by the </w:t>
      </w:r>
      <w:proofErr w:type="spellStart"/>
      <w:r w:rsidRPr="00FD345D">
        <w:rPr>
          <w:rFonts w:ascii="Calibri" w:hAnsi="Calibri" w:cs="Calibri"/>
        </w:rPr>
        <w:t>Conway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method</w:t>
      </w:r>
      <w:proofErr w:type="spellEnd"/>
      <w:r w:rsidRPr="00FD345D">
        <w:rPr>
          <w:rFonts w:ascii="Calibri" w:hAnsi="Calibri" w:cs="Calibri"/>
        </w:rPr>
        <w:t>.</w:t>
      </w:r>
    </w:p>
    <w:p w14:paraId="551CA474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proofErr w:type="spellStart"/>
      <w:r w:rsidRPr="00FD345D">
        <w:rPr>
          <w:rFonts w:ascii="Calibri" w:hAnsi="Calibri" w:cs="Calibri"/>
        </w:rPr>
        <w:t>All</w:t>
      </w:r>
      <w:proofErr w:type="spellEnd"/>
      <w:r w:rsidRPr="00FD345D">
        <w:rPr>
          <w:rFonts w:ascii="Calibri" w:hAnsi="Calibri" w:cs="Calibri"/>
        </w:rPr>
        <w:t xml:space="preserve"> materials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ground</w:t>
      </w:r>
      <w:proofErr w:type="spellEnd"/>
      <w:r w:rsidRPr="00FD345D">
        <w:rPr>
          <w:rFonts w:ascii="Calibri" w:hAnsi="Calibri" w:cs="Calibri"/>
        </w:rPr>
        <w:t xml:space="preserve"> to </w:t>
      </w:r>
      <w:proofErr w:type="spellStart"/>
      <w:r w:rsidRPr="00FD345D">
        <w:rPr>
          <w:rFonts w:ascii="Calibri" w:hAnsi="Calibri" w:cs="Calibri"/>
        </w:rPr>
        <w:t>particle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sizes</w:t>
      </w:r>
      <w:proofErr w:type="spellEnd"/>
      <w:r w:rsidRPr="00FD345D">
        <w:rPr>
          <w:rFonts w:ascii="Calibri" w:hAnsi="Calibri" w:cs="Calibri"/>
        </w:rPr>
        <w:t xml:space="preserve"> of </w:t>
      </w:r>
      <w:proofErr w:type="spellStart"/>
      <w:r w:rsidRPr="00FD345D">
        <w:rPr>
          <w:rFonts w:ascii="Calibri" w:hAnsi="Calibri" w:cs="Calibri"/>
        </w:rPr>
        <w:t>approx</w:t>
      </w:r>
      <w:proofErr w:type="spellEnd"/>
      <w:r w:rsidRPr="00FD345D">
        <w:rPr>
          <w:rFonts w:ascii="Calibri" w:hAnsi="Calibri" w:cs="Calibri"/>
        </w:rPr>
        <w:t xml:space="preserve">. 0.3–0.5 mm, </w:t>
      </w:r>
      <w:proofErr w:type="spellStart"/>
      <w:r w:rsidRPr="00FD345D">
        <w:rPr>
          <w:rFonts w:ascii="Calibri" w:hAnsi="Calibri" w:cs="Calibri"/>
        </w:rPr>
        <w:t>weighed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at</w:t>
      </w:r>
      <w:proofErr w:type="spellEnd"/>
      <w:r w:rsidRPr="00FD345D">
        <w:rPr>
          <w:rFonts w:ascii="Calibri" w:hAnsi="Calibri" w:cs="Calibri"/>
        </w:rPr>
        <w:t xml:space="preserve"> ~0.5 g, and </w:t>
      </w:r>
      <w:proofErr w:type="spellStart"/>
      <w:r w:rsidRPr="00FD345D">
        <w:rPr>
          <w:rFonts w:ascii="Calibri" w:hAnsi="Calibri" w:cs="Calibri"/>
        </w:rPr>
        <w:t>placed</w:t>
      </w:r>
      <w:proofErr w:type="spellEnd"/>
      <w:r w:rsidRPr="00FD345D">
        <w:rPr>
          <w:rFonts w:ascii="Calibri" w:hAnsi="Calibri" w:cs="Calibri"/>
        </w:rPr>
        <w:t xml:space="preserve"> in 100 </w:t>
      </w:r>
      <w:proofErr w:type="spellStart"/>
      <w:r w:rsidRPr="00FD345D">
        <w:rPr>
          <w:rFonts w:ascii="Calibri" w:hAnsi="Calibri" w:cs="Calibri"/>
        </w:rPr>
        <w:t>mL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glass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syringes</w:t>
      </w:r>
      <w:proofErr w:type="spellEnd"/>
      <w:r w:rsidRPr="00FD345D">
        <w:rPr>
          <w:rFonts w:ascii="Calibri" w:hAnsi="Calibri" w:cs="Calibri"/>
        </w:rPr>
        <w:t xml:space="preserve"> for the </w:t>
      </w:r>
      <w:proofErr w:type="spellStart"/>
      <w:r w:rsidRPr="00FD345D">
        <w:rPr>
          <w:rFonts w:ascii="Calibri" w:hAnsi="Calibri" w:cs="Calibri"/>
        </w:rPr>
        <w:t>gas</w:t>
      </w:r>
      <w:proofErr w:type="spellEnd"/>
      <w:r w:rsidRPr="00FD345D">
        <w:rPr>
          <w:rFonts w:ascii="Calibri" w:hAnsi="Calibri" w:cs="Calibri"/>
        </w:rPr>
        <w:t xml:space="preserve">-test, </w:t>
      </w:r>
      <w:proofErr w:type="spellStart"/>
      <w:r w:rsidRPr="00FD345D">
        <w:rPr>
          <w:rFonts w:ascii="Calibri" w:hAnsi="Calibri" w:cs="Calibri"/>
        </w:rPr>
        <w:t>then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incubated</w:t>
      </w:r>
      <w:proofErr w:type="spellEnd"/>
      <w:r w:rsidRPr="00FD345D">
        <w:rPr>
          <w:rFonts w:ascii="Calibri" w:hAnsi="Calibri" w:cs="Calibri"/>
        </w:rPr>
        <w:t xml:space="preserve"> in a </w:t>
      </w:r>
      <w:proofErr w:type="spellStart"/>
      <w:r w:rsidRPr="00FD345D">
        <w:rPr>
          <w:rFonts w:ascii="Calibri" w:hAnsi="Calibri" w:cs="Calibri"/>
        </w:rPr>
        <w:t>water-bath</w:t>
      </w:r>
      <w:proofErr w:type="spellEnd"/>
      <w:r w:rsidRPr="00FD345D">
        <w:rPr>
          <w:rFonts w:ascii="Calibri" w:hAnsi="Calibri" w:cs="Calibri"/>
        </w:rPr>
        <w:t xml:space="preserve"> shaker (ELPIN+ </w:t>
      </w:r>
      <w:proofErr w:type="spellStart"/>
      <w:r w:rsidRPr="00FD345D">
        <w:rPr>
          <w:rFonts w:ascii="Calibri" w:hAnsi="Calibri" w:cs="Calibri"/>
        </w:rPr>
        <w:t>Water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bath</w:t>
      </w:r>
      <w:proofErr w:type="spellEnd"/>
      <w:r w:rsidRPr="00FD345D">
        <w:rPr>
          <w:rFonts w:ascii="Calibri" w:hAnsi="Calibri" w:cs="Calibri"/>
        </w:rPr>
        <w:t xml:space="preserve"> shaker </w:t>
      </w:r>
      <w:proofErr w:type="spellStart"/>
      <w:r w:rsidRPr="00FD345D">
        <w:rPr>
          <w:rFonts w:ascii="Calibri" w:hAnsi="Calibri" w:cs="Calibri"/>
        </w:rPr>
        <w:t>type</w:t>
      </w:r>
      <w:proofErr w:type="spellEnd"/>
      <w:r w:rsidRPr="00FD345D">
        <w:rPr>
          <w:rFonts w:ascii="Calibri" w:hAnsi="Calibri" w:cs="Calibri"/>
        </w:rPr>
        <w:t xml:space="preserve"> 357) </w:t>
      </w:r>
      <w:proofErr w:type="spellStart"/>
      <w:r w:rsidRPr="00FD345D">
        <w:rPr>
          <w:rFonts w:ascii="Calibri" w:hAnsi="Calibri" w:cs="Calibri"/>
        </w:rPr>
        <w:t>at</w:t>
      </w:r>
      <w:proofErr w:type="spellEnd"/>
      <w:r w:rsidRPr="00FD345D">
        <w:rPr>
          <w:rFonts w:ascii="Calibri" w:hAnsi="Calibri" w:cs="Calibri"/>
        </w:rPr>
        <w:t xml:space="preserve"> 38.5 °C.</w:t>
      </w:r>
    </w:p>
    <w:p w14:paraId="46DDD4DA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On </w:t>
      </w:r>
      <w:proofErr w:type="spellStart"/>
      <w:r w:rsidRPr="00FD345D">
        <w:rPr>
          <w:rFonts w:ascii="Calibri" w:hAnsi="Calibri" w:cs="Calibri"/>
        </w:rPr>
        <w:t>day</w:t>
      </w:r>
      <w:proofErr w:type="spellEnd"/>
      <w:r w:rsidRPr="00FD345D">
        <w:rPr>
          <w:rFonts w:ascii="Calibri" w:hAnsi="Calibri" w:cs="Calibri"/>
        </w:rPr>
        <w:t xml:space="preserve"> 7 of the </w:t>
      </w:r>
      <w:proofErr w:type="spellStart"/>
      <w:r w:rsidRPr="00FD345D">
        <w:rPr>
          <w:rFonts w:ascii="Calibri" w:hAnsi="Calibri" w:cs="Calibri"/>
        </w:rPr>
        <w:t>nutritional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tests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both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study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periods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blood</w:t>
      </w:r>
      <w:proofErr w:type="spellEnd"/>
      <w:r w:rsidRPr="00FD345D">
        <w:rPr>
          <w:rFonts w:ascii="Calibri" w:hAnsi="Calibri" w:cs="Calibri"/>
        </w:rPr>
        <w:t xml:space="preserve"> was </w:t>
      </w:r>
      <w:proofErr w:type="spellStart"/>
      <w:r w:rsidRPr="00FD345D">
        <w:rPr>
          <w:rFonts w:ascii="Calibri" w:hAnsi="Calibri" w:cs="Calibri"/>
        </w:rPr>
        <w:t>collected</w:t>
      </w:r>
      <w:proofErr w:type="spellEnd"/>
      <w:r w:rsidRPr="00FD345D">
        <w:rPr>
          <w:rFonts w:ascii="Calibri" w:hAnsi="Calibri" w:cs="Calibri"/>
        </w:rPr>
        <w:t xml:space="preserve"> from the </w:t>
      </w:r>
      <w:proofErr w:type="spellStart"/>
      <w:r w:rsidRPr="00FD345D">
        <w:rPr>
          <w:rFonts w:ascii="Calibri" w:hAnsi="Calibri" w:cs="Calibri"/>
        </w:rPr>
        <w:t>dogs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according</w:t>
      </w:r>
      <w:proofErr w:type="spellEnd"/>
      <w:r w:rsidRPr="00FD345D">
        <w:rPr>
          <w:rFonts w:ascii="Calibri" w:hAnsi="Calibri" w:cs="Calibri"/>
        </w:rPr>
        <w:t xml:space="preserve"> to standard </w:t>
      </w:r>
      <w:proofErr w:type="spellStart"/>
      <w:r w:rsidRPr="00FD345D">
        <w:rPr>
          <w:rFonts w:ascii="Calibri" w:hAnsi="Calibri" w:cs="Calibri"/>
        </w:rPr>
        <w:t>veterinary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procedures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Samples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properly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secured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sent</w:t>
      </w:r>
      <w:proofErr w:type="spellEnd"/>
      <w:r w:rsidRPr="00FD345D">
        <w:rPr>
          <w:rFonts w:ascii="Calibri" w:hAnsi="Calibri" w:cs="Calibri"/>
        </w:rPr>
        <w:t xml:space="preserve"> to the </w:t>
      </w:r>
      <w:proofErr w:type="spellStart"/>
      <w:r w:rsidRPr="00FD345D">
        <w:rPr>
          <w:rFonts w:ascii="Calibri" w:hAnsi="Calibri" w:cs="Calibri"/>
        </w:rPr>
        <w:t>commercial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laboratory</w:t>
      </w:r>
      <w:proofErr w:type="spellEnd"/>
      <w:r w:rsidRPr="00FD345D">
        <w:rPr>
          <w:rFonts w:ascii="Calibri" w:hAnsi="Calibri" w:cs="Calibri"/>
        </w:rPr>
        <w:t xml:space="preserve"> Vet Lab in Katowice. A </w:t>
      </w:r>
      <w:proofErr w:type="spellStart"/>
      <w:r w:rsidRPr="00FD345D">
        <w:rPr>
          <w:rFonts w:ascii="Calibri" w:hAnsi="Calibri" w:cs="Calibri"/>
        </w:rPr>
        <w:t>geriatric</w:t>
      </w:r>
      <w:proofErr w:type="spellEnd"/>
      <w:r w:rsidRPr="00FD345D">
        <w:rPr>
          <w:rFonts w:ascii="Calibri" w:hAnsi="Calibri" w:cs="Calibri"/>
        </w:rPr>
        <w:t xml:space="preserve"> panel—</w:t>
      </w:r>
      <w:proofErr w:type="spellStart"/>
      <w:r w:rsidRPr="00FD345D">
        <w:rPr>
          <w:rFonts w:ascii="Calibri" w:hAnsi="Calibri" w:cs="Calibri"/>
        </w:rPr>
        <w:t>an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extensive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hematologic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biochemical</w:t>
      </w:r>
      <w:proofErr w:type="spellEnd"/>
      <w:r w:rsidRPr="00FD345D">
        <w:rPr>
          <w:rFonts w:ascii="Calibri" w:hAnsi="Calibri" w:cs="Calibri"/>
        </w:rPr>
        <w:t xml:space="preserve">, and </w:t>
      </w:r>
      <w:proofErr w:type="spellStart"/>
      <w:r w:rsidRPr="00FD345D">
        <w:rPr>
          <w:rFonts w:ascii="Calibri" w:hAnsi="Calibri" w:cs="Calibri"/>
        </w:rPr>
        <w:t>electrolyte</w:t>
      </w:r>
      <w:proofErr w:type="spellEnd"/>
      <w:r w:rsidRPr="00FD345D">
        <w:rPr>
          <w:rFonts w:ascii="Calibri" w:hAnsi="Calibri" w:cs="Calibri"/>
        </w:rPr>
        <w:t xml:space="preserve"> profile—was </w:t>
      </w:r>
      <w:proofErr w:type="spellStart"/>
      <w:r w:rsidRPr="00FD345D">
        <w:rPr>
          <w:rFonts w:ascii="Calibri" w:hAnsi="Calibri" w:cs="Calibri"/>
        </w:rPr>
        <w:t>determined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Samples</w:t>
      </w:r>
      <w:proofErr w:type="spellEnd"/>
      <w:r w:rsidRPr="00FD345D">
        <w:rPr>
          <w:rFonts w:ascii="Calibri" w:hAnsi="Calibri" w:cs="Calibri"/>
        </w:rPr>
        <w:t xml:space="preserve"> for TNF-α and </w:t>
      </w:r>
      <w:proofErr w:type="spellStart"/>
      <w:r w:rsidRPr="00FD345D">
        <w:rPr>
          <w:rFonts w:ascii="Calibri" w:hAnsi="Calibri" w:cs="Calibri"/>
        </w:rPr>
        <w:t>IgG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frozen</w:t>
      </w:r>
      <w:proofErr w:type="spellEnd"/>
      <w:r w:rsidRPr="00FD345D">
        <w:rPr>
          <w:rFonts w:ascii="Calibri" w:hAnsi="Calibri" w:cs="Calibri"/>
        </w:rPr>
        <w:t xml:space="preserve"> in </w:t>
      </w:r>
      <w:proofErr w:type="spellStart"/>
      <w:r w:rsidRPr="00FD345D">
        <w:rPr>
          <w:rFonts w:ascii="Calibri" w:hAnsi="Calibri" w:cs="Calibri"/>
        </w:rPr>
        <w:t>liquid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nitrogen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transported</w:t>
      </w:r>
      <w:proofErr w:type="spellEnd"/>
      <w:r w:rsidRPr="00FD345D">
        <w:rPr>
          <w:rFonts w:ascii="Calibri" w:hAnsi="Calibri" w:cs="Calibri"/>
        </w:rPr>
        <w:t xml:space="preserve"> to the University; </w:t>
      </w:r>
      <w:proofErr w:type="spellStart"/>
      <w:r w:rsidRPr="00FD345D">
        <w:rPr>
          <w:rFonts w:ascii="Calibri" w:hAnsi="Calibri" w:cs="Calibri"/>
        </w:rPr>
        <w:t>after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collecting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samples</w:t>
      </w:r>
      <w:proofErr w:type="spellEnd"/>
      <w:r w:rsidRPr="00FD345D">
        <w:rPr>
          <w:rFonts w:ascii="Calibri" w:hAnsi="Calibri" w:cs="Calibri"/>
        </w:rPr>
        <w:t xml:space="preserve"> from </w:t>
      </w:r>
      <w:proofErr w:type="spellStart"/>
      <w:r w:rsidRPr="00FD345D">
        <w:rPr>
          <w:rFonts w:ascii="Calibri" w:hAnsi="Calibri" w:cs="Calibri"/>
        </w:rPr>
        <w:t>both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experiments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they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thawed</w:t>
      </w:r>
      <w:proofErr w:type="spellEnd"/>
      <w:r w:rsidRPr="00FD345D">
        <w:rPr>
          <w:rFonts w:ascii="Calibri" w:hAnsi="Calibri" w:cs="Calibri"/>
        </w:rPr>
        <w:t xml:space="preserve"> and TNF-α and </w:t>
      </w:r>
      <w:proofErr w:type="spellStart"/>
      <w:r w:rsidRPr="00FD345D">
        <w:rPr>
          <w:rFonts w:ascii="Calibri" w:hAnsi="Calibri" w:cs="Calibri"/>
        </w:rPr>
        <w:t>IgG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determined</w:t>
      </w:r>
      <w:proofErr w:type="spellEnd"/>
      <w:r w:rsidRPr="00FD345D">
        <w:rPr>
          <w:rFonts w:ascii="Calibri" w:hAnsi="Calibri" w:cs="Calibri"/>
        </w:rPr>
        <w:t xml:space="preserve"> by ELISA.</w:t>
      </w:r>
    </w:p>
    <w:p w14:paraId="473B7973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r w:rsidRPr="00FD345D">
        <w:rPr>
          <w:rFonts w:ascii="Calibri" w:hAnsi="Calibri" w:cs="Calibri"/>
          <w:b/>
          <w:bCs/>
        </w:rPr>
        <w:t xml:space="preserve">Statistical </w:t>
      </w:r>
      <w:proofErr w:type="spellStart"/>
      <w:r w:rsidRPr="00FD345D">
        <w:rPr>
          <w:rFonts w:ascii="Calibri" w:hAnsi="Calibri" w:cs="Calibri"/>
          <w:b/>
          <w:bCs/>
        </w:rPr>
        <w:t>analysis</w:t>
      </w:r>
      <w:proofErr w:type="spellEnd"/>
    </w:p>
    <w:p w14:paraId="4FAF0AD7" w14:textId="77777777" w:rsidR="00FD345D" w:rsidRP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t xml:space="preserve">The </w:t>
      </w:r>
      <w:proofErr w:type="spellStart"/>
      <w:r w:rsidRPr="00FD345D">
        <w:rPr>
          <w:rFonts w:ascii="Calibri" w:hAnsi="Calibri" w:cs="Calibri"/>
        </w:rPr>
        <w:t>results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subjected</w:t>
      </w:r>
      <w:proofErr w:type="spellEnd"/>
      <w:r w:rsidRPr="00FD345D">
        <w:rPr>
          <w:rFonts w:ascii="Calibri" w:hAnsi="Calibri" w:cs="Calibri"/>
        </w:rPr>
        <w:t xml:space="preserve"> to </w:t>
      </w:r>
      <w:proofErr w:type="spellStart"/>
      <w:r w:rsidRPr="00FD345D">
        <w:rPr>
          <w:rFonts w:ascii="Calibri" w:hAnsi="Calibri" w:cs="Calibri"/>
        </w:rPr>
        <w:t>statistical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analysis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using</w:t>
      </w:r>
      <w:proofErr w:type="spellEnd"/>
      <w:r w:rsidRPr="00FD345D">
        <w:rPr>
          <w:rFonts w:ascii="Calibri" w:hAnsi="Calibri" w:cs="Calibri"/>
        </w:rPr>
        <w:t xml:space="preserve"> the STATISTICA 12 </w:t>
      </w:r>
      <w:proofErr w:type="spellStart"/>
      <w:r w:rsidRPr="00FD345D">
        <w:rPr>
          <w:rFonts w:ascii="Calibri" w:hAnsi="Calibri" w:cs="Calibri"/>
        </w:rPr>
        <w:t>package</w:t>
      </w:r>
      <w:proofErr w:type="spellEnd"/>
      <w:r w:rsidRPr="00FD345D">
        <w:rPr>
          <w:rFonts w:ascii="Calibri" w:hAnsi="Calibri" w:cs="Calibri"/>
        </w:rPr>
        <w:t xml:space="preserve"> [2014]. </w:t>
      </w:r>
      <w:proofErr w:type="spellStart"/>
      <w:r w:rsidRPr="00FD345D">
        <w:rPr>
          <w:rFonts w:ascii="Calibri" w:hAnsi="Calibri" w:cs="Calibri"/>
        </w:rPr>
        <w:t>Calculations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performed</w:t>
      </w:r>
      <w:proofErr w:type="spellEnd"/>
      <w:r w:rsidRPr="00FD345D">
        <w:rPr>
          <w:rFonts w:ascii="Calibri" w:hAnsi="Calibri" w:cs="Calibri"/>
        </w:rPr>
        <w:t xml:space="preserve"> in Microsoft Excel for Windows. A </w:t>
      </w:r>
      <w:proofErr w:type="spellStart"/>
      <w:r w:rsidRPr="00FD345D">
        <w:rPr>
          <w:rFonts w:ascii="Calibri" w:hAnsi="Calibri" w:cs="Calibri"/>
        </w:rPr>
        <w:t>paired</w:t>
      </w:r>
      <w:proofErr w:type="spellEnd"/>
      <w:r w:rsidRPr="00FD345D">
        <w:rPr>
          <w:rFonts w:ascii="Calibri" w:hAnsi="Calibri" w:cs="Calibri"/>
        </w:rPr>
        <w:t xml:space="preserve"> t-test was </w:t>
      </w:r>
      <w:proofErr w:type="spellStart"/>
      <w:r w:rsidRPr="00FD345D">
        <w:rPr>
          <w:rFonts w:ascii="Calibri" w:hAnsi="Calibri" w:cs="Calibri"/>
        </w:rPr>
        <w:t>used</w:t>
      </w:r>
      <w:proofErr w:type="spellEnd"/>
      <w:r w:rsidRPr="00FD345D">
        <w:rPr>
          <w:rFonts w:ascii="Calibri" w:hAnsi="Calibri" w:cs="Calibri"/>
        </w:rPr>
        <w:t xml:space="preserve">. </w:t>
      </w:r>
      <w:proofErr w:type="spellStart"/>
      <w:r w:rsidRPr="00FD345D">
        <w:rPr>
          <w:rFonts w:ascii="Calibri" w:hAnsi="Calibri" w:cs="Calibri"/>
        </w:rPr>
        <w:t>Results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were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considered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significant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at</w:t>
      </w:r>
      <w:proofErr w:type="spellEnd"/>
      <w:r w:rsidRPr="00FD345D">
        <w:rPr>
          <w:rFonts w:ascii="Calibri" w:hAnsi="Calibri" w:cs="Calibri"/>
        </w:rPr>
        <w:t xml:space="preserve"> p &lt; 0.05 and </w:t>
      </w:r>
      <w:proofErr w:type="spellStart"/>
      <w:r w:rsidRPr="00FD345D">
        <w:rPr>
          <w:rFonts w:ascii="Calibri" w:hAnsi="Calibri" w:cs="Calibri"/>
        </w:rPr>
        <w:t>highly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significant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at</w:t>
      </w:r>
      <w:proofErr w:type="spellEnd"/>
      <w:r w:rsidRPr="00FD345D">
        <w:rPr>
          <w:rFonts w:ascii="Calibri" w:hAnsi="Calibri" w:cs="Calibri"/>
        </w:rPr>
        <w:t xml:space="preserve"> p &lt; 0.01.</w:t>
      </w:r>
    </w:p>
    <w:p w14:paraId="093FC0B0" w14:textId="2468C888" w:rsidR="00FD345D" w:rsidRPr="00FD345D" w:rsidRDefault="00FD345D" w:rsidP="00FD345D">
      <w:pPr>
        <w:pStyle w:val="NormalnyWeb"/>
        <w:rPr>
          <w:rFonts w:ascii="Calibri" w:hAnsi="Calibri" w:cs="Calibri"/>
        </w:rPr>
      </w:pPr>
    </w:p>
    <w:p w14:paraId="6DCFC699" w14:textId="77777777" w:rsidR="00FD345D" w:rsidRPr="00FD345D" w:rsidRDefault="00FD345D" w:rsidP="00FD345D">
      <w:pPr>
        <w:pStyle w:val="NormalnyWeb"/>
        <w:rPr>
          <w:rFonts w:ascii="Calibri" w:hAnsi="Calibri" w:cs="Calibri"/>
          <w:b/>
          <w:bCs/>
        </w:rPr>
      </w:pPr>
      <w:proofErr w:type="spellStart"/>
      <w:r w:rsidRPr="00FD345D">
        <w:rPr>
          <w:rFonts w:ascii="Calibri" w:hAnsi="Calibri" w:cs="Calibri"/>
          <w:b/>
          <w:bCs/>
        </w:rPr>
        <w:t>Study</w:t>
      </w:r>
      <w:proofErr w:type="spellEnd"/>
      <w:r w:rsidRPr="00FD345D">
        <w:rPr>
          <w:rFonts w:ascii="Calibri" w:hAnsi="Calibri" w:cs="Calibri"/>
          <w:b/>
          <w:bCs/>
        </w:rPr>
        <w:t xml:space="preserve"> </w:t>
      </w:r>
      <w:proofErr w:type="spellStart"/>
      <w:r w:rsidRPr="00FD345D">
        <w:rPr>
          <w:rFonts w:ascii="Calibri" w:hAnsi="Calibri" w:cs="Calibri"/>
          <w:b/>
          <w:bCs/>
        </w:rPr>
        <w:t>summary</w:t>
      </w:r>
      <w:proofErr w:type="spellEnd"/>
    </w:p>
    <w:p w14:paraId="5702D14B" w14:textId="77777777" w:rsidR="00FD345D" w:rsidRDefault="00FD345D" w:rsidP="00FD345D">
      <w:pPr>
        <w:pStyle w:val="NormalnyWeb"/>
        <w:rPr>
          <w:rFonts w:ascii="Calibri" w:hAnsi="Calibri" w:cs="Calibri"/>
        </w:rPr>
      </w:pPr>
      <w:r w:rsidRPr="00FD345D">
        <w:rPr>
          <w:rFonts w:ascii="Calibri" w:hAnsi="Calibri" w:cs="Calibri"/>
        </w:rPr>
        <w:lastRenderedPageBreak/>
        <w:t xml:space="preserve">The </w:t>
      </w:r>
      <w:proofErr w:type="spellStart"/>
      <w:r w:rsidRPr="00FD345D">
        <w:rPr>
          <w:rFonts w:ascii="Calibri" w:hAnsi="Calibri" w:cs="Calibri"/>
        </w:rPr>
        <w:t>complementary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complete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mixture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containing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active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substances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regulated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digestive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fermentation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processes</w:t>
      </w:r>
      <w:proofErr w:type="spellEnd"/>
      <w:r w:rsidRPr="00FD345D">
        <w:rPr>
          <w:rFonts w:ascii="Calibri" w:hAnsi="Calibri" w:cs="Calibri"/>
        </w:rPr>
        <w:t xml:space="preserve"> and </w:t>
      </w:r>
      <w:proofErr w:type="spellStart"/>
      <w:r w:rsidRPr="00FD345D">
        <w:rPr>
          <w:rFonts w:ascii="Calibri" w:hAnsi="Calibri" w:cs="Calibri"/>
        </w:rPr>
        <w:t>exhibited</w:t>
      </w:r>
      <w:proofErr w:type="spellEnd"/>
      <w:r w:rsidRPr="00FD345D">
        <w:rPr>
          <w:rFonts w:ascii="Calibri" w:hAnsi="Calibri" w:cs="Calibri"/>
        </w:rPr>
        <w:t xml:space="preserve"> the </w:t>
      </w:r>
      <w:proofErr w:type="spellStart"/>
      <w:r w:rsidRPr="00FD345D">
        <w:rPr>
          <w:rFonts w:ascii="Calibri" w:hAnsi="Calibri" w:cs="Calibri"/>
        </w:rPr>
        <w:t>intended</w:t>
      </w:r>
      <w:proofErr w:type="spellEnd"/>
      <w:r w:rsidRPr="00FD345D">
        <w:rPr>
          <w:rFonts w:ascii="Calibri" w:hAnsi="Calibri" w:cs="Calibri"/>
        </w:rPr>
        <w:t xml:space="preserve">, </w:t>
      </w:r>
      <w:proofErr w:type="spellStart"/>
      <w:r w:rsidRPr="00FD345D">
        <w:rPr>
          <w:rFonts w:ascii="Calibri" w:hAnsi="Calibri" w:cs="Calibri"/>
        </w:rPr>
        <w:t>statistically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confirmed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effects</w:t>
      </w:r>
      <w:proofErr w:type="spellEnd"/>
      <w:r w:rsidRPr="00FD345D">
        <w:rPr>
          <w:rFonts w:ascii="Calibri" w:hAnsi="Calibri" w:cs="Calibri"/>
        </w:rPr>
        <w:t xml:space="preserve"> on </w:t>
      </w:r>
      <w:proofErr w:type="spellStart"/>
      <w:r w:rsidRPr="00FD345D">
        <w:rPr>
          <w:rFonts w:ascii="Calibri" w:hAnsi="Calibri" w:cs="Calibri"/>
        </w:rPr>
        <w:t>canine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health</w:t>
      </w:r>
      <w:proofErr w:type="spellEnd"/>
      <w:r w:rsidRPr="00FD345D">
        <w:rPr>
          <w:rFonts w:ascii="Calibri" w:hAnsi="Calibri" w:cs="Calibri"/>
        </w:rPr>
        <w:t xml:space="preserve"> (P ≤ 0.05) </w:t>
      </w:r>
      <w:proofErr w:type="spellStart"/>
      <w:r w:rsidRPr="00FD345D">
        <w:rPr>
          <w:rFonts w:ascii="Calibri" w:hAnsi="Calibri" w:cs="Calibri"/>
        </w:rPr>
        <w:t>or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showed</w:t>
      </w:r>
      <w:proofErr w:type="spellEnd"/>
      <w:r w:rsidRPr="00FD345D">
        <w:rPr>
          <w:rFonts w:ascii="Calibri" w:hAnsi="Calibri" w:cs="Calibri"/>
        </w:rPr>
        <w:t xml:space="preserve"> a trend (P ≤ 0.1) (</w:t>
      </w:r>
      <w:proofErr w:type="spellStart"/>
      <w:r w:rsidRPr="00FD345D">
        <w:rPr>
          <w:rFonts w:ascii="Calibri" w:hAnsi="Calibri" w:cs="Calibri"/>
        </w:rPr>
        <w:t>relative</w:t>
      </w:r>
      <w:proofErr w:type="spellEnd"/>
      <w:r w:rsidRPr="00FD345D">
        <w:rPr>
          <w:rFonts w:ascii="Calibri" w:hAnsi="Calibri" w:cs="Calibri"/>
        </w:rPr>
        <w:t xml:space="preserve"> to the </w:t>
      </w:r>
      <w:proofErr w:type="spellStart"/>
      <w:r w:rsidRPr="00FD345D">
        <w:rPr>
          <w:rFonts w:ascii="Calibri" w:hAnsi="Calibri" w:cs="Calibri"/>
        </w:rPr>
        <w:t>control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group</w:t>
      </w:r>
      <w:proofErr w:type="spellEnd"/>
      <w:r w:rsidRPr="00FD345D">
        <w:rPr>
          <w:rFonts w:ascii="Calibri" w:hAnsi="Calibri" w:cs="Calibri"/>
        </w:rPr>
        <w:t xml:space="preserve">), </w:t>
      </w:r>
      <w:proofErr w:type="spellStart"/>
      <w:r w:rsidRPr="00FD345D">
        <w:rPr>
          <w:rFonts w:ascii="Calibri" w:hAnsi="Calibri" w:cs="Calibri"/>
        </w:rPr>
        <w:t>while</w:t>
      </w:r>
      <w:proofErr w:type="spellEnd"/>
      <w:r w:rsidRPr="00FD345D">
        <w:rPr>
          <w:rFonts w:ascii="Calibri" w:hAnsi="Calibri" w:cs="Calibri"/>
        </w:rPr>
        <w:t xml:space="preserve"> for </w:t>
      </w:r>
      <w:proofErr w:type="spellStart"/>
      <w:r w:rsidRPr="00FD345D">
        <w:rPr>
          <w:rFonts w:ascii="Calibri" w:hAnsi="Calibri" w:cs="Calibri"/>
        </w:rPr>
        <w:t>digestibility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coefficients</w:t>
      </w:r>
      <w:proofErr w:type="spellEnd"/>
      <w:r w:rsidRPr="00FD345D">
        <w:rPr>
          <w:rFonts w:ascii="Calibri" w:hAnsi="Calibri" w:cs="Calibri"/>
        </w:rPr>
        <w:t xml:space="preserve"> </w:t>
      </w:r>
      <w:proofErr w:type="spellStart"/>
      <w:r w:rsidRPr="00FD345D">
        <w:rPr>
          <w:rFonts w:ascii="Calibri" w:hAnsi="Calibri" w:cs="Calibri"/>
        </w:rPr>
        <w:t>showed</w:t>
      </w:r>
      <w:proofErr w:type="spellEnd"/>
      <w:r w:rsidRPr="00FD345D">
        <w:rPr>
          <w:rFonts w:ascii="Calibri" w:hAnsi="Calibri" w:cs="Calibri"/>
        </w:rPr>
        <w:t xml:space="preserve"> no </w:t>
      </w:r>
      <w:proofErr w:type="spellStart"/>
      <w:r w:rsidRPr="00FD345D">
        <w:rPr>
          <w:rFonts w:ascii="Calibri" w:hAnsi="Calibri" w:cs="Calibri"/>
        </w:rPr>
        <w:t>effect</w:t>
      </w:r>
      <w:proofErr w:type="spellEnd"/>
      <w:r w:rsidRPr="00FD345D">
        <w:rPr>
          <w:rFonts w:ascii="Calibri" w:hAnsi="Calibri" w:cs="Calibri"/>
        </w:rPr>
        <w:t xml:space="preserve"> (P &gt; 0.1).</w:t>
      </w:r>
    </w:p>
    <w:p w14:paraId="019AE162" w14:textId="77777777" w:rsidR="00D8292F" w:rsidRPr="00FD345D" w:rsidRDefault="00D8292F" w:rsidP="00FD345D">
      <w:pPr>
        <w:pStyle w:val="NormalnyWeb"/>
        <w:rPr>
          <w:rFonts w:ascii="Calibri" w:hAnsi="Calibri" w:cs="Calibri"/>
        </w:rPr>
      </w:pP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6"/>
        <w:gridCol w:w="474"/>
        <w:gridCol w:w="1674"/>
      </w:tblGrid>
      <w:tr w:rsidR="00290059" w:rsidRPr="00290059" w14:paraId="46FF2E77" w14:textId="77777777" w:rsidTr="00191237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40134D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proofErr w:type="spellStart"/>
            <w:r w:rsidRPr="00290059">
              <w:rPr>
                <w:rFonts w:ascii="Calibri" w:hAnsi="Calibri" w:cs="Calibri"/>
                <w:b/>
                <w:bCs/>
              </w:rPr>
              <w:t>Parameter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D5616F3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290059">
              <w:rPr>
                <w:rFonts w:ascii="Calibri" w:hAnsi="Calibri" w:cs="Calibri"/>
                <w:b/>
                <w:bCs/>
              </w:rPr>
              <w:t>Met</w:t>
            </w:r>
          </w:p>
        </w:tc>
        <w:tc>
          <w:tcPr>
            <w:tcW w:w="1629" w:type="dxa"/>
            <w:shd w:val="clear" w:color="auto" w:fill="D9D9D9" w:themeFill="background1" w:themeFillShade="D9"/>
            <w:vAlign w:val="center"/>
            <w:hideMark/>
          </w:tcPr>
          <w:p w14:paraId="0ABB1AC8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290059">
              <w:rPr>
                <w:rFonts w:ascii="Calibri" w:hAnsi="Calibri" w:cs="Calibri"/>
                <w:b/>
                <w:bCs/>
              </w:rPr>
              <w:t>p</w:t>
            </w:r>
          </w:p>
        </w:tc>
      </w:tr>
      <w:tr w:rsidR="00290059" w:rsidRPr="00290059" w14:paraId="65F2FD0B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673D5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 xml:space="preserve">Lower </w:t>
            </w:r>
            <w:proofErr w:type="spellStart"/>
            <w:r w:rsidRPr="00290059">
              <w:rPr>
                <w:rFonts w:ascii="Calibri" w:hAnsi="Calibri" w:cs="Calibri"/>
              </w:rPr>
              <w:t>pH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B67BBB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45B5AE78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&lt;0.01</w:t>
            </w:r>
          </w:p>
        </w:tc>
      </w:tr>
      <w:tr w:rsidR="00290059" w:rsidRPr="00290059" w14:paraId="3A18C679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28BD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 xml:space="preserve">Lower </w:t>
            </w:r>
            <w:proofErr w:type="spellStart"/>
            <w:r w:rsidRPr="00290059">
              <w:rPr>
                <w:rFonts w:ascii="Calibri" w:hAnsi="Calibri" w:cs="Calibri"/>
              </w:rPr>
              <w:t>ammoniacal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nitrogen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concentration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1B0F05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5C1C05D6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&lt;0.01</w:t>
            </w:r>
          </w:p>
        </w:tc>
      </w:tr>
      <w:tr w:rsidR="00290059" w:rsidRPr="00290059" w14:paraId="4275440D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2E0B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Higher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volatile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short-chain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fatty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acids</w:t>
            </w:r>
            <w:proofErr w:type="spellEnd"/>
            <w:r w:rsidRPr="00290059">
              <w:rPr>
                <w:rFonts w:ascii="Calibri" w:hAnsi="Calibri" w:cs="Calibri"/>
              </w:rPr>
              <w:t xml:space="preserve"> (SCFA)</w:t>
            </w:r>
          </w:p>
        </w:tc>
        <w:tc>
          <w:tcPr>
            <w:tcW w:w="0" w:type="auto"/>
            <w:vAlign w:val="center"/>
            <w:hideMark/>
          </w:tcPr>
          <w:p w14:paraId="2EF4386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6A25AD46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0.4</w:t>
            </w:r>
          </w:p>
        </w:tc>
      </w:tr>
      <w:tr w:rsidR="00290059" w:rsidRPr="00290059" w14:paraId="016A9373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C0769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Higher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butyric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acid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929730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1BBECA7B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0.5</w:t>
            </w:r>
          </w:p>
        </w:tc>
      </w:tr>
      <w:tr w:rsidR="00290059" w:rsidRPr="00290059" w14:paraId="5EFFDE66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7502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Higher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fermentation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gas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volume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BBF7C3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0F1CCD62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0.4</w:t>
            </w:r>
          </w:p>
        </w:tc>
      </w:tr>
      <w:tr w:rsidR="00290059" w:rsidRPr="00290059" w14:paraId="5ABD1B77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3D8E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Fecal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score</w:t>
            </w:r>
            <w:proofErr w:type="spellEnd"/>
            <w:r w:rsidRPr="00290059">
              <w:rPr>
                <w:rFonts w:ascii="Calibri" w:hAnsi="Calibri" w:cs="Calibri"/>
              </w:rPr>
              <w:t xml:space="preserve"> 4 </w:t>
            </w:r>
            <w:proofErr w:type="spellStart"/>
            <w:r w:rsidRPr="00290059">
              <w:rPr>
                <w:rFonts w:ascii="Calibri" w:hAnsi="Calibri" w:cs="Calibri"/>
              </w:rPr>
              <w:t>or</w:t>
            </w:r>
            <w:proofErr w:type="spellEnd"/>
            <w:r w:rsidRPr="00290059">
              <w:rPr>
                <w:rFonts w:ascii="Calibri" w:hAnsi="Calibri" w:cs="Calibri"/>
              </w:rPr>
              <w:t xml:space="preserve"> 4.5/5</w:t>
            </w:r>
          </w:p>
        </w:tc>
        <w:tc>
          <w:tcPr>
            <w:tcW w:w="0" w:type="auto"/>
            <w:vAlign w:val="center"/>
            <w:hideMark/>
          </w:tcPr>
          <w:p w14:paraId="43A5EF30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4FD5DE47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0.18</w:t>
            </w:r>
          </w:p>
        </w:tc>
      </w:tr>
      <w:tr w:rsidR="00290059" w:rsidRPr="00290059" w14:paraId="70D8E0BC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37D9F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Fecal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dry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matter</w:t>
            </w:r>
            <w:proofErr w:type="spellEnd"/>
            <w:r w:rsidRPr="00290059">
              <w:rPr>
                <w:rFonts w:ascii="Calibri" w:hAnsi="Calibri" w:cs="Calibri"/>
              </w:rPr>
              <w:t xml:space="preserve"> (DM) </w:t>
            </w:r>
            <w:proofErr w:type="spellStart"/>
            <w:r w:rsidRPr="00290059">
              <w:rPr>
                <w:rFonts w:ascii="Calibri" w:hAnsi="Calibri" w:cs="Calibri"/>
              </w:rPr>
              <w:t>within</w:t>
            </w:r>
            <w:proofErr w:type="spellEnd"/>
            <w:r w:rsidRPr="00290059">
              <w:rPr>
                <w:rFonts w:ascii="Calibri" w:hAnsi="Calibri" w:cs="Calibri"/>
              </w:rPr>
              <w:t xml:space="preserve"> 35–45%</w:t>
            </w:r>
          </w:p>
        </w:tc>
        <w:tc>
          <w:tcPr>
            <w:tcW w:w="0" w:type="auto"/>
            <w:vAlign w:val="center"/>
            <w:hideMark/>
          </w:tcPr>
          <w:p w14:paraId="03870AF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6EBD57A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&lt;0.01</w:t>
            </w:r>
          </w:p>
        </w:tc>
      </w:tr>
      <w:tr w:rsidR="00290059" w:rsidRPr="00290059" w14:paraId="2BB20FA4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26D5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Excreted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feces</w:t>
            </w:r>
            <w:proofErr w:type="spellEnd"/>
            <w:r w:rsidRPr="00290059">
              <w:rPr>
                <w:rFonts w:ascii="Calibri" w:hAnsi="Calibri" w:cs="Calibri"/>
              </w:rPr>
              <w:t xml:space="preserve"> 40–60 g per 100 g of </w:t>
            </w:r>
            <w:proofErr w:type="spellStart"/>
            <w:r w:rsidRPr="00290059">
              <w:rPr>
                <w:rFonts w:ascii="Calibri" w:hAnsi="Calibri" w:cs="Calibri"/>
              </w:rPr>
              <w:t>ingested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dietary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dry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matter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99120B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53562AB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P≤0.1</w:t>
            </w:r>
          </w:p>
        </w:tc>
      </w:tr>
      <w:tr w:rsidR="00290059" w:rsidRPr="00290059" w14:paraId="600CF433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0ED9E5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Apparent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digestibility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coefficients</w:t>
            </w:r>
            <w:proofErr w:type="spellEnd"/>
            <w:r w:rsidRPr="00290059">
              <w:rPr>
                <w:rFonts w:ascii="Calibri" w:hAnsi="Calibri" w:cs="Calibri"/>
              </w:rPr>
              <w:t xml:space="preserve"> (in vivo): DM 85–88%; </w:t>
            </w:r>
            <w:proofErr w:type="spellStart"/>
            <w:r w:rsidRPr="00290059">
              <w:rPr>
                <w:rFonts w:ascii="Calibri" w:hAnsi="Calibri" w:cs="Calibri"/>
              </w:rPr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protein 80–90%; </w:t>
            </w:r>
            <w:proofErr w:type="spellStart"/>
            <w:r w:rsidRPr="00290059">
              <w:rPr>
                <w:rFonts w:ascii="Calibri" w:hAnsi="Calibri" w:cs="Calibri"/>
              </w:rPr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fat</w:t>
            </w:r>
            <w:proofErr w:type="spellEnd"/>
            <w:r w:rsidRPr="00290059">
              <w:rPr>
                <w:rFonts w:ascii="Calibri" w:hAnsi="Calibri" w:cs="Calibri"/>
              </w:rPr>
              <w:t xml:space="preserve"> &gt;90%</w:t>
            </w:r>
          </w:p>
        </w:tc>
        <w:tc>
          <w:tcPr>
            <w:tcW w:w="0" w:type="auto"/>
            <w:vAlign w:val="center"/>
            <w:hideMark/>
          </w:tcPr>
          <w:p w14:paraId="79CA25CB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5B18C366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 xml:space="preserve">No </w:t>
            </w:r>
            <w:proofErr w:type="spellStart"/>
            <w:r w:rsidRPr="00290059">
              <w:rPr>
                <w:rFonts w:ascii="Calibri" w:hAnsi="Calibri" w:cs="Calibri"/>
              </w:rPr>
              <w:t>effect</w:t>
            </w:r>
            <w:proofErr w:type="spellEnd"/>
          </w:p>
        </w:tc>
      </w:tr>
      <w:tr w:rsidR="00290059" w:rsidRPr="00290059" w14:paraId="72DA657B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0121B1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Palatability</w:t>
            </w:r>
            <w:proofErr w:type="spellEnd"/>
            <w:r w:rsidRPr="00290059">
              <w:rPr>
                <w:rFonts w:ascii="Calibri" w:hAnsi="Calibri" w:cs="Calibri"/>
              </w:rPr>
              <w:t xml:space="preserve">: &gt;80% </w:t>
            </w:r>
            <w:proofErr w:type="spellStart"/>
            <w:r w:rsidRPr="00290059">
              <w:rPr>
                <w:rFonts w:ascii="Calibri" w:hAnsi="Calibri" w:cs="Calibri"/>
              </w:rPr>
              <w:t>intake</w:t>
            </w:r>
            <w:proofErr w:type="spellEnd"/>
            <w:r w:rsidRPr="00290059">
              <w:rPr>
                <w:rFonts w:ascii="Calibri" w:hAnsi="Calibri" w:cs="Calibri"/>
              </w:rPr>
              <w:t xml:space="preserve"> of the </w:t>
            </w:r>
            <w:proofErr w:type="spellStart"/>
            <w:r w:rsidRPr="00290059">
              <w:rPr>
                <w:rFonts w:ascii="Calibri" w:hAnsi="Calibri" w:cs="Calibri"/>
              </w:rPr>
              <w:t>offered</w:t>
            </w:r>
            <w:proofErr w:type="spellEnd"/>
            <w:r w:rsidRPr="00290059">
              <w:rPr>
                <w:rFonts w:ascii="Calibri" w:hAnsi="Calibri" w:cs="Calibri"/>
              </w:rPr>
              <w:t xml:space="preserve"> blend</w:t>
            </w:r>
          </w:p>
        </w:tc>
        <w:tc>
          <w:tcPr>
            <w:tcW w:w="0" w:type="auto"/>
            <w:vAlign w:val="center"/>
            <w:hideMark/>
          </w:tcPr>
          <w:p w14:paraId="027662FD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12C035B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 xml:space="preserve">100% </w:t>
            </w:r>
            <w:proofErr w:type="spellStart"/>
            <w:r w:rsidRPr="00290059">
              <w:rPr>
                <w:rFonts w:ascii="Calibri" w:hAnsi="Calibri" w:cs="Calibri"/>
              </w:rPr>
              <w:t>intake</w:t>
            </w:r>
            <w:proofErr w:type="spellEnd"/>
          </w:p>
        </w:tc>
      </w:tr>
      <w:tr w:rsidR="00290059" w:rsidRPr="00290059" w14:paraId="428D31BF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41E03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 xml:space="preserve">Lower TNF-α and </w:t>
            </w:r>
            <w:proofErr w:type="spellStart"/>
            <w:r w:rsidRPr="00290059">
              <w:rPr>
                <w:rFonts w:ascii="Calibri" w:hAnsi="Calibri" w:cs="Calibri"/>
              </w:rPr>
              <w:t>IgG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B03C85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Yes</w:t>
            </w:r>
            <w:proofErr w:type="spellEnd"/>
          </w:p>
        </w:tc>
        <w:tc>
          <w:tcPr>
            <w:tcW w:w="1629" w:type="dxa"/>
            <w:vAlign w:val="center"/>
            <w:hideMark/>
          </w:tcPr>
          <w:p w14:paraId="580E959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0.5 and 0.8</w:t>
            </w:r>
          </w:p>
        </w:tc>
      </w:tr>
    </w:tbl>
    <w:p w14:paraId="5FB42809" w14:textId="77777777" w:rsidR="00FD345D" w:rsidRPr="001C43BA" w:rsidRDefault="00FD345D">
      <w:pPr>
        <w:pStyle w:val="NormalnyWeb"/>
        <w:rPr>
          <w:rFonts w:ascii="Calibri" w:hAnsi="Calibri" w:cs="Calibri"/>
        </w:rPr>
      </w:pPr>
    </w:p>
    <w:p w14:paraId="3B4F9703" w14:textId="77777777" w:rsidR="00290059" w:rsidRPr="00290059" w:rsidRDefault="00290059" w:rsidP="00290059">
      <w:pPr>
        <w:pStyle w:val="NormalnyWeb"/>
        <w:rPr>
          <w:rFonts w:ascii="Calibri" w:hAnsi="Calibri" w:cs="Calibri"/>
          <w:b/>
          <w:bCs/>
        </w:rPr>
      </w:pPr>
      <w:proofErr w:type="spellStart"/>
      <w:r w:rsidRPr="00290059">
        <w:rPr>
          <w:rFonts w:ascii="Calibri" w:hAnsi="Calibri" w:cs="Calibri"/>
          <w:b/>
          <w:bCs/>
        </w:rPr>
        <w:t>Chemical</w:t>
      </w:r>
      <w:proofErr w:type="spellEnd"/>
      <w:r w:rsidRPr="00290059">
        <w:rPr>
          <w:rFonts w:ascii="Calibri" w:hAnsi="Calibri" w:cs="Calibri"/>
          <w:b/>
          <w:bCs/>
        </w:rPr>
        <w:t xml:space="preserve"> </w:t>
      </w:r>
      <w:proofErr w:type="spellStart"/>
      <w:r w:rsidRPr="00290059">
        <w:rPr>
          <w:rFonts w:ascii="Calibri" w:hAnsi="Calibri" w:cs="Calibri"/>
          <w:b/>
          <w:bCs/>
        </w:rPr>
        <w:t>analysis</w:t>
      </w:r>
      <w:proofErr w:type="spellEnd"/>
      <w:r w:rsidRPr="00290059">
        <w:rPr>
          <w:rFonts w:ascii="Calibri" w:hAnsi="Calibri" w:cs="Calibri"/>
          <w:b/>
          <w:bCs/>
        </w:rPr>
        <w:t xml:space="preserve"> and </w:t>
      </w:r>
      <w:proofErr w:type="spellStart"/>
      <w:r w:rsidRPr="00290059">
        <w:rPr>
          <w:rFonts w:ascii="Calibri" w:hAnsi="Calibri" w:cs="Calibri"/>
          <w:b/>
          <w:bCs/>
        </w:rPr>
        <w:t>intake</w:t>
      </w:r>
      <w:proofErr w:type="spellEnd"/>
    </w:p>
    <w:p w14:paraId="77612D8C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r w:rsidRPr="00290059">
        <w:rPr>
          <w:rFonts w:ascii="Calibri" w:hAnsi="Calibri" w:cs="Calibri"/>
        </w:rPr>
        <w:t xml:space="preserve">The </w:t>
      </w:r>
      <w:proofErr w:type="spellStart"/>
      <w:r w:rsidRPr="00290059">
        <w:rPr>
          <w:rFonts w:ascii="Calibri" w:hAnsi="Calibri" w:cs="Calibri"/>
        </w:rPr>
        <w:t>chemical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analysis</w:t>
      </w:r>
      <w:proofErr w:type="spellEnd"/>
      <w:r w:rsidRPr="00290059">
        <w:rPr>
          <w:rFonts w:ascii="Calibri" w:hAnsi="Calibri" w:cs="Calibri"/>
        </w:rPr>
        <w:t xml:space="preserve"> of the MPU </w:t>
      </w:r>
      <w:proofErr w:type="spellStart"/>
      <w:r w:rsidRPr="00290059">
        <w:rPr>
          <w:rFonts w:ascii="Calibri" w:hAnsi="Calibri" w:cs="Calibri"/>
        </w:rPr>
        <w:t>showed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similar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contents</w:t>
      </w:r>
      <w:proofErr w:type="spellEnd"/>
      <w:r w:rsidRPr="00290059">
        <w:rPr>
          <w:rFonts w:ascii="Calibri" w:hAnsi="Calibri" w:cs="Calibri"/>
        </w:rPr>
        <w:t xml:space="preserve"> of major </w:t>
      </w:r>
      <w:proofErr w:type="spellStart"/>
      <w:r w:rsidRPr="00290059">
        <w:rPr>
          <w:rFonts w:ascii="Calibri" w:hAnsi="Calibri" w:cs="Calibri"/>
        </w:rPr>
        <w:t>nutrients</w:t>
      </w:r>
      <w:proofErr w:type="spellEnd"/>
      <w:r w:rsidRPr="00290059">
        <w:rPr>
          <w:rFonts w:ascii="Calibri" w:hAnsi="Calibri" w:cs="Calibri"/>
        </w:rPr>
        <w:t xml:space="preserve">; </w:t>
      </w:r>
      <w:proofErr w:type="spellStart"/>
      <w:r w:rsidRPr="00290059">
        <w:rPr>
          <w:rFonts w:ascii="Calibri" w:hAnsi="Calibri" w:cs="Calibri"/>
        </w:rPr>
        <w:t>however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differences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were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noted</w:t>
      </w:r>
      <w:proofErr w:type="spellEnd"/>
      <w:r w:rsidRPr="00290059">
        <w:rPr>
          <w:rFonts w:ascii="Calibri" w:hAnsi="Calibri" w:cs="Calibri"/>
        </w:rPr>
        <w:t xml:space="preserve"> in protein, NDF/NSP and UA </w:t>
      </w:r>
      <w:proofErr w:type="spellStart"/>
      <w:r w:rsidRPr="00290059">
        <w:rPr>
          <w:rFonts w:ascii="Calibri" w:hAnsi="Calibri" w:cs="Calibri"/>
        </w:rPr>
        <w:t>contents</w:t>
      </w:r>
      <w:proofErr w:type="spellEnd"/>
      <w:r w:rsidRPr="00290059">
        <w:rPr>
          <w:rFonts w:ascii="Calibri" w:hAnsi="Calibri" w:cs="Calibri"/>
        </w:rPr>
        <w:t xml:space="preserve">. The </w:t>
      </w:r>
      <w:proofErr w:type="spellStart"/>
      <w:r w:rsidRPr="00290059">
        <w:rPr>
          <w:rFonts w:ascii="Calibri" w:hAnsi="Calibri" w:cs="Calibri"/>
        </w:rPr>
        <w:t>soft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chew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had</w:t>
      </w:r>
      <w:proofErr w:type="spellEnd"/>
      <w:r w:rsidRPr="00290059">
        <w:rPr>
          <w:rFonts w:ascii="Calibri" w:hAnsi="Calibri" w:cs="Calibri"/>
        </w:rPr>
        <w:t xml:space="preserve"> a </w:t>
      </w:r>
      <w:proofErr w:type="spellStart"/>
      <w:r w:rsidRPr="00290059">
        <w:rPr>
          <w:rFonts w:ascii="Calibri" w:hAnsi="Calibri" w:cs="Calibri"/>
        </w:rPr>
        <w:t>higher</w:t>
      </w:r>
      <w:proofErr w:type="spellEnd"/>
      <w:r w:rsidRPr="00290059">
        <w:rPr>
          <w:rFonts w:ascii="Calibri" w:hAnsi="Calibri" w:cs="Calibri"/>
        </w:rPr>
        <w:t xml:space="preserve"> protein </w:t>
      </w:r>
      <w:proofErr w:type="spellStart"/>
      <w:r w:rsidRPr="00290059">
        <w:rPr>
          <w:rFonts w:ascii="Calibri" w:hAnsi="Calibri" w:cs="Calibri"/>
        </w:rPr>
        <w:t>content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which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resulted</w:t>
      </w:r>
      <w:proofErr w:type="spellEnd"/>
      <w:r w:rsidRPr="00290059">
        <w:rPr>
          <w:rFonts w:ascii="Calibri" w:hAnsi="Calibri" w:cs="Calibri"/>
        </w:rPr>
        <w:t xml:space="preserve"> from the </w:t>
      </w:r>
      <w:proofErr w:type="spellStart"/>
      <w:r w:rsidRPr="00290059">
        <w:rPr>
          <w:rFonts w:ascii="Calibri" w:hAnsi="Calibri" w:cs="Calibri"/>
        </w:rPr>
        <w:t>inclusion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gelatin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its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formulation</w:t>
      </w:r>
      <w:proofErr w:type="spellEnd"/>
      <w:r w:rsidRPr="00290059">
        <w:rPr>
          <w:rFonts w:ascii="Calibri" w:hAnsi="Calibri" w:cs="Calibri"/>
        </w:rPr>
        <w:t xml:space="preserve">. The </w:t>
      </w:r>
      <w:proofErr w:type="spellStart"/>
      <w:r w:rsidRPr="00290059">
        <w:rPr>
          <w:rFonts w:ascii="Calibri" w:hAnsi="Calibri" w:cs="Calibri"/>
        </w:rPr>
        <w:t>pellet</w:t>
      </w:r>
      <w:proofErr w:type="spellEnd"/>
      <w:r w:rsidRPr="00290059">
        <w:rPr>
          <w:rFonts w:ascii="Calibri" w:hAnsi="Calibri" w:cs="Calibri"/>
        </w:rPr>
        <w:t xml:space="preserve">, in </w:t>
      </w:r>
      <w:proofErr w:type="spellStart"/>
      <w:r w:rsidRPr="00290059">
        <w:rPr>
          <w:rFonts w:ascii="Calibri" w:hAnsi="Calibri" w:cs="Calibri"/>
        </w:rPr>
        <w:t>turn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had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higher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levels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fiber</w:t>
      </w:r>
      <w:proofErr w:type="spellEnd"/>
      <w:r w:rsidRPr="00290059">
        <w:rPr>
          <w:rFonts w:ascii="Calibri" w:hAnsi="Calibri" w:cs="Calibri"/>
        </w:rPr>
        <w:t xml:space="preserve">, NDF/NSP and </w:t>
      </w:r>
      <w:proofErr w:type="spellStart"/>
      <w:r w:rsidRPr="00290059">
        <w:rPr>
          <w:rFonts w:ascii="Calibri" w:hAnsi="Calibri" w:cs="Calibri"/>
        </w:rPr>
        <w:t>uronic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acids</w:t>
      </w:r>
      <w:proofErr w:type="spellEnd"/>
      <w:r w:rsidRPr="00290059">
        <w:rPr>
          <w:rFonts w:ascii="Calibri" w:hAnsi="Calibri" w:cs="Calibri"/>
        </w:rPr>
        <w:t xml:space="preserve"> (UA).</w:t>
      </w:r>
    </w:p>
    <w:p w14:paraId="661D3D6E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proofErr w:type="spellStart"/>
      <w:r w:rsidRPr="00290059">
        <w:rPr>
          <w:rFonts w:ascii="Calibri" w:hAnsi="Calibri" w:cs="Calibri"/>
        </w:rPr>
        <w:t>Maintenance</w:t>
      </w:r>
      <w:proofErr w:type="spellEnd"/>
      <w:r w:rsidRPr="00290059">
        <w:rPr>
          <w:rFonts w:ascii="Calibri" w:hAnsi="Calibri" w:cs="Calibri"/>
        </w:rPr>
        <w:t xml:space="preserve">-diet </w:t>
      </w:r>
      <w:proofErr w:type="spellStart"/>
      <w:r w:rsidRPr="00290059">
        <w:rPr>
          <w:rFonts w:ascii="Calibri" w:hAnsi="Calibri" w:cs="Calibri"/>
        </w:rPr>
        <w:t>intake</w:t>
      </w:r>
      <w:proofErr w:type="spellEnd"/>
      <w:r w:rsidRPr="00290059">
        <w:rPr>
          <w:rFonts w:ascii="Calibri" w:hAnsi="Calibri" w:cs="Calibri"/>
        </w:rPr>
        <w:t xml:space="preserve"> by the </w:t>
      </w:r>
      <w:proofErr w:type="spellStart"/>
      <w:r w:rsidRPr="00290059">
        <w:rPr>
          <w:rFonts w:ascii="Calibri" w:hAnsi="Calibri" w:cs="Calibri"/>
        </w:rPr>
        <w:t>dogs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did</w:t>
      </w:r>
      <w:proofErr w:type="spellEnd"/>
      <w:r w:rsidRPr="00290059">
        <w:rPr>
          <w:rFonts w:ascii="Calibri" w:hAnsi="Calibri" w:cs="Calibri"/>
        </w:rPr>
        <w:t xml:space="preserve"> not </w:t>
      </w:r>
      <w:proofErr w:type="spellStart"/>
      <w:r w:rsidRPr="00290059">
        <w:rPr>
          <w:rFonts w:ascii="Calibri" w:hAnsi="Calibri" w:cs="Calibri"/>
        </w:rPr>
        <w:t>differ</w:t>
      </w:r>
      <w:proofErr w:type="spellEnd"/>
      <w:r w:rsidRPr="00290059">
        <w:rPr>
          <w:rFonts w:ascii="Calibri" w:hAnsi="Calibri" w:cs="Calibri"/>
        </w:rPr>
        <w:t xml:space="preserve">. The MPU </w:t>
      </w:r>
      <w:proofErr w:type="spellStart"/>
      <w:r w:rsidRPr="00290059">
        <w:rPr>
          <w:rFonts w:ascii="Calibri" w:hAnsi="Calibri" w:cs="Calibri"/>
        </w:rPr>
        <w:t>additive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did</w:t>
      </w:r>
      <w:proofErr w:type="spellEnd"/>
      <w:r w:rsidRPr="00290059">
        <w:rPr>
          <w:rFonts w:ascii="Calibri" w:hAnsi="Calibri" w:cs="Calibri"/>
        </w:rPr>
        <w:t xml:space="preserve"> not </w:t>
      </w:r>
      <w:proofErr w:type="spellStart"/>
      <w:r w:rsidRPr="00290059">
        <w:rPr>
          <w:rFonts w:ascii="Calibri" w:hAnsi="Calibri" w:cs="Calibri"/>
        </w:rPr>
        <w:t>affect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total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ration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intake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or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intake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basic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nutrients</w:t>
      </w:r>
      <w:proofErr w:type="spellEnd"/>
      <w:r w:rsidRPr="00290059">
        <w:rPr>
          <w:rFonts w:ascii="Calibri" w:hAnsi="Calibri" w:cs="Calibri"/>
        </w:rPr>
        <w:t xml:space="preserve">. The MPU </w:t>
      </w:r>
      <w:proofErr w:type="spellStart"/>
      <w:r w:rsidRPr="00290059">
        <w:rPr>
          <w:rFonts w:ascii="Calibri" w:hAnsi="Calibri" w:cs="Calibri"/>
        </w:rPr>
        <w:t>additive</w:t>
      </w:r>
      <w:proofErr w:type="spellEnd"/>
      <w:r w:rsidRPr="00290059">
        <w:rPr>
          <w:rFonts w:ascii="Calibri" w:hAnsi="Calibri" w:cs="Calibri"/>
        </w:rPr>
        <w:t xml:space="preserve"> was </w:t>
      </w:r>
      <w:proofErr w:type="spellStart"/>
      <w:r w:rsidRPr="00290059">
        <w:rPr>
          <w:rFonts w:ascii="Calibri" w:hAnsi="Calibri" w:cs="Calibri"/>
        </w:rPr>
        <w:t>consumed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entirely</w:t>
      </w:r>
      <w:proofErr w:type="spellEnd"/>
      <w:r w:rsidRPr="00290059">
        <w:rPr>
          <w:rFonts w:ascii="Calibri" w:hAnsi="Calibri" w:cs="Calibri"/>
        </w:rPr>
        <w:t xml:space="preserve"> in the </w:t>
      </w:r>
      <w:proofErr w:type="spellStart"/>
      <w:r w:rsidRPr="00290059">
        <w:rPr>
          <w:rFonts w:ascii="Calibri" w:hAnsi="Calibri" w:cs="Calibri"/>
        </w:rPr>
        <w:t>offered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portion</w:t>
      </w:r>
      <w:proofErr w:type="spellEnd"/>
      <w:r w:rsidRPr="00290059">
        <w:rPr>
          <w:rFonts w:ascii="Calibri" w:hAnsi="Calibri" w:cs="Calibri"/>
        </w:rPr>
        <w:t xml:space="preserve">, i.e., </w:t>
      </w:r>
      <w:proofErr w:type="spellStart"/>
      <w:r w:rsidRPr="00290059">
        <w:rPr>
          <w:rFonts w:ascii="Calibri" w:hAnsi="Calibri" w:cs="Calibri"/>
        </w:rPr>
        <w:t>it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achieved</w:t>
      </w:r>
      <w:proofErr w:type="spellEnd"/>
      <w:r w:rsidRPr="00290059">
        <w:rPr>
          <w:rFonts w:ascii="Calibri" w:hAnsi="Calibri" w:cs="Calibri"/>
        </w:rPr>
        <w:t xml:space="preserve"> 100% </w:t>
      </w:r>
      <w:proofErr w:type="spellStart"/>
      <w:r w:rsidRPr="00290059">
        <w:rPr>
          <w:rFonts w:ascii="Calibri" w:hAnsi="Calibri" w:cs="Calibri"/>
        </w:rPr>
        <w:t>intake</w:t>
      </w:r>
      <w:proofErr w:type="spellEnd"/>
      <w:r w:rsidRPr="00290059">
        <w:rPr>
          <w:rFonts w:ascii="Calibri" w:hAnsi="Calibri" w:cs="Calibri"/>
        </w:rPr>
        <w:t>.</w:t>
      </w:r>
    </w:p>
    <w:p w14:paraId="0ACAA29F" w14:textId="77777777" w:rsidR="00290059" w:rsidRPr="00290059" w:rsidRDefault="00290059" w:rsidP="00290059">
      <w:pPr>
        <w:pStyle w:val="NormalnyWeb"/>
        <w:rPr>
          <w:rFonts w:ascii="Calibri" w:hAnsi="Calibri" w:cs="Calibri"/>
          <w:b/>
          <w:bCs/>
        </w:rPr>
      </w:pPr>
      <w:proofErr w:type="spellStart"/>
      <w:r w:rsidRPr="00290059">
        <w:rPr>
          <w:rFonts w:ascii="Calibri" w:hAnsi="Calibri" w:cs="Calibri"/>
          <w:b/>
          <w:bCs/>
        </w:rPr>
        <w:t>Fecal</w:t>
      </w:r>
      <w:proofErr w:type="spellEnd"/>
      <w:r w:rsidRPr="00290059">
        <w:rPr>
          <w:rFonts w:ascii="Calibri" w:hAnsi="Calibri" w:cs="Calibri"/>
          <w:b/>
          <w:bCs/>
        </w:rPr>
        <w:t xml:space="preserve"> </w:t>
      </w:r>
      <w:proofErr w:type="spellStart"/>
      <w:r w:rsidRPr="00290059">
        <w:rPr>
          <w:rFonts w:ascii="Calibri" w:hAnsi="Calibri" w:cs="Calibri"/>
          <w:b/>
          <w:bCs/>
        </w:rPr>
        <w:t>quality</w:t>
      </w:r>
      <w:proofErr w:type="spellEnd"/>
      <w:r w:rsidRPr="00290059">
        <w:rPr>
          <w:rFonts w:ascii="Calibri" w:hAnsi="Calibri" w:cs="Calibri"/>
          <w:b/>
          <w:bCs/>
        </w:rPr>
        <w:t xml:space="preserve"> and </w:t>
      </w:r>
      <w:proofErr w:type="spellStart"/>
      <w:r w:rsidRPr="00290059">
        <w:rPr>
          <w:rFonts w:ascii="Calibri" w:hAnsi="Calibri" w:cs="Calibri"/>
          <w:b/>
          <w:bCs/>
        </w:rPr>
        <w:t>digestibility</w:t>
      </w:r>
      <w:proofErr w:type="spellEnd"/>
    </w:p>
    <w:p w14:paraId="1ACD5254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proofErr w:type="spellStart"/>
      <w:r w:rsidRPr="00290059">
        <w:rPr>
          <w:rFonts w:ascii="Calibri" w:hAnsi="Calibri" w:cs="Calibri"/>
        </w:rPr>
        <w:t>Considering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score</w:t>
      </w:r>
      <w:proofErr w:type="spellEnd"/>
      <w:r w:rsidRPr="00290059">
        <w:rPr>
          <w:rFonts w:ascii="Calibri" w:hAnsi="Calibri" w:cs="Calibri"/>
        </w:rPr>
        <w:t>, the MPU—</w:t>
      </w:r>
      <w:proofErr w:type="spellStart"/>
      <w:r w:rsidRPr="00290059">
        <w:rPr>
          <w:rFonts w:ascii="Calibri" w:hAnsi="Calibri" w:cs="Calibri"/>
        </w:rPr>
        <w:t>regardless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its</w:t>
      </w:r>
      <w:proofErr w:type="spellEnd"/>
      <w:r w:rsidRPr="00290059">
        <w:rPr>
          <w:rFonts w:ascii="Calibri" w:hAnsi="Calibri" w:cs="Calibri"/>
        </w:rPr>
        <w:t xml:space="preserve"> form—</w:t>
      </w:r>
      <w:proofErr w:type="spellStart"/>
      <w:r w:rsidRPr="00290059">
        <w:rPr>
          <w:rFonts w:ascii="Calibri" w:hAnsi="Calibri" w:cs="Calibri"/>
        </w:rPr>
        <w:t>raised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score</w:t>
      </w:r>
      <w:proofErr w:type="spellEnd"/>
      <w:r w:rsidRPr="00290059">
        <w:rPr>
          <w:rFonts w:ascii="Calibri" w:hAnsi="Calibri" w:cs="Calibri"/>
        </w:rPr>
        <w:t xml:space="preserve"> from </w:t>
      </w:r>
      <w:proofErr w:type="spellStart"/>
      <w:r w:rsidRPr="00290059">
        <w:rPr>
          <w:rFonts w:ascii="Calibri" w:hAnsi="Calibri" w:cs="Calibri"/>
        </w:rPr>
        <w:t>an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average</w:t>
      </w:r>
      <w:proofErr w:type="spellEnd"/>
      <w:r w:rsidRPr="00290059">
        <w:rPr>
          <w:rFonts w:ascii="Calibri" w:hAnsi="Calibri" w:cs="Calibri"/>
        </w:rPr>
        <w:t xml:space="preserve"> of 3.9 to 4.8. </w:t>
      </w:r>
      <w:proofErr w:type="spellStart"/>
      <w:r w:rsidRPr="00290059">
        <w:rPr>
          <w:rFonts w:ascii="Calibri" w:hAnsi="Calibri" w:cs="Calibri"/>
        </w:rPr>
        <w:t>This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corroborated</w:t>
      </w:r>
      <w:proofErr w:type="spellEnd"/>
      <w:r w:rsidRPr="00290059">
        <w:rPr>
          <w:rFonts w:ascii="Calibri" w:hAnsi="Calibri" w:cs="Calibri"/>
        </w:rPr>
        <w:t xml:space="preserve"> by </w:t>
      </w:r>
      <w:proofErr w:type="spellStart"/>
      <w:r w:rsidRPr="00290059">
        <w:rPr>
          <w:rFonts w:ascii="Calibri" w:hAnsi="Calibri" w:cs="Calibri"/>
        </w:rPr>
        <w:t>fecal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dry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matter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which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increased</w:t>
      </w:r>
      <w:proofErr w:type="spellEnd"/>
      <w:r w:rsidRPr="00290059">
        <w:rPr>
          <w:rFonts w:ascii="Calibri" w:hAnsi="Calibri" w:cs="Calibri"/>
        </w:rPr>
        <w:t xml:space="preserve"> on </w:t>
      </w:r>
      <w:proofErr w:type="spellStart"/>
      <w:r w:rsidRPr="00290059">
        <w:rPr>
          <w:rFonts w:ascii="Calibri" w:hAnsi="Calibri" w:cs="Calibri"/>
        </w:rPr>
        <w:t>average</w:t>
      </w:r>
      <w:proofErr w:type="spellEnd"/>
      <w:r w:rsidRPr="00290059">
        <w:rPr>
          <w:rFonts w:ascii="Calibri" w:hAnsi="Calibri" w:cs="Calibri"/>
        </w:rPr>
        <w:t xml:space="preserve"> from 31–33% to 34%.</w:t>
      </w:r>
    </w:p>
    <w:p w14:paraId="51DC2C91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r w:rsidRPr="00290059">
        <w:rPr>
          <w:rFonts w:ascii="Calibri" w:hAnsi="Calibri" w:cs="Calibri"/>
        </w:rPr>
        <w:lastRenderedPageBreak/>
        <w:t xml:space="preserve">The MPU </w:t>
      </w:r>
      <w:proofErr w:type="spellStart"/>
      <w:r w:rsidRPr="00290059">
        <w:rPr>
          <w:rFonts w:ascii="Calibri" w:hAnsi="Calibri" w:cs="Calibri"/>
        </w:rPr>
        <w:t>did</w:t>
      </w:r>
      <w:proofErr w:type="spellEnd"/>
      <w:r w:rsidRPr="00290059">
        <w:rPr>
          <w:rFonts w:ascii="Calibri" w:hAnsi="Calibri" w:cs="Calibri"/>
        </w:rPr>
        <w:t xml:space="preserve"> not </w:t>
      </w:r>
      <w:proofErr w:type="spellStart"/>
      <w:r w:rsidRPr="00290059">
        <w:rPr>
          <w:rFonts w:ascii="Calibri" w:hAnsi="Calibri" w:cs="Calibri"/>
        </w:rPr>
        <w:t>materially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affect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apparent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coefficients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nutrients</w:t>
      </w:r>
      <w:proofErr w:type="spellEnd"/>
      <w:r w:rsidRPr="00290059">
        <w:rPr>
          <w:rFonts w:ascii="Calibri" w:hAnsi="Calibri" w:cs="Calibri"/>
        </w:rPr>
        <w:t xml:space="preserve">. For </w:t>
      </w:r>
      <w:proofErr w:type="spellStart"/>
      <w:r w:rsidRPr="00290059">
        <w:rPr>
          <w:rFonts w:ascii="Calibri" w:hAnsi="Calibri" w:cs="Calibri"/>
        </w:rPr>
        <w:t>dry-matter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values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were</w:t>
      </w:r>
      <w:proofErr w:type="spellEnd"/>
      <w:r w:rsidRPr="00290059">
        <w:rPr>
          <w:rFonts w:ascii="Calibri" w:hAnsi="Calibri" w:cs="Calibri"/>
        </w:rPr>
        <w:t xml:space="preserve"> ~3 </w:t>
      </w:r>
      <w:proofErr w:type="spellStart"/>
      <w:r w:rsidRPr="00290059">
        <w:rPr>
          <w:rFonts w:ascii="Calibri" w:hAnsi="Calibri" w:cs="Calibri"/>
        </w:rPr>
        <w:t>percentage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points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lower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after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using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pellet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whereas</w:t>
      </w:r>
      <w:proofErr w:type="spellEnd"/>
      <w:r w:rsidRPr="00290059">
        <w:rPr>
          <w:rFonts w:ascii="Calibri" w:hAnsi="Calibri" w:cs="Calibri"/>
        </w:rPr>
        <w:t xml:space="preserve"> no </w:t>
      </w:r>
      <w:proofErr w:type="spellStart"/>
      <w:r w:rsidRPr="00290059">
        <w:rPr>
          <w:rFonts w:ascii="Calibri" w:hAnsi="Calibri" w:cs="Calibri"/>
        </w:rPr>
        <w:t>reduction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dry-matter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 was </w:t>
      </w:r>
      <w:proofErr w:type="spellStart"/>
      <w:r w:rsidRPr="00290059">
        <w:rPr>
          <w:rFonts w:ascii="Calibri" w:hAnsi="Calibri" w:cs="Calibri"/>
        </w:rPr>
        <w:t>observed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after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using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soft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chew</w:t>
      </w:r>
      <w:proofErr w:type="spellEnd"/>
      <w:r w:rsidRPr="00290059">
        <w:rPr>
          <w:rFonts w:ascii="Calibri" w:hAnsi="Calibri" w:cs="Calibri"/>
        </w:rPr>
        <w:t xml:space="preserve">. </w:t>
      </w:r>
      <w:proofErr w:type="spellStart"/>
      <w:r w:rsidRPr="00290059">
        <w:rPr>
          <w:rFonts w:ascii="Calibri" w:hAnsi="Calibri" w:cs="Calibri"/>
        </w:rPr>
        <w:t>Similar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tendencies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were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observed</w:t>
      </w:r>
      <w:proofErr w:type="spellEnd"/>
      <w:r w:rsidRPr="00290059">
        <w:rPr>
          <w:rFonts w:ascii="Calibri" w:hAnsi="Calibri" w:cs="Calibri"/>
        </w:rPr>
        <w:t xml:space="preserve"> for protein </w:t>
      </w:r>
      <w:proofErr w:type="spellStart"/>
      <w:r w:rsidRPr="00290059">
        <w:rPr>
          <w:rFonts w:ascii="Calibri" w:hAnsi="Calibri" w:cs="Calibri"/>
        </w:rPr>
        <w:t>digestion</w:t>
      </w:r>
      <w:proofErr w:type="spellEnd"/>
      <w:r w:rsidRPr="00290059">
        <w:rPr>
          <w:rFonts w:ascii="Calibri" w:hAnsi="Calibri" w:cs="Calibri"/>
        </w:rPr>
        <w:t xml:space="preserve">. In </w:t>
      </w:r>
      <w:proofErr w:type="spellStart"/>
      <w:r w:rsidRPr="00290059">
        <w:rPr>
          <w:rFonts w:ascii="Calibri" w:hAnsi="Calibri" w:cs="Calibri"/>
        </w:rPr>
        <w:t>contrast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fat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coefficients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were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higher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after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administering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both</w:t>
      </w:r>
      <w:proofErr w:type="spellEnd"/>
      <w:r w:rsidRPr="00290059">
        <w:rPr>
          <w:rFonts w:ascii="Calibri" w:hAnsi="Calibri" w:cs="Calibri"/>
        </w:rPr>
        <w:t xml:space="preserve"> MPU </w:t>
      </w:r>
      <w:proofErr w:type="spellStart"/>
      <w:r w:rsidRPr="00290059">
        <w:rPr>
          <w:rFonts w:ascii="Calibri" w:hAnsi="Calibri" w:cs="Calibri"/>
        </w:rPr>
        <w:t>forms</w:t>
      </w:r>
      <w:proofErr w:type="spellEnd"/>
      <w:r w:rsidRPr="00290059">
        <w:rPr>
          <w:rFonts w:ascii="Calibri" w:hAnsi="Calibri" w:cs="Calibri"/>
        </w:rPr>
        <w:t>.</w:t>
      </w:r>
    </w:p>
    <w:p w14:paraId="06A69E88" w14:textId="77777777" w:rsidR="00290059" w:rsidRPr="00290059" w:rsidRDefault="00290059" w:rsidP="00290059">
      <w:pPr>
        <w:pStyle w:val="NormalnyWeb"/>
        <w:rPr>
          <w:rFonts w:ascii="Calibri" w:hAnsi="Calibri" w:cs="Calibri"/>
          <w:b/>
          <w:bCs/>
        </w:rPr>
      </w:pPr>
      <w:r w:rsidRPr="00290059">
        <w:rPr>
          <w:rFonts w:ascii="Calibri" w:hAnsi="Calibri" w:cs="Calibri"/>
          <w:b/>
          <w:bCs/>
        </w:rPr>
        <w:t xml:space="preserve">In vitro </w:t>
      </w:r>
      <w:proofErr w:type="spellStart"/>
      <w:r w:rsidRPr="00290059">
        <w:rPr>
          <w:rFonts w:ascii="Calibri" w:hAnsi="Calibri" w:cs="Calibri"/>
          <w:b/>
          <w:bCs/>
        </w:rPr>
        <w:t>fermentation</w:t>
      </w:r>
      <w:proofErr w:type="spellEnd"/>
      <w:r w:rsidRPr="00290059">
        <w:rPr>
          <w:rFonts w:ascii="Calibri" w:hAnsi="Calibri" w:cs="Calibri"/>
          <w:b/>
          <w:bCs/>
        </w:rPr>
        <w:t xml:space="preserve"> (</w:t>
      </w:r>
      <w:proofErr w:type="spellStart"/>
      <w:r w:rsidRPr="00290059">
        <w:rPr>
          <w:rFonts w:ascii="Calibri" w:hAnsi="Calibri" w:cs="Calibri"/>
          <w:b/>
          <w:bCs/>
        </w:rPr>
        <w:t>gas</w:t>
      </w:r>
      <w:proofErr w:type="spellEnd"/>
      <w:r w:rsidRPr="00290059">
        <w:rPr>
          <w:rFonts w:ascii="Calibri" w:hAnsi="Calibri" w:cs="Calibri"/>
          <w:b/>
          <w:bCs/>
        </w:rPr>
        <w:t xml:space="preserve"> test)</w:t>
      </w:r>
    </w:p>
    <w:p w14:paraId="411C7171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r w:rsidRPr="00290059">
        <w:rPr>
          <w:rFonts w:ascii="Calibri" w:hAnsi="Calibri" w:cs="Calibri"/>
        </w:rPr>
        <w:t xml:space="preserve">The MPU </w:t>
      </w:r>
      <w:proofErr w:type="spellStart"/>
      <w:r w:rsidRPr="00290059">
        <w:rPr>
          <w:rFonts w:ascii="Calibri" w:hAnsi="Calibri" w:cs="Calibri"/>
        </w:rPr>
        <w:t>lowered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pH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canine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inoculum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compared</w:t>
      </w:r>
      <w:proofErr w:type="spellEnd"/>
      <w:r w:rsidRPr="00290059">
        <w:rPr>
          <w:rFonts w:ascii="Calibri" w:hAnsi="Calibri" w:cs="Calibri"/>
        </w:rPr>
        <w:t xml:space="preserve"> with the </w:t>
      </w:r>
      <w:proofErr w:type="spellStart"/>
      <w:r w:rsidRPr="00290059">
        <w:rPr>
          <w:rFonts w:ascii="Calibri" w:hAnsi="Calibri" w:cs="Calibri"/>
        </w:rPr>
        <w:t>control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without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additive</w:t>
      </w:r>
      <w:proofErr w:type="spellEnd"/>
      <w:r w:rsidRPr="00290059">
        <w:rPr>
          <w:rFonts w:ascii="Calibri" w:hAnsi="Calibri" w:cs="Calibri"/>
        </w:rPr>
        <w:t xml:space="preserve">. </w:t>
      </w:r>
      <w:proofErr w:type="spellStart"/>
      <w:r w:rsidRPr="00290059">
        <w:rPr>
          <w:rFonts w:ascii="Calibri" w:hAnsi="Calibri" w:cs="Calibri"/>
        </w:rPr>
        <w:t>Increased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production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fermentation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gases</w:t>
      </w:r>
      <w:proofErr w:type="spellEnd"/>
      <w:r w:rsidRPr="00290059">
        <w:rPr>
          <w:rFonts w:ascii="Calibri" w:hAnsi="Calibri" w:cs="Calibri"/>
        </w:rPr>
        <w:t xml:space="preserve"> was </w:t>
      </w:r>
      <w:proofErr w:type="spellStart"/>
      <w:r w:rsidRPr="00290059">
        <w:rPr>
          <w:rFonts w:ascii="Calibri" w:hAnsi="Calibri" w:cs="Calibri"/>
        </w:rPr>
        <w:t>observed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after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administering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both</w:t>
      </w:r>
      <w:proofErr w:type="spellEnd"/>
      <w:r w:rsidRPr="00290059">
        <w:rPr>
          <w:rFonts w:ascii="Calibri" w:hAnsi="Calibri" w:cs="Calibri"/>
        </w:rPr>
        <w:t xml:space="preserve"> MPU </w:t>
      </w:r>
      <w:proofErr w:type="spellStart"/>
      <w:r w:rsidRPr="00290059">
        <w:rPr>
          <w:rFonts w:ascii="Calibri" w:hAnsi="Calibri" w:cs="Calibri"/>
        </w:rPr>
        <w:t>forms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relative</w:t>
      </w:r>
      <w:proofErr w:type="spellEnd"/>
      <w:r w:rsidRPr="00290059">
        <w:rPr>
          <w:rFonts w:ascii="Calibri" w:hAnsi="Calibri" w:cs="Calibri"/>
        </w:rPr>
        <w:t xml:space="preserve"> to the </w:t>
      </w:r>
      <w:proofErr w:type="spellStart"/>
      <w:r w:rsidRPr="00290059">
        <w:rPr>
          <w:rFonts w:ascii="Calibri" w:hAnsi="Calibri" w:cs="Calibri"/>
        </w:rPr>
        <w:t>control</w:t>
      </w:r>
      <w:proofErr w:type="spellEnd"/>
      <w:r w:rsidRPr="00290059">
        <w:rPr>
          <w:rFonts w:ascii="Calibri" w:hAnsi="Calibri" w:cs="Calibri"/>
        </w:rPr>
        <w:t xml:space="preserve">; </w:t>
      </w:r>
      <w:proofErr w:type="spellStart"/>
      <w:r w:rsidRPr="00290059">
        <w:rPr>
          <w:rFonts w:ascii="Calibri" w:hAnsi="Calibri" w:cs="Calibri"/>
        </w:rPr>
        <w:t>however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gas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production</w:t>
      </w:r>
      <w:proofErr w:type="spellEnd"/>
      <w:r w:rsidRPr="00290059">
        <w:rPr>
          <w:rFonts w:ascii="Calibri" w:hAnsi="Calibri" w:cs="Calibri"/>
        </w:rPr>
        <w:t xml:space="preserve"> was </w:t>
      </w:r>
      <w:proofErr w:type="spellStart"/>
      <w:r w:rsidRPr="00290059">
        <w:rPr>
          <w:rFonts w:ascii="Calibri" w:hAnsi="Calibri" w:cs="Calibri"/>
        </w:rPr>
        <w:t>several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percent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higher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dogs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receiving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pellet</w:t>
      </w:r>
      <w:proofErr w:type="spellEnd"/>
      <w:r w:rsidRPr="00290059">
        <w:rPr>
          <w:rFonts w:ascii="Calibri" w:hAnsi="Calibri" w:cs="Calibri"/>
        </w:rPr>
        <w:t>.</w:t>
      </w:r>
    </w:p>
    <w:p w14:paraId="7B38D211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r w:rsidRPr="00290059">
        <w:rPr>
          <w:rFonts w:ascii="Calibri" w:hAnsi="Calibri" w:cs="Calibri"/>
        </w:rPr>
        <w:t xml:space="preserve">A </w:t>
      </w:r>
      <w:proofErr w:type="spellStart"/>
      <w:r w:rsidRPr="00290059">
        <w:rPr>
          <w:rFonts w:ascii="Calibri" w:hAnsi="Calibri" w:cs="Calibri"/>
        </w:rPr>
        <w:t>reduced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level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ammoniacal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nitrogen</w:t>
      </w:r>
      <w:proofErr w:type="spellEnd"/>
      <w:r w:rsidRPr="00290059">
        <w:rPr>
          <w:rFonts w:ascii="Calibri" w:hAnsi="Calibri" w:cs="Calibri"/>
        </w:rPr>
        <w:t xml:space="preserve"> was </w:t>
      </w:r>
      <w:proofErr w:type="spellStart"/>
      <w:r w:rsidRPr="00290059">
        <w:rPr>
          <w:rFonts w:ascii="Calibri" w:hAnsi="Calibri" w:cs="Calibri"/>
        </w:rPr>
        <w:t>observed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dogs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receiving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pellet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while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production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volatile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fatty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acids</w:t>
      </w:r>
      <w:proofErr w:type="spellEnd"/>
      <w:r w:rsidRPr="00290059">
        <w:rPr>
          <w:rFonts w:ascii="Calibri" w:hAnsi="Calibri" w:cs="Calibri"/>
        </w:rPr>
        <w:t xml:space="preserve"> (VFA) was </w:t>
      </w:r>
      <w:proofErr w:type="spellStart"/>
      <w:r w:rsidRPr="00290059">
        <w:rPr>
          <w:rFonts w:ascii="Calibri" w:hAnsi="Calibri" w:cs="Calibri"/>
        </w:rPr>
        <w:t>higher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this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group</w:t>
      </w:r>
      <w:proofErr w:type="spellEnd"/>
      <w:r w:rsidRPr="00290059">
        <w:rPr>
          <w:rFonts w:ascii="Calibri" w:hAnsi="Calibri" w:cs="Calibri"/>
        </w:rPr>
        <w:t xml:space="preserve">. </w:t>
      </w:r>
      <w:proofErr w:type="spellStart"/>
      <w:r w:rsidRPr="00290059">
        <w:rPr>
          <w:rFonts w:ascii="Calibri" w:hAnsi="Calibri" w:cs="Calibri"/>
        </w:rPr>
        <w:t>This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effect</w:t>
      </w:r>
      <w:proofErr w:type="spellEnd"/>
      <w:r w:rsidRPr="00290059">
        <w:rPr>
          <w:rFonts w:ascii="Calibri" w:hAnsi="Calibri" w:cs="Calibri"/>
        </w:rPr>
        <w:t xml:space="preserve"> was not </w:t>
      </w:r>
      <w:proofErr w:type="spellStart"/>
      <w:r w:rsidRPr="00290059">
        <w:rPr>
          <w:rFonts w:ascii="Calibri" w:hAnsi="Calibri" w:cs="Calibri"/>
        </w:rPr>
        <w:t>observed</w:t>
      </w:r>
      <w:proofErr w:type="spellEnd"/>
      <w:r w:rsidRPr="00290059">
        <w:rPr>
          <w:rFonts w:ascii="Calibri" w:hAnsi="Calibri" w:cs="Calibri"/>
        </w:rPr>
        <w:t xml:space="preserve"> with the </w:t>
      </w:r>
      <w:proofErr w:type="spellStart"/>
      <w:r w:rsidRPr="00290059">
        <w:rPr>
          <w:rFonts w:ascii="Calibri" w:hAnsi="Calibri" w:cs="Calibri"/>
        </w:rPr>
        <w:t>soft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chew</w:t>
      </w:r>
      <w:proofErr w:type="spellEnd"/>
      <w:r w:rsidRPr="00290059">
        <w:rPr>
          <w:rFonts w:ascii="Calibri" w:hAnsi="Calibri" w:cs="Calibri"/>
        </w:rPr>
        <w:t xml:space="preserve">. </w:t>
      </w:r>
      <w:proofErr w:type="spellStart"/>
      <w:r w:rsidRPr="00290059">
        <w:rPr>
          <w:rFonts w:ascii="Calibri" w:hAnsi="Calibri" w:cs="Calibri"/>
        </w:rPr>
        <w:t>Production</w:t>
      </w:r>
      <w:proofErr w:type="spellEnd"/>
      <w:r w:rsidRPr="00290059">
        <w:rPr>
          <w:rFonts w:ascii="Calibri" w:hAnsi="Calibri" w:cs="Calibri"/>
        </w:rPr>
        <w:t xml:space="preserve"> of N-NH₃ was </w:t>
      </w:r>
      <w:proofErr w:type="spellStart"/>
      <w:r w:rsidRPr="00290059">
        <w:rPr>
          <w:rFonts w:ascii="Calibri" w:hAnsi="Calibri" w:cs="Calibri"/>
        </w:rPr>
        <w:t>higher</w:t>
      </w:r>
      <w:proofErr w:type="spellEnd"/>
      <w:r w:rsidRPr="00290059">
        <w:rPr>
          <w:rFonts w:ascii="Calibri" w:hAnsi="Calibri" w:cs="Calibri"/>
        </w:rPr>
        <w:t xml:space="preserve"> with the </w:t>
      </w:r>
      <w:proofErr w:type="spellStart"/>
      <w:r w:rsidRPr="00290059">
        <w:rPr>
          <w:rFonts w:ascii="Calibri" w:hAnsi="Calibri" w:cs="Calibri"/>
        </w:rPr>
        <w:t>soft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chew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whereas</w:t>
      </w:r>
      <w:proofErr w:type="spellEnd"/>
      <w:r w:rsidRPr="00290059">
        <w:rPr>
          <w:rFonts w:ascii="Calibri" w:hAnsi="Calibri" w:cs="Calibri"/>
        </w:rPr>
        <w:t xml:space="preserve"> VFA </w:t>
      </w:r>
      <w:proofErr w:type="spellStart"/>
      <w:r w:rsidRPr="00290059">
        <w:rPr>
          <w:rFonts w:ascii="Calibri" w:hAnsi="Calibri" w:cs="Calibri"/>
        </w:rPr>
        <w:t>production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remained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at</w:t>
      </w:r>
      <w:proofErr w:type="spellEnd"/>
      <w:r w:rsidRPr="00290059">
        <w:rPr>
          <w:rFonts w:ascii="Calibri" w:hAnsi="Calibri" w:cs="Calibri"/>
        </w:rPr>
        <w:t xml:space="preserve"> a </w:t>
      </w:r>
      <w:proofErr w:type="spellStart"/>
      <w:r w:rsidRPr="00290059">
        <w:rPr>
          <w:rFonts w:ascii="Calibri" w:hAnsi="Calibri" w:cs="Calibri"/>
        </w:rPr>
        <w:t>level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similar</w:t>
      </w:r>
      <w:proofErr w:type="spellEnd"/>
      <w:r w:rsidRPr="00290059">
        <w:rPr>
          <w:rFonts w:ascii="Calibri" w:hAnsi="Calibri" w:cs="Calibri"/>
        </w:rPr>
        <w:t xml:space="preserve"> to the </w:t>
      </w:r>
      <w:proofErr w:type="spellStart"/>
      <w:r w:rsidRPr="00290059">
        <w:rPr>
          <w:rFonts w:ascii="Calibri" w:hAnsi="Calibri" w:cs="Calibri"/>
        </w:rPr>
        <w:t>pre-supplementation</w:t>
      </w:r>
      <w:proofErr w:type="spellEnd"/>
      <w:r w:rsidRPr="00290059">
        <w:rPr>
          <w:rFonts w:ascii="Calibri" w:hAnsi="Calibri" w:cs="Calibri"/>
        </w:rPr>
        <w:t xml:space="preserve"> period. </w:t>
      </w:r>
      <w:proofErr w:type="spellStart"/>
      <w:r w:rsidRPr="00290059">
        <w:rPr>
          <w:rFonts w:ascii="Calibri" w:hAnsi="Calibri" w:cs="Calibri"/>
        </w:rPr>
        <w:t>Gas-production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kinetics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likewise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indicated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greater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hourly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increases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during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fermentation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after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administering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pellet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compared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both</w:t>
      </w:r>
      <w:proofErr w:type="spellEnd"/>
      <w:r w:rsidRPr="00290059">
        <w:rPr>
          <w:rFonts w:ascii="Calibri" w:hAnsi="Calibri" w:cs="Calibri"/>
        </w:rPr>
        <w:t xml:space="preserve"> with the </w:t>
      </w:r>
      <w:proofErr w:type="spellStart"/>
      <w:r w:rsidRPr="00290059">
        <w:rPr>
          <w:rFonts w:ascii="Calibri" w:hAnsi="Calibri" w:cs="Calibri"/>
        </w:rPr>
        <w:t>control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group</w:t>
      </w:r>
      <w:proofErr w:type="spellEnd"/>
      <w:r w:rsidRPr="00290059">
        <w:rPr>
          <w:rFonts w:ascii="Calibri" w:hAnsi="Calibri" w:cs="Calibri"/>
        </w:rPr>
        <w:t xml:space="preserve"> and with the </w:t>
      </w:r>
      <w:proofErr w:type="spellStart"/>
      <w:r w:rsidRPr="00290059">
        <w:rPr>
          <w:rFonts w:ascii="Calibri" w:hAnsi="Calibri" w:cs="Calibri"/>
        </w:rPr>
        <w:t>soft-chew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group</w:t>
      </w:r>
      <w:proofErr w:type="spellEnd"/>
      <w:r w:rsidRPr="00290059">
        <w:rPr>
          <w:rFonts w:ascii="Calibri" w:hAnsi="Calibri" w:cs="Calibri"/>
        </w:rPr>
        <w:t>.</w:t>
      </w:r>
    </w:p>
    <w:p w14:paraId="4DDFC418" w14:textId="77777777" w:rsidR="00290059" w:rsidRPr="00290059" w:rsidRDefault="00290059" w:rsidP="00290059">
      <w:pPr>
        <w:pStyle w:val="NormalnyWeb"/>
        <w:rPr>
          <w:rFonts w:ascii="Calibri" w:hAnsi="Calibri" w:cs="Calibri"/>
          <w:b/>
          <w:bCs/>
        </w:rPr>
      </w:pPr>
      <w:r w:rsidRPr="00290059">
        <w:rPr>
          <w:rFonts w:ascii="Calibri" w:hAnsi="Calibri" w:cs="Calibri"/>
          <w:b/>
          <w:bCs/>
        </w:rPr>
        <w:t xml:space="preserve">Blood </w:t>
      </w:r>
      <w:proofErr w:type="spellStart"/>
      <w:r w:rsidRPr="00290059">
        <w:rPr>
          <w:rFonts w:ascii="Calibri" w:hAnsi="Calibri" w:cs="Calibri"/>
          <w:b/>
          <w:bCs/>
        </w:rPr>
        <w:t>parameters</w:t>
      </w:r>
      <w:proofErr w:type="spellEnd"/>
    </w:p>
    <w:p w14:paraId="1C72B88B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r w:rsidRPr="00290059">
        <w:rPr>
          <w:rFonts w:ascii="Calibri" w:hAnsi="Calibri" w:cs="Calibri"/>
        </w:rPr>
        <w:t xml:space="preserve">Blood test </w:t>
      </w:r>
      <w:proofErr w:type="spellStart"/>
      <w:r w:rsidRPr="00290059">
        <w:rPr>
          <w:rFonts w:ascii="Calibri" w:hAnsi="Calibri" w:cs="Calibri"/>
        </w:rPr>
        <w:t>results</w:t>
      </w:r>
      <w:proofErr w:type="spellEnd"/>
      <w:r w:rsidRPr="00290059">
        <w:rPr>
          <w:rFonts w:ascii="Calibri" w:hAnsi="Calibri" w:cs="Calibri"/>
        </w:rPr>
        <w:t xml:space="preserve"> for </w:t>
      </w:r>
      <w:proofErr w:type="spellStart"/>
      <w:r w:rsidRPr="00290059">
        <w:rPr>
          <w:rFonts w:ascii="Calibri" w:hAnsi="Calibri" w:cs="Calibri"/>
        </w:rPr>
        <w:t>all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dogs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were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within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physiological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ranges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both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before</w:t>
      </w:r>
      <w:proofErr w:type="spellEnd"/>
      <w:r w:rsidRPr="00290059">
        <w:rPr>
          <w:rFonts w:ascii="Calibri" w:hAnsi="Calibri" w:cs="Calibri"/>
        </w:rPr>
        <w:t xml:space="preserve"> and </w:t>
      </w:r>
      <w:proofErr w:type="spellStart"/>
      <w:r w:rsidRPr="00290059">
        <w:rPr>
          <w:rFonts w:ascii="Calibri" w:hAnsi="Calibri" w:cs="Calibri"/>
        </w:rPr>
        <w:t>after</w:t>
      </w:r>
      <w:proofErr w:type="spellEnd"/>
      <w:r w:rsidRPr="00290059">
        <w:rPr>
          <w:rFonts w:ascii="Calibri" w:hAnsi="Calibri" w:cs="Calibri"/>
        </w:rPr>
        <w:t xml:space="preserve"> MPU </w:t>
      </w:r>
      <w:proofErr w:type="spellStart"/>
      <w:r w:rsidRPr="00290059">
        <w:rPr>
          <w:rFonts w:ascii="Calibri" w:hAnsi="Calibri" w:cs="Calibri"/>
        </w:rPr>
        <w:t>administration</w:t>
      </w:r>
      <w:proofErr w:type="spellEnd"/>
      <w:r w:rsidRPr="00290059">
        <w:rPr>
          <w:rFonts w:ascii="Calibri" w:hAnsi="Calibri" w:cs="Calibri"/>
        </w:rPr>
        <w:t xml:space="preserve">. </w:t>
      </w:r>
      <w:proofErr w:type="spellStart"/>
      <w:r w:rsidRPr="00290059">
        <w:rPr>
          <w:rFonts w:ascii="Calibri" w:hAnsi="Calibri" w:cs="Calibri"/>
        </w:rPr>
        <w:t>Nevertheless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favorable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changes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were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noted</w:t>
      </w:r>
      <w:proofErr w:type="spellEnd"/>
      <w:r w:rsidRPr="00290059">
        <w:rPr>
          <w:rFonts w:ascii="Calibri" w:hAnsi="Calibri" w:cs="Calibri"/>
        </w:rPr>
        <w:t xml:space="preserve"> for </w:t>
      </w:r>
      <w:proofErr w:type="spellStart"/>
      <w:r w:rsidRPr="00290059">
        <w:rPr>
          <w:rFonts w:ascii="Calibri" w:hAnsi="Calibri" w:cs="Calibri"/>
        </w:rPr>
        <w:t>some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parameters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after</w:t>
      </w:r>
      <w:proofErr w:type="spellEnd"/>
      <w:r w:rsidRPr="00290059">
        <w:rPr>
          <w:rFonts w:ascii="Calibri" w:hAnsi="Calibri" w:cs="Calibri"/>
        </w:rPr>
        <w:t xml:space="preserve"> MPU, for </w:t>
      </w:r>
      <w:proofErr w:type="spellStart"/>
      <w:r w:rsidRPr="00290059">
        <w:rPr>
          <w:rFonts w:ascii="Calibri" w:hAnsi="Calibri" w:cs="Calibri"/>
        </w:rPr>
        <w:t>both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forms</w:t>
      </w:r>
      <w:proofErr w:type="spellEnd"/>
      <w:r w:rsidRPr="00290059">
        <w:rPr>
          <w:rFonts w:ascii="Calibri" w:hAnsi="Calibri" w:cs="Calibri"/>
        </w:rPr>
        <w:t xml:space="preserve">. A </w:t>
      </w:r>
      <w:proofErr w:type="spellStart"/>
      <w:r w:rsidRPr="00290059">
        <w:rPr>
          <w:rFonts w:ascii="Calibri" w:hAnsi="Calibri" w:cs="Calibri"/>
        </w:rPr>
        <w:t>beneficial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reduction</w:t>
      </w:r>
      <w:proofErr w:type="spellEnd"/>
      <w:r w:rsidRPr="00290059">
        <w:rPr>
          <w:rFonts w:ascii="Calibri" w:hAnsi="Calibri" w:cs="Calibri"/>
        </w:rPr>
        <w:t xml:space="preserve"> in TNF-α was </w:t>
      </w:r>
      <w:proofErr w:type="spellStart"/>
      <w:r w:rsidRPr="00290059">
        <w:rPr>
          <w:rFonts w:ascii="Calibri" w:hAnsi="Calibri" w:cs="Calibri"/>
        </w:rPr>
        <w:t>observed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after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using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pellet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whereas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such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effect</w:t>
      </w:r>
      <w:proofErr w:type="spellEnd"/>
      <w:r w:rsidRPr="00290059">
        <w:rPr>
          <w:rFonts w:ascii="Calibri" w:hAnsi="Calibri" w:cs="Calibri"/>
        </w:rPr>
        <w:t xml:space="preserve"> was not </w:t>
      </w:r>
      <w:proofErr w:type="spellStart"/>
      <w:r w:rsidRPr="00290059">
        <w:rPr>
          <w:rFonts w:ascii="Calibri" w:hAnsi="Calibri" w:cs="Calibri"/>
        </w:rPr>
        <w:t>seen</w:t>
      </w:r>
      <w:proofErr w:type="spellEnd"/>
      <w:r w:rsidRPr="00290059">
        <w:rPr>
          <w:rFonts w:ascii="Calibri" w:hAnsi="Calibri" w:cs="Calibri"/>
        </w:rPr>
        <w:t xml:space="preserve"> for </w:t>
      </w:r>
      <w:proofErr w:type="spellStart"/>
      <w:r w:rsidRPr="00290059">
        <w:rPr>
          <w:rFonts w:ascii="Calibri" w:hAnsi="Calibri" w:cs="Calibri"/>
        </w:rPr>
        <w:t>IgG</w:t>
      </w:r>
      <w:proofErr w:type="spellEnd"/>
      <w:r w:rsidRPr="00290059">
        <w:rPr>
          <w:rFonts w:ascii="Calibri" w:hAnsi="Calibri" w:cs="Calibri"/>
        </w:rPr>
        <w:t xml:space="preserve">. </w:t>
      </w:r>
      <w:proofErr w:type="spellStart"/>
      <w:r w:rsidRPr="00290059">
        <w:rPr>
          <w:rFonts w:ascii="Calibri" w:hAnsi="Calibri" w:cs="Calibri"/>
        </w:rPr>
        <w:t>Conversely</w:t>
      </w:r>
      <w:proofErr w:type="spellEnd"/>
      <w:r w:rsidRPr="00290059">
        <w:rPr>
          <w:rFonts w:ascii="Calibri" w:hAnsi="Calibri" w:cs="Calibri"/>
        </w:rPr>
        <w:t xml:space="preserve">, a </w:t>
      </w:r>
      <w:proofErr w:type="spellStart"/>
      <w:r w:rsidRPr="00290059">
        <w:rPr>
          <w:rFonts w:ascii="Calibri" w:hAnsi="Calibri" w:cs="Calibri"/>
        </w:rPr>
        <w:t>slight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decrease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IgG</w:t>
      </w:r>
      <w:proofErr w:type="spellEnd"/>
      <w:r w:rsidRPr="00290059">
        <w:rPr>
          <w:rFonts w:ascii="Calibri" w:hAnsi="Calibri" w:cs="Calibri"/>
        </w:rPr>
        <w:t xml:space="preserve"> was </w:t>
      </w:r>
      <w:proofErr w:type="spellStart"/>
      <w:r w:rsidRPr="00290059">
        <w:rPr>
          <w:rFonts w:ascii="Calibri" w:hAnsi="Calibri" w:cs="Calibri"/>
        </w:rPr>
        <w:t>noted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after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using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soft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chew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while</w:t>
      </w:r>
      <w:proofErr w:type="spellEnd"/>
      <w:r w:rsidRPr="00290059">
        <w:rPr>
          <w:rFonts w:ascii="Calibri" w:hAnsi="Calibri" w:cs="Calibri"/>
        </w:rPr>
        <w:t xml:space="preserve"> no </w:t>
      </w:r>
      <w:proofErr w:type="spellStart"/>
      <w:r w:rsidRPr="00290059">
        <w:rPr>
          <w:rFonts w:ascii="Calibri" w:hAnsi="Calibri" w:cs="Calibri"/>
        </w:rPr>
        <w:t>such</w:t>
      </w:r>
      <w:proofErr w:type="spellEnd"/>
      <w:r w:rsidRPr="00290059">
        <w:rPr>
          <w:rFonts w:ascii="Calibri" w:hAnsi="Calibri" w:cs="Calibri"/>
        </w:rPr>
        <w:t xml:space="preserve"> trend was </w:t>
      </w:r>
      <w:proofErr w:type="spellStart"/>
      <w:r w:rsidRPr="00290059">
        <w:rPr>
          <w:rFonts w:ascii="Calibri" w:hAnsi="Calibri" w:cs="Calibri"/>
        </w:rPr>
        <w:t>observed</w:t>
      </w:r>
      <w:proofErr w:type="spellEnd"/>
      <w:r w:rsidRPr="00290059">
        <w:rPr>
          <w:rFonts w:ascii="Calibri" w:hAnsi="Calibri" w:cs="Calibri"/>
        </w:rPr>
        <w:t xml:space="preserve"> for TNF-α.</w:t>
      </w:r>
    </w:p>
    <w:p w14:paraId="781E6E94" w14:textId="2DC51D15" w:rsidR="00290059" w:rsidRPr="00290059" w:rsidRDefault="00290059" w:rsidP="00290059">
      <w:pPr>
        <w:pStyle w:val="NormalnyWeb"/>
        <w:rPr>
          <w:rFonts w:ascii="Calibri" w:hAnsi="Calibri" w:cs="Calibri"/>
        </w:rPr>
      </w:pPr>
    </w:p>
    <w:p w14:paraId="42852BE9" w14:textId="77777777" w:rsidR="00290059" w:rsidRPr="00290059" w:rsidRDefault="00290059" w:rsidP="00290059">
      <w:pPr>
        <w:pStyle w:val="NormalnyWeb"/>
        <w:rPr>
          <w:rFonts w:ascii="Calibri" w:hAnsi="Calibri" w:cs="Calibri"/>
          <w:b/>
          <w:bCs/>
        </w:rPr>
      </w:pPr>
      <w:proofErr w:type="spellStart"/>
      <w:r w:rsidRPr="00290059">
        <w:rPr>
          <w:rFonts w:ascii="Calibri" w:hAnsi="Calibri" w:cs="Calibri"/>
          <w:b/>
          <w:bCs/>
        </w:rPr>
        <w:t>Discussion</w:t>
      </w:r>
      <w:proofErr w:type="spellEnd"/>
      <w:r w:rsidRPr="00290059">
        <w:rPr>
          <w:rFonts w:ascii="Calibri" w:hAnsi="Calibri" w:cs="Calibri"/>
          <w:b/>
          <w:bCs/>
        </w:rPr>
        <w:t xml:space="preserve"> of </w:t>
      </w:r>
      <w:proofErr w:type="spellStart"/>
      <w:r w:rsidRPr="00290059">
        <w:rPr>
          <w:rFonts w:ascii="Calibri" w:hAnsi="Calibri" w:cs="Calibri"/>
          <w:b/>
          <w:bCs/>
        </w:rPr>
        <w:t>results</w:t>
      </w:r>
      <w:proofErr w:type="spellEnd"/>
    </w:p>
    <w:p w14:paraId="09F26523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r w:rsidRPr="00290059">
        <w:rPr>
          <w:rFonts w:ascii="Calibri" w:hAnsi="Calibri" w:cs="Calibri"/>
        </w:rPr>
        <w:t xml:space="preserve">The </w:t>
      </w:r>
      <w:proofErr w:type="spellStart"/>
      <w:r w:rsidRPr="00290059">
        <w:rPr>
          <w:rFonts w:ascii="Calibri" w:hAnsi="Calibri" w:cs="Calibri"/>
        </w:rPr>
        <w:t>findings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indicate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that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complementary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mixture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can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modulate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intestinal</w:t>
      </w:r>
      <w:proofErr w:type="spellEnd"/>
      <w:r w:rsidRPr="00290059">
        <w:rPr>
          <w:rFonts w:ascii="Calibri" w:hAnsi="Calibri" w:cs="Calibri"/>
        </w:rPr>
        <w:t xml:space="preserve"> environment in a </w:t>
      </w:r>
      <w:proofErr w:type="spellStart"/>
      <w:r w:rsidRPr="00290059">
        <w:rPr>
          <w:rFonts w:ascii="Calibri" w:hAnsi="Calibri" w:cs="Calibri"/>
        </w:rPr>
        <w:t>manner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beneficial</w:t>
      </w:r>
      <w:proofErr w:type="spellEnd"/>
      <w:r w:rsidRPr="00290059">
        <w:rPr>
          <w:rFonts w:ascii="Calibri" w:hAnsi="Calibri" w:cs="Calibri"/>
        </w:rPr>
        <w:t xml:space="preserve"> to the host, </w:t>
      </w:r>
      <w:proofErr w:type="spellStart"/>
      <w:r w:rsidRPr="00290059">
        <w:rPr>
          <w:rFonts w:ascii="Calibri" w:hAnsi="Calibri" w:cs="Calibri"/>
        </w:rPr>
        <w:t>without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reducing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core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nutrient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fractions</w:t>
      </w:r>
      <w:proofErr w:type="spellEnd"/>
      <w:r w:rsidRPr="00290059">
        <w:rPr>
          <w:rFonts w:ascii="Calibri" w:hAnsi="Calibri" w:cs="Calibri"/>
        </w:rPr>
        <w:t xml:space="preserve">. The </w:t>
      </w:r>
      <w:proofErr w:type="spellStart"/>
      <w:r w:rsidRPr="00290059">
        <w:rPr>
          <w:rFonts w:ascii="Calibri" w:hAnsi="Calibri" w:cs="Calibri"/>
        </w:rPr>
        <w:t>lack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differences</w:t>
      </w:r>
      <w:proofErr w:type="spellEnd"/>
      <w:r w:rsidRPr="00290059">
        <w:rPr>
          <w:rFonts w:ascii="Calibri" w:hAnsi="Calibri" w:cs="Calibri"/>
        </w:rPr>
        <w:t xml:space="preserve"> in DM, CP and </w:t>
      </w:r>
      <w:proofErr w:type="spellStart"/>
      <w:r w:rsidRPr="00290059">
        <w:rPr>
          <w:rFonts w:ascii="Calibri" w:hAnsi="Calibri" w:cs="Calibri"/>
        </w:rPr>
        <w:t>crude-fat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suggests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that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additive</w:t>
      </w:r>
      <w:proofErr w:type="spellEnd"/>
      <w:r w:rsidRPr="00290059">
        <w:rPr>
          <w:rFonts w:ascii="Calibri" w:hAnsi="Calibri" w:cs="Calibri"/>
        </w:rPr>
        <w:t xml:space="preserve"> was </w:t>
      </w:r>
      <w:proofErr w:type="spellStart"/>
      <w:r w:rsidRPr="00290059">
        <w:rPr>
          <w:rFonts w:ascii="Calibri" w:hAnsi="Calibri" w:cs="Calibri"/>
        </w:rPr>
        <w:t>dosed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levels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that</w:t>
      </w:r>
      <w:proofErr w:type="spellEnd"/>
      <w:r w:rsidRPr="00290059">
        <w:rPr>
          <w:rFonts w:ascii="Calibri" w:hAnsi="Calibri" w:cs="Calibri"/>
        </w:rPr>
        <w:t xml:space="preserve"> do not </w:t>
      </w:r>
      <w:proofErr w:type="spellStart"/>
      <w:r w:rsidRPr="00290059">
        <w:rPr>
          <w:rFonts w:ascii="Calibri" w:hAnsi="Calibri" w:cs="Calibri"/>
        </w:rPr>
        <w:t>disrupt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enzymatic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digestion</w:t>
      </w:r>
      <w:proofErr w:type="spellEnd"/>
      <w:r w:rsidRPr="00290059">
        <w:rPr>
          <w:rFonts w:ascii="Calibri" w:hAnsi="Calibri" w:cs="Calibri"/>
        </w:rPr>
        <w:t xml:space="preserve">. The </w:t>
      </w:r>
      <w:proofErr w:type="spellStart"/>
      <w:r w:rsidRPr="00290059">
        <w:rPr>
          <w:rFonts w:ascii="Calibri" w:hAnsi="Calibri" w:cs="Calibri"/>
        </w:rPr>
        <w:t>observed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pH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decrease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together</w:t>
      </w:r>
      <w:proofErr w:type="spellEnd"/>
      <w:r w:rsidRPr="00290059">
        <w:rPr>
          <w:rFonts w:ascii="Calibri" w:hAnsi="Calibri" w:cs="Calibri"/>
        </w:rPr>
        <w:t xml:space="preserve"> with </w:t>
      </w:r>
      <w:proofErr w:type="spellStart"/>
      <w:r w:rsidRPr="00290059">
        <w:rPr>
          <w:rFonts w:ascii="Calibri" w:hAnsi="Calibri" w:cs="Calibri"/>
        </w:rPr>
        <w:t>an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increase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total</w:t>
      </w:r>
      <w:proofErr w:type="spellEnd"/>
      <w:r w:rsidRPr="00290059">
        <w:rPr>
          <w:rFonts w:ascii="Calibri" w:hAnsi="Calibri" w:cs="Calibri"/>
        </w:rPr>
        <w:t xml:space="preserve"> SCFA in the in vitro model </w:t>
      </w:r>
      <w:proofErr w:type="spellStart"/>
      <w:r w:rsidRPr="00290059">
        <w:rPr>
          <w:rFonts w:ascii="Calibri" w:hAnsi="Calibri" w:cs="Calibri"/>
        </w:rPr>
        <w:t>points</w:t>
      </w:r>
      <w:proofErr w:type="spellEnd"/>
      <w:r w:rsidRPr="00290059">
        <w:rPr>
          <w:rFonts w:ascii="Calibri" w:hAnsi="Calibri" w:cs="Calibri"/>
        </w:rPr>
        <w:t xml:space="preserve"> to </w:t>
      </w:r>
      <w:proofErr w:type="spellStart"/>
      <w:r w:rsidRPr="00290059">
        <w:rPr>
          <w:rFonts w:ascii="Calibri" w:hAnsi="Calibri" w:cs="Calibri"/>
        </w:rPr>
        <w:t>intensified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saccharolytic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fermentation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consistent</w:t>
      </w:r>
      <w:proofErr w:type="spellEnd"/>
      <w:r w:rsidRPr="00290059">
        <w:rPr>
          <w:rFonts w:ascii="Calibri" w:hAnsi="Calibri" w:cs="Calibri"/>
        </w:rPr>
        <w:t xml:space="preserve"> with the </w:t>
      </w:r>
      <w:proofErr w:type="spellStart"/>
      <w:r w:rsidRPr="00290059">
        <w:rPr>
          <w:rFonts w:ascii="Calibri" w:hAnsi="Calibri" w:cs="Calibri"/>
        </w:rPr>
        <w:t>mechanisms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fructans</w:t>
      </w:r>
      <w:proofErr w:type="spellEnd"/>
      <w:r w:rsidRPr="00290059">
        <w:rPr>
          <w:rFonts w:ascii="Calibri" w:hAnsi="Calibri" w:cs="Calibri"/>
        </w:rPr>
        <w:t xml:space="preserve"> and </w:t>
      </w:r>
      <w:proofErr w:type="spellStart"/>
      <w:r w:rsidRPr="00290059">
        <w:rPr>
          <w:rFonts w:ascii="Calibri" w:hAnsi="Calibri" w:cs="Calibri"/>
        </w:rPr>
        <w:t>phytogenic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components</w:t>
      </w:r>
      <w:proofErr w:type="spellEnd"/>
      <w:r w:rsidRPr="00290059">
        <w:rPr>
          <w:rFonts w:ascii="Calibri" w:hAnsi="Calibri" w:cs="Calibri"/>
        </w:rPr>
        <w:t>.</w:t>
      </w:r>
    </w:p>
    <w:p w14:paraId="331E9AE0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proofErr w:type="spellStart"/>
      <w:r w:rsidRPr="00290059">
        <w:rPr>
          <w:rFonts w:ascii="Calibri" w:hAnsi="Calibri" w:cs="Calibri"/>
        </w:rPr>
        <w:lastRenderedPageBreak/>
        <w:t>Ammonia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reduction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may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result</w:t>
      </w:r>
      <w:proofErr w:type="spellEnd"/>
      <w:r w:rsidRPr="00290059">
        <w:rPr>
          <w:rFonts w:ascii="Calibri" w:hAnsi="Calibri" w:cs="Calibri"/>
        </w:rPr>
        <w:t xml:space="preserve"> from a </w:t>
      </w:r>
      <w:proofErr w:type="spellStart"/>
      <w:r w:rsidRPr="00290059">
        <w:rPr>
          <w:rFonts w:ascii="Calibri" w:hAnsi="Calibri" w:cs="Calibri"/>
        </w:rPr>
        <w:t>shift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fermentation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away</w:t>
      </w:r>
      <w:proofErr w:type="spellEnd"/>
      <w:r w:rsidRPr="00290059">
        <w:rPr>
          <w:rFonts w:ascii="Calibri" w:hAnsi="Calibri" w:cs="Calibri"/>
        </w:rPr>
        <w:t xml:space="preserve"> from </w:t>
      </w:r>
      <w:proofErr w:type="spellStart"/>
      <w:r w:rsidRPr="00290059">
        <w:rPr>
          <w:rFonts w:ascii="Calibri" w:hAnsi="Calibri" w:cs="Calibri"/>
        </w:rPr>
        <w:t>proteolysis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toward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utilization</w:t>
      </w:r>
      <w:proofErr w:type="spellEnd"/>
      <w:r w:rsidRPr="00290059">
        <w:rPr>
          <w:rFonts w:ascii="Calibri" w:hAnsi="Calibri" w:cs="Calibri"/>
        </w:rPr>
        <w:t xml:space="preserve"> of non-</w:t>
      </w:r>
      <w:proofErr w:type="spellStart"/>
      <w:r w:rsidRPr="00290059">
        <w:rPr>
          <w:rFonts w:ascii="Calibri" w:hAnsi="Calibri" w:cs="Calibri"/>
        </w:rPr>
        <w:t>digestible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carbohydrates</w:t>
      </w:r>
      <w:proofErr w:type="spellEnd"/>
      <w:r w:rsidRPr="00290059">
        <w:rPr>
          <w:rFonts w:ascii="Calibri" w:hAnsi="Calibri" w:cs="Calibri"/>
        </w:rPr>
        <w:t xml:space="preserve">, as </w:t>
      </w:r>
      <w:proofErr w:type="spellStart"/>
      <w:r w:rsidRPr="00290059">
        <w:rPr>
          <w:rFonts w:ascii="Calibri" w:hAnsi="Calibri" w:cs="Calibri"/>
        </w:rPr>
        <w:t>well</w:t>
      </w:r>
      <w:proofErr w:type="spellEnd"/>
      <w:r w:rsidRPr="00290059">
        <w:rPr>
          <w:rFonts w:ascii="Calibri" w:hAnsi="Calibri" w:cs="Calibri"/>
        </w:rPr>
        <w:t xml:space="preserve"> as from a </w:t>
      </w:r>
      <w:proofErr w:type="spellStart"/>
      <w:r w:rsidRPr="00290059">
        <w:rPr>
          <w:rFonts w:ascii="Calibri" w:hAnsi="Calibri" w:cs="Calibri"/>
        </w:rPr>
        <w:t>potential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sorptive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effect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mixture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components</w:t>
      </w:r>
      <w:proofErr w:type="spellEnd"/>
      <w:r w:rsidRPr="00290059">
        <w:rPr>
          <w:rFonts w:ascii="Calibri" w:hAnsi="Calibri" w:cs="Calibri"/>
        </w:rPr>
        <w:t xml:space="preserve">. From a </w:t>
      </w:r>
      <w:proofErr w:type="spellStart"/>
      <w:r w:rsidRPr="00290059">
        <w:rPr>
          <w:rFonts w:ascii="Calibri" w:hAnsi="Calibri" w:cs="Calibri"/>
        </w:rPr>
        <w:t>practical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feeding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standpoint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decreased</w:t>
      </w:r>
      <w:proofErr w:type="spellEnd"/>
      <w:r w:rsidRPr="00290059">
        <w:rPr>
          <w:rFonts w:ascii="Calibri" w:hAnsi="Calibri" w:cs="Calibri"/>
        </w:rPr>
        <w:t xml:space="preserve"> NH₃ and </w:t>
      </w:r>
      <w:proofErr w:type="spellStart"/>
      <w:r w:rsidRPr="00290059">
        <w:rPr>
          <w:rFonts w:ascii="Calibri" w:hAnsi="Calibri" w:cs="Calibri"/>
        </w:rPr>
        <w:t>stabilized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pH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may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translate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into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improved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intestinal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comfort</w:t>
      </w:r>
      <w:proofErr w:type="spellEnd"/>
      <w:r w:rsidRPr="00290059">
        <w:rPr>
          <w:rFonts w:ascii="Calibri" w:hAnsi="Calibri" w:cs="Calibri"/>
        </w:rPr>
        <w:t xml:space="preserve"> and </w:t>
      </w:r>
      <w:proofErr w:type="spellStart"/>
      <w:r w:rsidRPr="00290059">
        <w:rPr>
          <w:rFonts w:ascii="Calibri" w:hAnsi="Calibri" w:cs="Calibri"/>
        </w:rPr>
        <w:t>reduced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odor</w:t>
      </w:r>
      <w:proofErr w:type="spellEnd"/>
      <w:r w:rsidRPr="00290059">
        <w:rPr>
          <w:rFonts w:ascii="Calibri" w:hAnsi="Calibri" w:cs="Calibri"/>
        </w:rPr>
        <w:t xml:space="preserve">. </w:t>
      </w:r>
      <w:proofErr w:type="spellStart"/>
      <w:r w:rsidRPr="00290059">
        <w:rPr>
          <w:rFonts w:ascii="Calibri" w:hAnsi="Calibri" w:cs="Calibri"/>
        </w:rPr>
        <w:t>Maintenance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fecal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consistency</w:t>
      </w:r>
      <w:proofErr w:type="spellEnd"/>
      <w:r w:rsidRPr="00290059">
        <w:rPr>
          <w:rFonts w:ascii="Calibri" w:hAnsi="Calibri" w:cs="Calibri"/>
        </w:rPr>
        <w:t xml:space="preserve"> and </w:t>
      </w:r>
      <w:proofErr w:type="spellStart"/>
      <w:r w:rsidRPr="00290059">
        <w:rPr>
          <w:rFonts w:ascii="Calibri" w:hAnsi="Calibri" w:cs="Calibri"/>
        </w:rPr>
        <w:t>moisture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within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physiological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limits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confirms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functional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safety</w:t>
      </w:r>
      <w:proofErr w:type="spellEnd"/>
      <w:r w:rsidRPr="00290059">
        <w:rPr>
          <w:rFonts w:ascii="Calibri" w:hAnsi="Calibri" w:cs="Calibri"/>
        </w:rPr>
        <w:t xml:space="preserve"> of the </w:t>
      </w:r>
      <w:proofErr w:type="spellStart"/>
      <w:r w:rsidRPr="00290059">
        <w:rPr>
          <w:rFonts w:ascii="Calibri" w:hAnsi="Calibri" w:cs="Calibri"/>
        </w:rPr>
        <w:t>additive</w:t>
      </w:r>
      <w:proofErr w:type="spellEnd"/>
      <w:r w:rsidRPr="00290059">
        <w:rPr>
          <w:rFonts w:ascii="Calibri" w:hAnsi="Calibri" w:cs="Calibri"/>
        </w:rPr>
        <w:t>.</w:t>
      </w:r>
    </w:p>
    <w:p w14:paraId="38284ED4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proofErr w:type="spellStart"/>
      <w:r w:rsidRPr="00290059">
        <w:rPr>
          <w:rFonts w:ascii="Calibri" w:hAnsi="Calibri" w:cs="Calibri"/>
        </w:rPr>
        <w:t>These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results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align</w:t>
      </w:r>
      <w:proofErr w:type="spellEnd"/>
      <w:r w:rsidRPr="00290059">
        <w:rPr>
          <w:rFonts w:ascii="Calibri" w:hAnsi="Calibri" w:cs="Calibri"/>
        </w:rPr>
        <w:t xml:space="preserve"> with the </w:t>
      </w:r>
      <w:proofErr w:type="spellStart"/>
      <w:r w:rsidRPr="00290059">
        <w:rPr>
          <w:rFonts w:ascii="Calibri" w:hAnsi="Calibri" w:cs="Calibri"/>
        </w:rPr>
        <w:t>literature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where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prebiotic</w:t>
      </w:r>
      <w:proofErr w:type="spellEnd"/>
      <w:r w:rsidRPr="00290059">
        <w:rPr>
          <w:rFonts w:ascii="Calibri" w:hAnsi="Calibri" w:cs="Calibri"/>
        </w:rPr>
        <w:t>–</w:t>
      </w:r>
      <w:proofErr w:type="spellStart"/>
      <w:r w:rsidRPr="00290059">
        <w:rPr>
          <w:rFonts w:ascii="Calibri" w:hAnsi="Calibri" w:cs="Calibri"/>
        </w:rPr>
        <w:t>phytogenic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profiles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often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increase</w:t>
      </w:r>
      <w:proofErr w:type="spellEnd"/>
      <w:r w:rsidRPr="00290059">
        <w:rPr>
          <w:rFonts w:ascii="Calibri" w:hAnsi="Calibri" w:cs="Calibri"/>
        </w:rPr>
        <w:t xml:space="preserve"> SCFA </w:t>
      </w:r>
      <w:proofErr w:type="spellStart"/>
      <w:r w:rsidRPr="00290059">
        <w:rPr>
          <w:rFonts w:ascii="Calibri" w:hAnsi="Calibri" w:cs="Calibri"/>
        </w:rPr>
        <w:t>formation</w:t>
      </w:r>
      <w:proofErr w:type="spellEnd"/>
      <w:r w:rsidRPr="00290059">
        <w:rPr>
          <w:rFonts w:ascii="Calibri" w:hAnsi="Calibri" w:cs="Calibri"/>
        </w:rPr>
        <w:t xml:space="preserve"> with </w:t>
      </w:r>
      <w:proofErr w:type="spellStart"/>
      <w:r w:rsidRPr="00290059">
        <w:rPr>
          <w:rFonts w:ascii="Calibri" w:hAnsi="Calibri" w:cs="Calibri"/>
        </w:rPr>
        <w:t>unchanged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macronutrient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. At the same </w:t>
      </w:r>
      <w:proofErr w:type="spellStart"/>
      <w:r w:rsidRPr="00290059">
        <w:rPr>
          <w:rFonts w:ascii="Calibri" w:hAnsi="Calibri" w:cs="Calibri"/>
        </w:rPr>
        <w:t>time</w:t>
      </w:r>
      <w:proofErr w:type="spellEnd"/>
      <w:r w:rsidRPr="00290059">
        <w:rPr>
          <w:rFonts w:ascii="Calibri" w:hAnsi="Calibri" w:cs="Calibri"/>
        </w:rPr>
        <w:t xml:space="preserve">, the </w:t>
      </w:r>
      <w:proofErr w:type="spellStart"/>
      <w:r w:rsidRPr="00290059">
        <w:rPr>
          <w:rFonts w:ascii="Calibri" w:hAnsi="Calibri" w:cs="Calibri"/>
        </w:rPr>
        <w:t>absence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unequivocal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differences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between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dosage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forms</w:t>
      </w:r>
      <w:proofErr w:type="spellEnd"/>
      <w:r w:rsidRPr="00290059">
        <w:rPr>
          <w:rFonts w:ascii="Calibri" w:hAnsi="Calibri" w:cs="Calibri"/>
        </w:rPr>
        <w:t xml:space="preserve"> (</w:t>
      </w:r>
      <w:proofErr w:type="spellStart"/>
      <w:r w:rsidRPr="00290059">
        <w:rPr>
          <w:rFonts w:ascii="Calibri" w:hAnsi="Calibri" w:cs="Calibri"/>
        </w:rPr>
        <w:t>soft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chew</w:t>
      </w:r>
      <w:proofErr w:type="spellEnd"/>
      <w:r w:rsidRPr="00290059">
        <w:rPr>
          <w:rFonts w:ascii="Calibri" w:hAnsi="Calibri" w:cs="Calibri"/>
        </w:rPr>
        <w:t xml:space="preserve"> vs </w:t>
      </w:r>
      <w:proofErr w:type="spellStart"/>
      <w:r w:rsidRPr="00290059">
        <w:rPr>
          <w:rFonts w:ascii="Calibri" w:hAnsi="Calibri" w:cs="Calibri"/>
        </w:rPr>
        <w:t>pellet</w:t>
      </w:r>
      <w:proofErr w:type="spellEnd"/>
      <w:r w:rsidRPr="00290059">
        <w:rPr>
          <w:rFonts w:ascii="Calibri" w:hAnsi="Calibri" w:cs="Calibri"/>
        </w:rPr>
        <w:t xml:space="preserve">) </w:t>
      </w:r>
      <w:proofErr w:type="spellStart"/>
      <w:r w:rsidRPr="00290059">
        <w:rPr>
          <w:rFonts w:ascii="Calibri" w:hAnsi="Calibri" w:cs="Calibri"/>
        </w:rPr>
        <w:t>suggests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that</w:t>
      </w:r>
      <w:proofErr w:type="spellEnd"/>
      <w:r w:rsidRPr="00290059">
        <w:rPr>
          <w:rFonts w:ascii="Calibri" w:hAnsi="Calibri" w:cs="Calibri"/>
        </w:rPr>
        <w:t xml:space="preserve"> the </w:t>
      </w:r>
      <w:proofErr w:type="spellStart"/>
      <w:r w:rsidRPr="00290059">
        <w:rPr>
          <w:rFonts w:ascii="Calibri" w:hAnsi="Calibri" w:cs="Calibri"/>
        </w:rPr>
        <w:t>qualitative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composition</w:t>
      </w:r>
      <w:proofErr w:type="spellEnd"/>
      <w:r w:rsidRPr="00290059">
        <w:rPr>
          <w:rFonts w:ascii="Calibri" w:hAnsi="Calibri" w:cs="Calibri"/>
        </w:rPr>
        <w:t xml:space="preserve"> of the </w:t>
      </w:r>
      <w:proofErr w:type="spellStart"/>
      <w:r w:rsidRPr="00290059">
        <w:rPr>
          <w:rFonts w:ascii="Calibri" w:hAnsi="Calibri" w:cs="Calibri"/>
        </w:rPr>
        <w:t>mixture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key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rather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than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its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technological</w:t>
      </w:r>
      <w:proofErr w:type="spellEnd"/>
      <w:r w:rsidRPr="00290059">
        <w:rPr>
          <w:rFonts w:ascii="Calibri" w:hAnsi="Calibri" w:cs="Calibri"/>
        </w:rPr>
        <w:t xml:space="preserve"> form—</w:t>
      </w:r>
      <w:proofErr w:type="spellStart"/>
      <w:r w:rsidRPr="00290059">
        <w:rPr>
          <w:rFonts w:ascii="Calibri" w:hAnsi="Calibri" w:cs="Calibri"/>
        </w:rPr>
        <w:t>provided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dosing</w:t>
      </w:r>
      <w:proofErr w:type="spellEnd"/>
      <w:r w:rsidRPr="00290059">
        <w:rPr>
          <w:rFonts w:ascii="Calibri" w:hAnsi="Calibri" w:cs="Calibri"/>
        </w:rPr>
        <w:t xml:space="preserve"> and </w:t>
      </w:r>
      <w:proofErr w:type="spellStart"/>
      <w:r w:rsidRPr="00290059">
        <w:rPr>
          <w:rFonts w:ascii="Calibri" w:hAnsi="Calibri" w:cs="Calibri"/>
        </w:rPr>
        <w:t>feeding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regimens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maintained</w:t>
      </w:r>
      <w:proofErr w:type="spellEnd"/>
      <w:r w:rsidRPr="00290059">
        <w:rPr>
          <w:rFonts w:ascii="Calibri" w:hAnsi="Calibri" w:cs="Calibri"/>
        </w:rPr>
        <w:t>.</w:t>
      </w:r>
    </w:p>
    <w:p w14:paraId="7D64F17B" w14:textId="1A5F3025" w:rsidR="00290059" w:rsidRPr="00290059" w:rsidRDefault="00290059" w:rsidP="00290059">
      <w:pPr>
        <w:pStyle w:val="NormalnyWeb"/>
        <w:rPr>
          <w:rFonts w:ascii="Calibri" w:hAnsi="Calibri" w:cs="Calibri"/>
        </w:rPr>
      </w:pPr>
    </w:p>
    <w:p w14:paraId="2490ED0D" w14:textId="77777777" w:rsidR="00290059" w:rsidRPr="00290059" w:rsidRDefault="00290059" w:rsidP="00290059">
      <w:pPr>
        <w:pStyle w:val="NormalnyWeb"/>
        <w:rPr>
          <w:rFonts w:ascii="Calibri" w:hAnsi="Calibri" w:cs="Calibri"/>
          <w:b/>
          <w:bCs/>
        </w:rPr>
      </w:pPr>
      <w:proofErr w:type="spellStart"/>
      <w:r w:rsidRPr="00290059">
        <w:rPr>
          <w:rFonts w:ascii="Calibri" w:hAnsi="Calibri" w:cs="Calibri"/>
          <w:b/>
          <w:bCs/>
        </w:rPr>
        <w:t>Conclusions</w:t>
      </w:r>
      <w:proofErr w:type="spellEnd"/>
    </w:p>
    <w:p w14:paraId="66E2DED1" w14:textId="77777777" w:rsidR="00290059" w:rsidRPr="00290059" w:rsidRDefault="00290059" w:rsidP="00290059">
      <w:pPr>
        <w:pStyle w:val="NormalnyWeb"/>
        <w:numPr>
          <w:ilvl w:val="0"/>
          <w:numId w:val="14"/>
        </w:numPr>
        <w:rPr>
          <w:rFonts w:ascii="Calibri" w:hAnsi="Calibri" w:cs="Calibri"/>
        </w:rPr>
      </w:pPr>
      <w:r w:rsidRPr="00290059">
        <w:rPr>
          <w:rFonts w:ascii="Calibri" w:hAnsi="Calibri" w:cs="Calibri"/>
        </w:rPr>
        <w:t xml:space="preserve">The </w:t>
      </w:r>
      <w:proofErr w:type="spellStart"/>
      <w:r w:rsidRPr="00290059">
        <w:rPr>
          <w:rFonts w:ascii="Calibri" w:hAnsi="Calibri" w:cs="Calibri"/>
        </w:rPr>
        <w:t>complementary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feed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mixture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did</w:t>
      </w:r>
      <w:proofErr w:type="spellEnd"/>
      <w:r w:rsidRPr="00290059">
        <w:rPr>
          <w:rFonts w:ascii="Calibri" w:hAnsi="Calibri" w:cs="Calibri"/>
        </w:rPr>
        <w:t xml:space="preserve"> not </w:t>
      </w:r>
      <w:proofErr w:type="spellStart"/>
      <w:r w:rsidRPr="00290059">
        <w:rPr>
          <w:rFonts w:ascii="Calibri" w:hAnsi="Calibri" w:cs="Calibri"/>
        </w:rPr>
        <w:t>reduce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apparent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dry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matter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crude</w:t>
      </w:r>
      <w:proofErr w:type="spellEnd"/>
      <w:r w:rsidRPr="00290059">
        <w:rPr>
          <w:rFonts w:ascii="Calibri" w:hAnsi="Calibri" w:cs="Calibri"/>
        </w:rPr>
        <w:t xml:space="preserve"> protein, </w:t>
      </w:r>
      <w:proofErr w:type="spellStart"/>
      <w:r w:rsidRPr="00290059">
        <w:rPr>
          <w:rFonts w:ascii="Calibri" w:hAnsi="Calibri" w:cs="Calibri"/>
        </w:rPr>
        <w:t>or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crude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fat</w:t>
      </w:r>
      <w:proofErr w:type="spellEnd"/>
      <w:r w:rsidRPr="00290059">
        <w:rPr>
          <w:rFonts w:ascii="Calibri" w:hAnsi="Calibri" w:cs="Calibri"/>
        </w:rPr>
        <w:t>.</w:t>
      </w:r>
    </w:p>
    <w:p w14:paraId="288AE2A0" w14:textId="77777777" w:rsidR="00290059" w:rsidRPr="00290059" w:rsidRDefault="00290059" w:rsidP="00290059">
      <w:pPr>
        <w:pStyle w:val="NormalnyWeb"/>
        <w:numPr>
          <w:ilvl w:val="0"/>
          <w:numId w:val="14"/>
        </w:numPr>
        <w:rPr>
          <w:rFonts w:ascii="Calibri" w:hAnsi="Calibri" w:cs="Calibri"/>
        </w:rPr>
      </w:pPr>
      <w:r w:rsidRPr="00290059">
        <w:rPr>
          <w:rFonts w:ascii="Calibri" w:hAnsi="Calibri" w:cs="Calibri"/>
        </w:rPr>
        <w:t xml:space="preserve">In the in vitro </w:t>
      </w:r>
      <w:proofErr w:type="spellStart"/>
      <w:r w:rsidRPr="00290059">
        <w:rPr>
          <w:rFonts w:ascii="Calibri" w:hAnsi="Calibri" w:cs="Calibri"/>
        </w:rPr>
        <w:t>fermentation</w:t>
      </w:r>
      <w:proofErr w:type="spellEnd"/>
      <w:r w:rsidRPr="00290059">
        <w:rPr>
          <w:rFonts w:ascii="Calibri" w:hAnsi="Calibri" w:cs="Calibri"/>
        </w:rPr>
        <w:t xml:space="preserve"> model, </w:t>
      </w:r>
      <w:proofErr w:type="spellStart"/>
      <w:r w:rsidRPr="00290059">
        <w:rPr>
          <w:rFonts w:ascii="Calibri" w:hAnsi="Calibri" w:cs="Calibri"/>
        </w:rPr>
        <w:t>an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increase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total</w:t>
      </w:r>
      <w:proofErr w:type="spellEnd"/>
      <w:r w:rsidRPr="00290059">
        <w:rPr>
          <w:rFonts w:ascii="Calibri" w:hAnsi="Calibri" w:cs="Calibri"/>
        </w:rPr>
        <w:t xml:space="preserve"> SCFA and a </w:t>
      </w:r>
      <w:proofErr w:type="spellStart"/>
      <w:r w:rsidRPr="00290059">
        <w:rPr>
          <w:rFonts w:ascii="Calibri" w:hAnsi="Calibri" w:cs="Calibri"/>
        </w:rPr>
        <w:t>decrease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pH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were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recorded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indicating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more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intensive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saccharolytic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fermentation</w:t>
      </w:r>
      <w:proofErr w:type="spellEnd"/>
      <w:r w:rsidRPr="00290059">
        <w:rPr>
          <w:rFonts w:ascii="Calibri" w:hAnsi="Calibri" w:cs="Calibri"/>
        </w:rPr>
        <w:t>.</w:t>
      </w:r>
    </w:p>
    <w:p w14:paraId="7324E0C6" w14:textId="77777777" w:rsidR="00290059" w:rsidRPr="00290059" w:rsidRDefault="00290059" w:rsidP="00290059">
      <w:pPr>
        <w:pStyle w:val="NormalnyWeb"/>
        <w:numPr>
          <w:ilvl w:val="0"/>
          <w:numId w:val="14"/>
        </w:numPr>
        <w:rPr>
          <w:rFonts w:ascii="Calibri" w:hAnsi="Calibri" w:cs="Calibri"/>
        </w:rPr>
      </w:pPr>
      <w:r w:rsidRPr="00290059">
        <w:rPr>
          <w:rFonts w:ascii="Calibri" w:hAnsi="Calibri" w:cs="Calibri"/>
        </w:rPr>
        <w:t>Post-</w:t>
      </w:r>
      <w:proofErr w:type="spellStart"/>
      <w:r w:rsidRPr="00290059">
        <w:rPr>
          <w:rFonts w:ascii="Calibri" w:hAnsi="Calibri" w:cs="Calibri"/>
        </w:rPr>
        <w:t>fermentation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ammonia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concentration</w:t>
      </w:r>
      <w:proofErr w:type="spellEnd"/>
      <w:r w:rsidRPr="00290059">
        <w:rPr>
          <w:rFonts w:ascii="Calibri" w:hAnsi="Calibri" w:cs="Calibri"/>
        </w:rPr>
        <w:t xml:space="preserve"> was </w:t>
      </w:r>
      <w:proofErr w:type="spellStart"/>
      <w:r w:rsidRPr="00290059">
        <w:rPr>
          <w:rFonts w:ascii="Calibri" w:hAnsi="Calibri" w:cs="Calibri"/>
        </w:rPr>
        <w:t>lower</w:t>
      </w:r>
      <w:proofErr w:type="spellEnd"/>
      <w:r w:rsidRPr="00290059">
        <w:rPr>
          <w:rFonts w:ascii="Calibri" w:hAnsi="Calibri" w:cs="Calibri"/>
        </w:rPr>
        <w:t xml:space="preserve"> in </w:t>
      </w:r>
      <w:proofErr w:type="spellStart"/>
      <w:r w:rsidRPr="00290059">
        <w:rPr>
          <w:rFonts w:ascii="Calibri" w:hAnsi="Calibri" w:cs="Calibri"/>
        </w:rPr>
        <w:t>variants</w:t>
      </w:r>
      <w:proofErr w:type="spellEnd"/>
      <w:r w:rsidRPr="00290059">
        <w:rPr>
          <w:rFonts w:ascii="Calibri" w:hAnsi="Calibri" w:cs="Calibri"/>
        </w:rPr>
        <w:t xml:space="preserve"> with the </w:t>
      </w:r>
      <w:proofErr w:type="spellStart"/>
      <w:r w:rsidRPr="00290059">
        <w:rPr>
          <w:rFonts w:ascii="Calibri" w:hAnsi="Calibri" w:cs="Calibri"/>
        </w:rPr>
        <w:t>additive</w:t>
      </w:r>
      <w:proofErr w:type="spellEnd"/>
      <w:r w:rsidRPr="00290059">
        <w:rPr>
          <w:rFonts w:ascii="Calibri" w:hAnsi="Calibri" w:cs="Calibri"/>
        </w:rPr>
        <w:t xml:space="preserve">, </w:t>
      </w:r>
      <w:proofErr w:type="spellStart"/>
      <w:r w:rsidRPr="00290059">
        <w:rPr>
          <w:rFonts w:ascii="Calibri" w:hAnsi="Calibri" w:cs="Calibri"/>
        </w:rPr>
        <w:t>suggesting</w:t>
      </w:r>
      <w:proofErr w:type="spellEnd"/>
      <w:r w:rsidRPr="00290059">
        <w:rPr>
          <w:rFonts w:ascii="Calibri" w:hAnsi="Calibri" w:cs="Calibri"/>
        </w:rPr>
        <w:t xml:space="preserve"> a </w:t>
      </w:r>
      <w:proofErr w:type="spellStart"/>
      <w:r w:rsidRPr="00290059">
        <w:rPr>
          <w:rFonts w:ascii="Calibri" w:hAnsi="Calibri" w:cs="Calibri"/>
        </w:rPr>
        <w:t>limitation</w:t>
      </w:r>
      <w:proofErr w:type="spellEnd"/>
      <w:r w:rsidRPr="00290059">
        <w:rPr>
          <w:rFonts w:ascii="Calibri" w:hAnsi="Calibri" w:cs="Calibri"/>
        </w:rPr>
        <w:t xml:space="preserve"> of </w:t>
      </w:r>
      <w:proofErr w:type="spellStart"/>
      <w:r w:rsidRPr="00290059">
        <w:rPr>
          <w:rFonts w:ascii="Calibri" w:hAnsi="Calibri" w:cs="Calibri"/>
        </w:rPr>
        <w:t>proteolytic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fermentation</w:t>
      </w:r>
      <w:proofErr w:type="spellEnd"/>
      <w:r w:rsidRPr="00290059">
        <w:rPr>
          <w:rFonts w:ascii="Calibri" w:hAnsi="Calibri" w:cs="Calibri"/>
        </w:rPr>
        <w:t>.</w:t>
      </w:r>
    </w:p>
    <w:p w14:paraId="68D00529" w14:textId="77777777" w:rsidR="00290059" w:rsidRPr="00290059" w:rsidRDefault="00290059" w:rsidP="00290059">
      <w:pPr>
        <w:pStyle w:val="NormalnyWeb"/>
        <w:numPr>
          <w:ilvl w:val="0"/>
          <w:numId w:val="14"/>
        </w:numPr>
        <w:rPr>
          <w:rFonts w:ascii="Calibri" w:hAnsi="Calibri" w:cs="Calibri"/>
        </w:rPr>
      </w:pPr>
      <w:r w:rsidRPr="00290059">
        <w:rPr>
          <w:rFonts w:ascii="Calibri" w:hAnsi="Calibri" w:cs="Calibri"/>
        </w:rPr>
        <w:t xml:space="preserve">The </w:t>
      </w:r>
      <w:proofErr w:type="spellStart"/>
      <w:r w:rsidRPr="00290059">
        <w:rPr>
          <w:rFonts w:ascii="Calibri" w:hAnsi="Calibri" w:cs="Calibri"/>
        </w:rPr>
        <w:t>technological</w:t>
      </w:r>
      <w:proofErr w:type="spellEnd"/>
      <w:r w:rsidRPr="00290059">
        <w:rPr>
          <w:rFonts w:ascii="Calibri" w:hAnsi="Calibri" w:cs="Calibri"/>
        </w:rPr>
        <w:t xml:space="preserve"> form of the </w:t>
      </w:r>
      <w:proofErr w:type="spellStart"/>
      <w:r w:rsidRPr="00290059">
        <w:rPr>
          <w:rFonts w:ascii="Calibri" w:hAnsi="Calibri" w:cs="Calibri"/>
        </w:rPr>
        <w:t>additive</w:t>
      </w:r>
      <w:proofErr w:type="spellEnd"/>
      <w:r w:rsidRPr="00290059">
        <w:rPr>
          <w:rFonts w:ascii="Calibri" w:hAnsi="Calibri" w:cs="Calibri"/>
        </w:rPr>
        <w:t xml:space="preserve"> (</w:t>
      </w:r>
      <w:proofErr w:type="spellStart"/>
      <w:r w:rsidRPr="00290059">
        <w:rPr>
          <w:rFonts w:ascii="Calibri" w:hAnsi="Calibri" w:cs="Calibri"/>
        </w:rPr>
        <w:t>soft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chew</w:t>
      </w:r>
      <w:proofErr w:type="spellEnd"/>
      <w:r w:rsidRPr="00290059">
        <w:rPr>
          <w:rFonts w:ascii="Calibri" w:hAnsi="Calibri" w:cs="Calibri"/>
        </w:rPr>
        <w:t xml:space="preserve"> vs </w:t>
      </w:r>
      <w:proofErr w:type="spellStart"/>
      <w:r w:rsidRPr="00290059">
        <w:rPr>
          <w:rFonts w:ascii="Calibri" w:hAnsi="Calibri" w:cs="Calibri"/>
        </w:rPr>
        <w:t>pellet</w:t>
      </w:r>
      <w:proofErr w:type="spellEnd"/>
      <w:r w:rsidRPr="00290059">
        <w:rPr>
          <w:rFonts w:ascii="Calibri" w:hAnsi="Calibri" w:cs="Calibri"/>
        </w:rPr>
        <w:t xml:space="preserve">) </w:t>
      </w:r>
      <w:proofErr w:type="spellStart"/>
      <w:r w:rsidRPr="00290059">
        <w:rPr>
          <w:rFonts w:ascii="Calibri" w:hAnsi="Calibri" w:cs="Calibri"/>
        </w:rPr>
        <w:t>did</w:t>
      </w:r>
      <w:proofErr w:type="spellEnd"/>
      <w:r w:rsidRPr="00290059">
        <w:rPr>
          <w:rFonts w:ascii="Calibri" w:hAnsi="Calibri" w:cs="Calibri"/>
        </w:rPr>
        <w:t xml:space="preserve"> not </w:t>
      </w:r>
      <w:proofErr w:type="spellStart"/>
      <w:r w:rsidRPr="00290059">
        <w:rPr>
          <w:rFonts w:ascii="Calibri" w:hAnsi="Calibri" w:cs="Calibri"/>
        </w:rPr>
        <w:t>unequivocally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differentiate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digestibility</w:t>
      </w:r>
      <w:proofErr w:type="spellEnd"/>
      <w:r w:rsidRPr="00290059">
        <w:rPr>
          <w:rFonts w:ascii="Calibri" w:hAnsi="Calibri" w:cs="Calibri"/>
        </w:rPr>
        <w:t xml:space="preserve">; </w:t>
      </w:r>
      <w:proofErr w:type="spellStart"/>
      <w:r w:rsidRPr="00290059">
        <w:rPr>
          <w:rFonts w:ascii="Calibri" w:hAnsi="Calibri" w:cs="Calibri"/>
        </w:rPr>
        <w:t>fermentative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effects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were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qualitatively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similar</w:t>
      </w:r>
      <w:proofErr w:type="spellEnd"/>
      <w:r w:rsidRPr="00290059">
        <w:rPr>
          <w:rFonts w:ascii="Calibri" w:hAnsi="Calibri" w:cs="Calibri"/>
        </w:rPr>
        <w:t>.</w:t>
      </w:r>
    </w:p>
    <w:p w14:paraId="0F62F234" w14:textId="77777777" w:rsidR="00290059" w:rsidRPr="00290059" w:rsidRDefault="00290059" w:rsidP="00290059">
      <w:pPr>
        <w:pStyle w:val="NormalnyWeb"/>
        <w:numPr>
          <w:ilvl w:val="0"/>
          <w:numId w:val="14"/>
        </w:numPr>
        <w:rPr>
          <w:rFonts w:ascii="Calibri" w:hAnsi="Calibri" w:cs="Calibri"/>
        </w:rPr>
      </w:pPr>
      <w:r w:rsidRPr="00290059">
        <w:rPr>
          <w:rFonts w:ascii="Calibri" w:hAnsi="Calibri" w:cs="Calibri"/>
        </w:rPr>
        <w:t xml:space="preserve">The </w:t>
      </w:r>
      <w:proofErr w:type="spellStart"/>
      <w:r w:rsidRPr="00290059">
        <w:rPr>
          <w:rFonts w:ascii="Calibri" w:hAnsi="Calibri" w:cs="Calibri"/>
        </w:rPr>
        <w:t>mixture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can</w:t>
      </w:r>
      <w:proofErr w:type="spellEnd"/>
      <w:r w:rsidRPr="00290059">
        <w:rPr>
          <w:rFonts w:ascii="Calibri" w:hAnsi="Calibri" w:cs="Calibri"/>
        </w:rPr>
        <w:t xml:space="preserve"> be </w:t>
      </w:r>
      <w:proofErr w:type="spellStart"/>
      <w:r w:rsidRPr="00290059">
        <w:rPr>
          <w:rFonts w:ascii="Calibri" w:hAnsi="Calibri" w:cs="Calibri"/>
        </w:rPr>
        <w:t>regarded</w:t>
      </w:r>
      <w:proofErr w:type="spellEnd"/>
      <w:r w:rsidRPr="00290059">
        <w:rPr>
          <w:rFonts w:ascii="Calibri" w:hAnsi="Calibri" w:cs="Calibri"/>
        </w:rPr>
        <w:t xml:space="preserve"> as a </w:t>
      </w:r>
      <w:proofErr w:type="spellStart"/>
      <w:r w:rsidRPr="00290059">
        <w:rPr>
          <w:rFonts w:ascii="Calibri" w:hAnsi="Calibri" w:cs="Calibri"/>
        </w:rPr>
        <w:t>safe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functional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additive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supporting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gut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health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without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compromising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nutrient</w:t>
      </w:r>
      <w:proofErr w:type="spellEnd"/>
      <w:r w:rsidRPr="00290059">
        <w:rPr>
          <w:rFonts w:ascii="Calibri" w:hAnsi="Calibri" w:cs="Calibri"/>
        </w:rPr>
        <w:t xml:space="preserve"> </w:t>
      </w:r>
      <w:proofErr w:type="spellStart"/>
      <w:r w:rsidRPr="00290059">
        <w:rPr>
          <w:rFonts w:ascii="Calibri" w:hAnsi="Calibri" w:cs="Calibri"/>
        </w:rPr>
        <w:t>utilization</w:t>
      </w:r>
      <w:proofErr w:type="spellEnd"/>
      <w:r w:rsidRPr="00290059">
        <w:rPr>
          <w:rFonts w:ascii="Calibri" w:hAnsi="Calibri" w:cs="Calibri"/>
        </w:rPr>
        <w:t>.</w:t>
      </w:r>
    </w:p>
    <w:p w14:paraId="61F2757A" w14:textId="50C6B24A" w:rsidR="00290059" w:rsidRPr="00290059" w:rsidRDefault="00290059" w:rsidP="00290059">
      <w:pPr>
        <w:pStyle w:val="NormalnyWeb"/>
        <w:rPr>
          <w:rFonts w:ascii="Calibri" w:hAnsi="Calibri" w:cs="Calibri"/>
        </w:rPr>
      </w:pPr>
    </w:p>
    <w:p w14:paraId="2D91B931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proofErr w:type="spellStart"/>
      <w:r w:rsidRPr="00290059">
        <w:rPr>
          <w:rFonts w:ascii="Calibri" w:hAnsi="Calibri" w:cs="Calibri"/>
          <w:b/>
          <w:bCs/>
        </w:rPr>
        <w:t>Tables</w:t>
      </w:r>
      <w:proofErr w:type="spellEnd"/>
      <w:r w:rsidRPr="00290059">
        <w:rPr>
          <w:rFonts w:ascii="Calibri" w:hAnsi="Calibri" w:cs="Calibri"/>
          <w:b/>
          <w:bCs/>
        </w:rPr>
        <w:t xml:space="preserve"> and </w:t>
      </w:r>
      <w:proofErr w:type="spellStart"/>
      <w:r w:rsidRPr="00290059">
        <w:rPr>
          <w:rFonts w:ascii="Calibri" w:hAnsi="Calibri" w:cs="Calibri"/>
          <w:b/>
          <w:bCs/>
        </w:rPr>
        <w:t>figures</w:t>
      </w:r>
      <w:proofErr w:type="spellEnd"/>
    </w:p>
    <w:p w14:paraId="6BB31170" w14:textId="77777777" w:rsidR="00290059" w:rsidRPr="00290059" w:rsidRDefault="00290059" w:rsidP="00290059">
      <w:pPr>
        <w:pStyle w:val="NormalnyWeb"/>
        <w:rPr>
          <w:rFonts w:ascii="Calibri" w:hAnsi="Calibri" w:cs="Calibri"/>
        </w:rPr>
      </w:pPr>
      <w:proofErr w:type="spellStart"/>
      <w:r w:rsidRPr="00290059">
        <w:rPr>
          <w:rFonts w:ascii="Calibri" w:hAnsi="Calibri" w:cs="Calibri"/>
          <w:b/>
          <w:bCs/>
        </w:rPr>
        <w:t>Table</w:t>
      </w:r>
      <w:proofErr w:type="spellEnd"/>
      <w:r w:rsidRPr="00290059">
        <w:rPr>
          <w:rFonts w:ascii="Calibri" w:hAnsi="Calibri" w:cs="Calibri"/>
          <w:b/>
          <w:bCs/>
        </w:rPr>
        <w:t xml:space="preserve"> 1. </w:t>
      </w:r>
      <w:proofErr w:type="spellStart"/>
      <w:r w:rsidRPr="00290059">
        <w:rPr>
          <w:rFonts w:ascii="Calibri" w:hAnsi="Calibri" w:cs="Calibri"/>
          <w:b/>
          <w:bCs/>
        </w:rPr>
        <w:t>Nutrient</w:t>
      </w:r>
      <w:proofErr w:type="spellEnd"/>
      <w:r w:rsidRPr="00290059">
        <w:rPr>
          <w:rFonts w:ascii="Calibri" w:hAnsi="Calibri" w:cs="Calibri"/>
          <w:b/>
          <w:bCs/>
        </w:rPr>
        <w:t xml:space="preserve"> </w:t>
      </w:r>
      <w:proofErr w:type="spellStart"/>
      <w:r w:rsidRPr="00290059">
        <w:rPr>
          <w:rFonts w:ascii="Calibri" w:hAnsi="Calibri" w:cs="Calibri"/>
          <w:b/>
          <w:bCs/>
        </w:rPr>
        <w:t>composition</w:t>
      </w:r>
      <w:proofErr w:type="spellEnd"/>
      <w:r w:rsidRPr="00290059">
        <w:rPr>
          <w:rFonts w:ascii="Calibri" w:hAnsi="Calibri" w:cs="Calibri"/>
          <w:b/>
          <w:bCs/>
        </w:rPr>
        <w:t xml:space="preserve"> of MPU </w:t>
      </w:r>
      <w:proofErr w:type="spellStart"/>
      <w:r w:rsidRPr="00290059">
        <w:rPr>
          <w:rFonts w:ascii="Calibri" w:hAnsi="Calibri" w:cs="Calibri"/>
          <w:b/>
          <w:bCs/>
        </w:rPr>
        <w:t>complementary</w:t>
      </w:r>
      <w:proofErr w:type="spellEnd"/>
      <w:r w:rsidRPr="00290059">
        <w:rPr>
          <w:rFonts w:ascii="Calibri" w:hAnsi="Calibri" w:cs="Calibri"/>
          <w:b/>
          <w:bCs/>
        </w:rPr>
        <w:t xml:space="preserve"> </w:t>
      </w:r>
      <w:proofErr w:type="spellStart"/>
      <w:r w:rsidRPr="00290059">
        <w:rPr>
          <w:rFonts w:ascii="Calibri" w:hAnsi="Calibri" w:cs="Calibri"/>
          <w:b/>
          <w:bCs/>
        </w:rPr>
        <w:t>feed</w:t>
      </w:r>
      <w:proofErr w:type="spellEnd"/>
      <w:r w:rsidRPr="00290059">
        <w:rPr>
          <w:rFonts w:ascii="Calibri" w:hAnsi="Calibri" w:cs="Calibri"/>
          <w:b/>
          <w:bCs/>
        </w:rPr>
        <w:t xml:space="preserve"> </w:t>
      </w:r>
      <w:proofErr w:type="spellStart"/>
      <w:r w:rsidRPr="00290059">
        <w:rPr>
          <w:rFonts w:ascii="Calibri" w:hAnsi="Calibri" w:cs="Calibri"/>
          <w:b/>
          <w:bCs/>
        </w:rPr>
        <w:t>mixtures</w:t>
      </w:r>
      <w:proofErr w:type="spellEnd"/>
      <w:r w:rsidRPr="00290059">
        <w:rPr>
          <w:rFonts w:ascii="Calibri" w:hAnsi="Calibri" w:cs="Calibri"/>
          <w:b/>
          <w:bCs/>
        </w:rPr>
        <w:t xml:space="preserve"> (% of </w:t>
      </w:r>
      <w:proofErr w:type="spellStart"/>
      <w:r w:rsidRPr="00290059">
        <w:rPr>
          <w:rFonts w:ascii="Calibri" w:hAnsi="Calibri" w:cs="Calibri"/>
          <w:b/>
          <w:bCs/>
        </w:rPr>
        <w:t>dry</w:t>
      </w:r>
      <w:proofErr w:type="spellEnd"/>
      <w:r w:rsidRPr="00290059">
        <w:rPr>
          <w:rFonts w:ascii="Calibri" w:hAnsi="Calibri" w:cs="Calibri"/>
          <w:b/>
          <w:bCs/>
        </w:rPr>
        <w:t xml:space="preserve"> </w:t>
      </w:r>
      <w:proofErr w:type="spellStart"/>
      <w:r w:rsidRPr="00290059">
        <w:rPr>
          <w:rFonts w:ascii="Calibri" w:hAnsi="Calibri" w:cs="Calibri"/>
          <w:b/>
          <w:bCs/>
        </w:rPr>
        <w:t>matter</w:t>
      </w:r>
      <w:proofErr w:type="spellEnd"/>
      <w:r w:rsidRPr="00290059">
        <w:rPr>
          <w:rFonts w:ascii="Calibri" w:hAnsi="Calibri" w:cs="Calibri"/>
          <w:b/>
          <w:bCs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7"/>
      </w:tblGrid>
      <w:tr w:rsidR="00290059" w:rsidRPr="00290059" w14:paraId="52BC1ED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B0F537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proofErr w:type="spellStart"/>
            <w:r w:rsidRPr="00290059">
              <w:rPr>
                <w:rFonts w:ascii="Calibri" w:hAnsi="Calibri" w:cs="Calibri"/>
                <w:b/>
                <w:bCs/>
              </w:rPr>
              <w:t>Specification</w:t>
            </w:r>
            <w:proofErr w:type="spellEnd"/>
          </w:p>
        </w:tc>
      </w:tr>
    </w:tbl>
    <w:p w14:paraId="1A0B91E2" w14:textId="77777777" w:rsidR="00290059" w:rsidRPr="001C43BA" w:rsidRDefault="00290059">
      <w:pPr>
        <w:pStyle w:val="NormalnyWeb"/>
        <w:rPr>
          <w:rFonts w:ascii="Calibri" w:hAnsi="Calibri" w:cs="Calibri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0"/>
        <w:gridCol w:w="1045"/>
        <w:gridCol w:w="1107"/>
      </w:tblGrid>
      <w:tr w:rsidR="00290059" w:rsidRPr="00290059" w14:paraId="542CE861" w14:textId="77777777" w:rsidTr="00191237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5AF777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proofErr w:type="spellStart"/>
            <w:r w:rsidRPr="00290059">
              <w:rPr>
                <w:rFonts w:ascii="Calibri" w:hAnsi="Calibri" w:cs="Calibri"/>
                <w:b/>
                <w:bCs/>
              </w:rPr>
              <w:t>Specification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2D46D4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proofErr w:type="spellStart"/>
            <w:r w:rsidRPr="00290059">
              <w:rPr>
                <w:rFonts w:ascii="Calibri" w:hAnsi="Calibri" w:cs="Calibri"/>
                <w:b/>
                <w:bCs/>
              </w:rPr>
              <w:t>Soft</w:t>
            </w:r>
            <w:proofErr w:type="spellEnd"/>
            <w:r w:rsidRPr="00290059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  <w:b/>
                <w:bCs/>
              </w:rPr>
              <w:t>chew</w:t>
            </w:r>
            <w:proofErr w:type="spellEnd"/>
          </w:p>
        </w:tc>
        <w:tc>
          <w:tcPr>
            <w:tcW w:w="1062" w:type="dxa"/>
            <w:shd w:val="clear" w:color="auto" w:fill="D9D9D9" w:themeFill="background1" w:themeFillShade="D9"/>
            <w:vAlign w:val="center"/>
            <w:hideMark/>
          </w:tcPr>
          <w:p w14:paraId="5A71A0A6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proofErr w:type="spellStart"/>
            <w:r w:rsidRPr="00290059">
              <w:rPr>
                <w:rFonts w:ascii="Calibri" w:hAnsi="Calibri" w:cs="Calibri"/>
                <w:b/>
                <w:bCs/>
              </w:rPr>
              <w:t>Pellet</w:t>
            </w:r>
            <w:proofErr w:type="spellEnd"/>
          </w:p>
        </w:tc>
      </w:tr>
      <w:tr w:rsidR="00290059" w:rsidRPr="00290059" w14:paraId="1F372204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DBB68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ash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F6BC26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4.70</w:t>
            </w:r>
          </w:p>
        </w:tc>
        <w:tc>
          <w:tcPr>
            <w:tcW w:w="1062" w:type="dxa"/>
            <w:vAlign w:val="center"/>
            <w:hideMark/>
          </w:tcPr>
          <w:p w14:paraId="009CECD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9.08</w:t>
            </w:r>
          </w:p>
        </w:tc>
      </w:tr>
      <w:tr w:rsidR="00290059" w:rsidRPr="00290059" w14:paraId="3C573980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0BD7C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Organic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matter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120EB6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95.30</w:t>
            </w:r>
          </w:p>
        </w:tc>
        <w:tc>
          <w:tcPr>
            <w:tcW w:w="1062" w:type="dxa"/>
            <w:vAlign w:val="center"/>
            <w:hideMark/>
          </w:tcPr>
          <w:p w14:paraId="4FCB10F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90.92</w:t>
            </w:r>
          </w:p>
        </w:tc>
      </w:tr>
      <w:tr w:rsidR="00290059" w:rsidRPr="00290059" w14:paraId="626AE75E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5B7D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lastRenderedPageBreak/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protein</w:t>
            </w:r>
          </w:p>
        </w:tc>
        <w:tc>
          <w:tcPr>
            <w:tcW w:w="0" w:type="auto"/>
            <w:vAlign w:val="center"/>
            <w:hideMark/>
          </w:tcPr>
          <w:p w14:paraId="02ABADB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22.80</w:t>
            </w:r>
          </w:p>
        </w:tc>
        <w:tc>
          <w:tcPr>
            <w:tcW w:w="1062" w:type="dxa"/>
            <w:vAlign w:val="center"/>
            <w:hideMark/>
          </w:tcPr>
          <w:p w14:paraId="0F343F3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8.94</w:t>
            </w:r>
          </w:p>
        </w:tc>
      </w:tr>
      <w:tr w:rsidR="00290059" w:rsidRPr="00290059" w14:paraId="4208B050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3AFAAF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fat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AFD6E2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2.91</w:t>
            </w:r>
          </w:p>
        </w:tc>
        <w:tc>
          <w:tcPr>
            <w:tcW w:w="1062" w:type="dxa"/>
            <w:vAlign w:val="center"/>
            <w:hideMark/>
          </w:tcPr>
          <w:p w14:paraId="0BD33E46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4.24</w:t>
            </w:r>
          </w:p>
        </w:tc>
      </w:tr>
      <w:tr w:rsidR="00290059" w:rsidRPr="00290059" w14:paraId="54BEF1A2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0BF55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fibre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990AA7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3.83</w:t>
            </w:r>
          </w:p>
        </w:tc>
        <w:tc>
          <w:tcPr>
            <w:tcW w:w="1062" w:type="dxa"/>
            <w:vAlign w:val="center"/>
            <w:hideMark/>
          </w:tcPr>
          <w:p w14:paraId="6E3A7C4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7.20</w:t>
            </w:r>
          </w:p>
        </w:tc>
      </w:tr>
      <w:tr w:rsidR="00290059" w:rsidRPr="00290059" w14:paraId="21DEDE54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8AA18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NDF</w:t>
            </w:r>
          </w:p>
        </w:tc>
        <w:tc>
          <w:tcPr>
            <w:tcW w:w="0" w:type="auto"/>
            <w:vAlign w:val="center"/>
            <w:hideMark/>
          </w:tcPr>
          <w:p w14:paraId="4AB2372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15.55</w:t>
            </w:r>
          </w:p>
        </w:tc>
        <w:tc>
          <w:tcPr>
            <w:tcW w:w="1062" w:type="dxa"/>
            <w:vAlign w:val="center"/>
            <w:hideMark/>
          </w:tcPr>
          <w:p w14:paraId="31FBBF1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18.83</w:t>
            </w:r>
          </w:p>
        </w:tc>
      </w:tr>
      <w:tr w:rsidR="00290059" w:rsidRPr="00290059" w14:paraId="58155F6E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3F17D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ADF</w:t>
            </w:r>
          </w:p>
        </w:tc>
        <w:tc>
          <w:tcPr>
            <w:tcW w:w="0" w:type="auto"/>
            <w:vAlign w:val="center"/>
            <w:hideMark/>
          </w:tcPr>
          <w:p w14:paraId="7854325B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10.53</w:t>
            </w:r>
          </w:p>
        </w:tc>
        <w:tc>
          <w:tcPr>
            <w:tcW w:w="1062" w:type="dxa"/>
            <w:vAlign w:val="center"/>
            <w:hideMark/>
          </w:tcPr>
          <w:p w14:paraId="511CC74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14.09</w:t>
            </w:r>
          </w:p>
        </w:tc>
      </w:tr>
      <w:tr w:rsidR="00290059" w:rsidRPr="00290059" w14:paraId="08F91EE4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FAF61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ADL</w:t>
            </w:r>
          </w:p>
        </w:tc>
        <w:tc>
          <w:tcPr>
            <w:tcW w:w="0" w:type="auto"/>
            <w:vAlign w:val="center"/>
            <w:hideMark/>
          </w:tcPr>
          <w:p w14:paraId="24BFEF9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2.52</w:t>
            </w:r>
          </w:p>
        </w:tc>
        <w:tc>
          <w:tcPr>
            <w:tcW w:w="1062" w:type="dxa"/>
            <w:vAlign w:val="center"/>
            <w:hideMark/>
          </w:tcPr>
          <w:p w14:paraId="7256DA1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3.95</w:t>
            </w:r>
          </w:p>
        </w:tc>
      </w:tr>
      <w:tr w:rsidR="00290059" w:rsidRPr="00290059" w14:paraId="7928A65B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2BA6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Hemicellulose</w:t>
            </w:r>
            <w:proofErr w:type="spellEnd"/>
            <w:r w:rsidRPr="00290059">
              <w:rPr>
                <w:rFonts w:ascii="Calibri" w:hAnsi="Calibri" w:cs="Calibri"/>
              </w:rPr>
              <w:t xml:space="preserve"> (</w:t>
            </w:r>
            <w:proofErr w:type="spellStart"/>
            <w:r w:rsidRPr="00290059">
              <w:rPr>
                <w:rFonts w:ascii="Calibri" w:hAnsi="Calibri" w:cs="Calibri"/>
              </w:rPr>
              <w:t>Hcel</w:t>
            </w:r>
            <w:proofErr w:type="spellEnd"/>
            <w:r w:rsidRPr="00290059">
              <w:rPr>
                <w:rFonts w:ascii="Calibri" w:hAnsi="Calibri" w:cs="Calibri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756471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5.02</w:t>
            </w:r>
          </w:p>
        </w:tc>
        <w:tc>
          <w:tcPr>
            <w:tcW w:w="1062" w:type="dxa"/>
            <w:vAlign w:val="center"/>
            <w:hideMark/>
          </w:tcPr>
          <w:p w14:paraId="53F1AA8C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4.74</w:t>
            </w:r>
          </w:p>
        </w:tc>
      </w:tr>
      <w:tr w:rsidR="00290059" w:rsidRPr="00290059" w14:paraId="2E8F99D9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2E7AC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Cellulose</w:t>
            </w:r>
            <w:proofErr w:type="spellEnd"/>
            <w:r w:rsidRPr="00290059">
              <w:rPr>
                <w:rFonts w:ascii="Calibri" w:hAnsi="Calibri" w:cs="Calibri"/>
              </w:rPr>
              <w:t xml:space="preserve"> (Cel)</w:t>
            </w:r>
          </w:p>
        </w:tc>
        <w:tc>
          <w:tcPr>
            <w:tcW w:w="0" w:type="auto"/>
            <w:vAlign w:val="center"/>
            <w:hideMark/>
          </w:tcPr>
          <w:p w14:paraId="63FE79A3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8.01</w:t>
            </w:r>
          </w:p>
        </w:tc>
        <w:tc>
          <w:tcPr>
            <w:tcW w:w="1062" w:type="dxa"/>
            <w:vAlign w:val="center"/>
            <w:hideMark/>
          </w:tcPr>
          <w:p w14:paraId="348D5F5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10.14</w:t>
            </w:r>
          </w:p>
        </w:tc>
      </w:tr>
      <w:tr w:rsidR="00290059" w:rsidRPr="00290059" w14:paraId="4FDFEF0C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DDC5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Nitrogen-free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extract</w:t>
            </w:r>
            <w:proofErr w:type="spellEnd"/>
            <w:r w:rsidRPr="00290059">
              <w:rPr>
                <w:rFonts w:ascii="Calibri" w:hAnsi="Calibri" w:cs="Calibri"/>
              </w:rPr>
              <w:t xml:space="preserve"> (NFE)</w:t>
            </w:r>
          </w:p>
        </w:tc>
        <w:tc>
          <w:tcPr>
            <w:tcW w:w="0" w:type="auto"/>
            <w:vAlign w:val="center"/>
            <w:hideMark/>
          </w:tcPr>
          <w:p w14:paraId="6CCBE760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65.75</w:t>
            </w:r>
          </w:p>
        </w:tc>
        <w:tc>
          <w:tcPr>
            <w:tcW w:w="1062" w:type="dxa"/>
            <w:vAlign w:val="center"/>
            <w:hideMark/>
          </w:tcPr>
          <w:p w14:paraId="657836EC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70.54</w:t>
            </w:r>
          </w:p>
        </w:tc>
      </w:tr>
      <w:tr w:rsidR="00290059" w:rsidRPr="00290059" w14:paraId="767DDA2A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28E1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Starch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72671D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0.00</w:t>
            </w:r>
          </w:p>
        </w:tc>
        <w:tc>
          <w:tcPr>
            <w:tcW w:w="1062" w:type="dxa"/>
            <w:vAlign w:val="center"/>
            <w:hideMark/>
          </w:tcPr>
          <w:p w14:paraId="11EAC46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0.00</w:t>
            </w:r>
          </w:p>
        </w:tc>
      </w:tr>
      <w:tr w:rsidR="00290059" w:rsidRPr="00290059" w14:paraId="4B0D24EB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77E4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Insoluble</w:t>
            </w:r>
            <w:proofErr w:type="spellEnd"/>
            <w:r w:rsidRPr="00290059">
              <w:rPr>
                <w:rFonts w:ascii="Calibri" w:hAnsi="Calibri" w:cs="Calibri"/>
              </w:rPr>
              <w:t xml:space="preserve"> NSP (I-NSP)</w:t>
            </w:r>
          </w:p>
        </w:tc>
        <w:tc>
          <w:tcPr>
            <w:tcW w:w="0" w:type="auto"/>
            <w:vAlign w:val="center"/>
            <w:hideMark/>
          </w:tcPr>
          <w:p w14:paraId="6724884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4.18</w:t>
            </w:r>
          </w:p>
        </w:tc>
        <w:tc>
          <w:tcPr>
            <w:tcW w:w="1062" w:type="dxa"/>
            <w:vAlign w:val="center"/>
            <w:hideMark/>
          </w:tcPr>
          <w:p w14:paraId="7F8C790F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7.40</w:t>
            </w:r>
          </w:p>
        </w:tc>
      </w:tr>
      <w:tr w:rsidR="00290059" w:rsidRPr="00290059" w14:paraId="5A0720C0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E1793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Soluble</w:t>
            </w:r>
            <w:proofErr w:type="spellEnd"/>
            <w:r w:rsidRPr="00290059">
              <w:rPr>
                <w:rFonts w:ascii="Calibri" w:hAnsi="Calibri" w:cs="Calibri"/>
              </w:rPr>
              <w:t xml:space="preserve"> NSP (S-NSP)</w:t>
            </w:r>
          </w:p>
        </w:tc>
        <w:tc>
          <w:tcPr>
            <w:tcW w:w="0" w:type="auto"/>
            <w:vAlign w:val="center"/>
            <w:hideMark/>
          </w:tcPr>
          <w:p w14:paraId="18EB31D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1.31</w:t>
            </w:r>
          </w:p>
        </w:tc>
        <w:tc>
          <w:tcPr>
            <w:tcW w:w="1062" w:type="dxa"/>
            <w:vAlign w:val="center"/>
            <w:hideMark/>
          </w:tcPr>
          <w:p w14:paraId="11E35A2D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1.96</w:t>
            </w:r>
          </w:p>
        </w:tc>
      </w:tr>
      <w:tr w:rsidR="00290059" w:rsidRPr="00290059" w14:paraId="1BAFF4E8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04CA0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Total NSP</w:t>
            </w:r>
          </w:p>
        </w:tc>
        <w:tc>
          <w:tcPr>
            <w:tcW w:w="0" w:type="auto"/>
            <w:vAlign w:val="center"/>
            <w:hideMark/>
          </w:tcPr>
          <w:p w14:paraId="7B087F05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5.49</w:t>
            </w:r>
          </w:p>
        </w:tc>
        <w:tc>
          <w:tcPr>
            <w:tcW w:w="1062" w:type="dxa"/>
            <w:vAlign w:val="center"/>
            <w:hideMark/>
          </w:tcPr>
          <w:p w14:paraId="0FFDEE6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9.36</w:t>
            </w:r>
          </w:p>
        </w:tc>
      </w:tr>
      <w:tr w:rsidR="00290059" w:rsidRPr="00290059" w14:paraId="33DD5DC8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33C0D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Insoluble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uronic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acids</w:t>
            </w:r>
            <w:proofErr w:type="spellEnd"/>
            <w:r w:rsidRPr="00290059">
              <w:rPr>
                <w:rFonts w:ascii="Calibri" w:hAnsi="Calibri" w:cs="Calibri"/>
              </w:rPr>
              <w:t xml:space="preserve"> (I-UA)</w:t>
            </w:r>
          </w:p>
        </w:tc>
        <w:tc>
          <w:tcPr>
            <w:tcW w:w="0" w:type="auto"/>
            <w:vAlign w:val="center"/>
            <w:hideMark/>
          </w:tcPr>
          <w:p w14:paraId="3C339B6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1.45</w:t>
            </w:r>
          </w:p>
        </w:tc>
        <w:tc>
          <w:tcPr>
            <w:tcW w:w="1062" w:type="dxa"/>
            <w:vAlign w:val="center"/>
            <w:hideMark/>
          </w:tcPr>
          <w:p w14:paraId="22DDD912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2.87</w:t>
            </w:r>
          </w:p>
        </w:tc>
      </w:tr>
      <w:tr w:rsidR="00290059" w:rsidRPr="00290059" w14:paraId="40B6742D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39E1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Soluble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uronic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acids</w:t>
            </w:r>
            <w:proofErr w:type="spellEnd"/>
            <w:r w:rsidRPr="00290059">
              <w:rPr>
                <w:rFonts w:ascii="Calibri" w:hAnsi="Calibri" w:cs="Calibri"/>
              </w:rPr>
              <w:t xml:space="preserve"> (S-UA)</w:t>
            </w:r>
          </w:p>
        </w:tc>
        <w:tc>
          <w:tcPr>
            <w:tcW w:w="0" w:type="auto"/>
            <w:vAlign w:val="center"/>
            <w:hideMark/>
          </w:tcPr>
          <w:p w14:paraId="5EB5C448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0.75</w:t>
            </w:r>
          </w:p>
        </w:tc>
        <w:tc>
          <w:tcPr>
            <w:tcW w:w="1062" w:type="dxa"/>
            <w:vAlign w:val="center"/>
            <w:hideMark/>
          </w:tcPr>
          <w:p w14:paraId="7E37E0C2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1.50</w:t>
            </w:r>
          </w:p>
        </w:tc>
      </w:tr>
      <w:tr w:rsidR="00290059" w:rsidRPr="00290059" w14:paraId="62091469" w14:textId="77777777" w:rsidTr="001912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3CC5F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 xml:space="preserve">Total </w:t>
            </w:r>
            <w:proofErr w:type="spellStart"/>
            <w:r w:rsidRPr="00290059">
              <w:rPr>
                <w:rFonts w:ascii="Calibri" w:hAnsi="Calibri" w:cs="Calibri"/>
              </w:rPr>
              <w:t>uronic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acids</w:t>
            </w:r>
            <w:proofErr w:type="spellEnd"/>
            <w:r w:rsidRPr="00290059">
              <w:rPr>
                <w:rFonts w:ascii="Calibri" w:hAnsi="Calibri" w:cs="Calibri"/>
              </w:rPr>
              <w:t xml:space="preserve"> (UA)</w:t>
            </w:r>
          </w:p>
        </w:tc>
        <w:tc>
          <w:tcPr>
            <w:tcW w:w="0" w:type="auto"/>
            <w:vAlign w:val="center"/>
            <w:hideMark/>
          </w:tcPr>
          <w:p w14:paraId="6B14332C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2.19</w:t>
            </w:r>
          </w:p>
        </w:tc>
        <w:tc>
          <w:tcPr>
            <w:tcW w:w="1062" w:type="dxa"/>
            <w:vAlign w:val="center"/>
            <w:hideMark/>
          </w:tcPr>
          <w:p w14:paraId="00FC16F3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4.37</w:t>
            </w:r>
          </w:p>
        </w:tc>
      </w:tr>
    </w:tbl>
    <w:p w14:paraId="3ACD3F2F" w14:textId="60B8BBA2" w:rsidR="00290059" w:rsidRPr="001C43BA" w:rsidRDefault="00290059">
      <w:pPr>
        <w:pStyle w:val="NormalnyWeb"/>
        <w:rPr>
          <w:rFonts w:ascii="Calibri" w:hAnsi="Calibri" w:cs="Calibri"/>
          <w:lang w:val="en-US"/>
        </w:rPr>
      </w:pPr>
      <w:r w:rsidRPr="001C43BA">
        <w:rPr>
          <w:rFonts w:ascii="Calibri" w:hAnsi="Calibri" w:cs="Calibri"/>
          <w:lang w:val="en-US"/>
        </w:rPr>
        <w:t>Table 2 template — maintenance dog foods (% DM)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5"/>
        <w:gridCol w:w="1793"/>
        <w:gridCol w:w="1737"/>
      </w:tblGrid>
      <w:tr w:rsidR="00290059" w:rsidRPr="00290059" w14:paraId="4376FB7D" w14:textId="77777777" w:rsidTr="00472571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601EB2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proofErr w:type="spellStart"/>
            <w:r w:rsidRPr="00290059">
              <w:rPr>
                <w:rFonts w:ascii="Calibri" w:hAnsi="Calibri" w:cs="Calibri"/>
                <w:b/>
                <w:bCs/>
              </w:rPr>
              <w:t>Specification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869291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r w:rsidRPr="00290059">
              <w:rPr>
                <w:rFonts w:ascii="Calibri" w:hAnsi="Calibri" w:cs="Calibri"/>
                <w:b/>
                <w:bCs/>
              </w:rPr>
              <w:t>Wet food (% DM)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B1A0E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  <w:b/>
                <w:bCs/>
              </w:rPr>
            </w:pPr>
            <w:proofErr w:type="spellStart"/>
            <w:r w:rsidRPr="00290059">
              <w:rPr>
                <w:rFonts w:ascii="Calibri" w:hAnsi="Calibri" w:cs="Calibri"/>
                <w:b/>
                <w:bCs/>
              </w:rPr>
              <w:t>Dry</w:t>
            </w:r>
            <w:proofErr w:type="spellEnd"/>
            <w:r w:rsidRPr="00290059">
              <w:rPr>
                <w:rFonts w:ascii="Calibri" w:hAnsi="Calibri" w:cs="Calibri"/>
                <w:b/>
                <w:bCs/>
              </w:rPr>
              <w:t xml:space="preserve"> food (% DM)</w:t>
            </w:r>
          </w:p>
        </w:tc>
      </w:tr>
      <w:tr w:rsidR="00290059" w:rsidRPr="00290059" w14:paraId="6AB50236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AB30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ash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D27AAB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7.59</w:t>
            </w:r>
          </w:p>
        </w:tc>
        <w:tc>
          <w:tcPr>
            <w:tcW w:w="0" w:type="auto"/>
            <w:vAlign w:val="center"/>
            <w:hideMark/>
          </w:tcPr>
          <w:p w14:paraId="20B8C046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7.74</w:t>
            </w:r>
          </w:p>
        </w:tc>
      </w:tr>
      <w:tr w:rsidR="00290059" w:rsidRPr="00290059" w14:paraId="571CAA6A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2C81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Organic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matter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6287C5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92.41</w:t>
            </w:r>
          </w:p>
        </w:tc>
        <w:tc>
          <w:tcPr>
            <w:tcW w:w="0" w:type="auto"/>
            <w:vAlign w:val="center"/>
            <w:hideMark/>
          </w:tcPr>
          <w:p w14:paraId="30FF8EF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92.26</w:t>
            </w:r>
          </w:p>
        </w:tc>
      </w:tr>
      <w:tr w:rsidR="00290059" w:rsidRPr="00290059" w14:paraId="10365001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29B0C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protein</w:t>
            </w:r>
          </w:p>
        </w:tc>
        <w:tc>
          <w:tcPr>
            <w:tcW w:w="0" w:type="auto"/>
            <w:vAlign w:val="center"/>
            <w:hideMark/>
          </w:tcPr>
          <w:p w14:paraId="21C2DC7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39.08</w:t>
            </w:r>
          </w:p>
        </w:tc>
        <w:tc>
          <w:tcPr>
            <w:tcW w:w="0" w:type="auto"/>
            <w:vAlign w:val="center"/>
            <w:hideMark/>
          </w:tcPr>
          <w:p w14:paraId="4B90E1E1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39.92</w:t>
            </w:r>
          </w:p>
        </w:tc>
      </w:tr>
      <w:tr w:rsidR="00290059" w:rsidRPr="00290059" w14:paraId="30B7FD8A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7F2FC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fat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215F00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25.09</w:t>
            </w:r>
          </w:p>
        </w:tc>
        <w:tc>
          <w:tcPr>
            <w:tcW w:w="0" w:type="auto"/>
            <w:vAlign w:val="center"/>
            <w:hideMark/>
          </w:tcPr>
          <w:p w14:paraId="0746585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12.60</w:t>
            </w:r>
          </w:p>
        </w:tc>
      </w:tr>
      <w:tr w:rsidR="00290059" w:rsidRPr="00290059" w14:paraId="7ED81DA8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65B3F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Crude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fibre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6737A2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2.77</w:t>
            </w:r>
          </w:p>
        </w:tc>
        <w:tc>
          <w:tcPr>
            <w:tcW w:w="0" w:type="auto"/>
            <w:vAlign w:val="center"/>
            <w:hideMark/>
          </w:tcPr>
          <w:p w14:paraId="00CE2117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2.40</w:t>
            </w:r>
          </w:p>
        </w:tc>
      </w:tr>
      <w:tr w:rsidR="00290059" w:rsidRPr="00290059" w14:paraId="5D348255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6BFF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NDF</w:t>
            </w:r>
          </w:p>
        </w:tc>
        <w:tc>
          <w:tcPr>
            <w:tcW w:w="0" w:type="auto"/>
            <w:vAlign w:val="center"/>
            <w:hideMark/>
          </w:tcPr>
          <w:p w14:paraId="6C2FA845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40.66</w:t>
            </w:r>
          </w:p>
        </w:tc>
        <w:tc>
          <w:tcPr>
            <w:tcW w:w="0" w:type="auto"/>
            <w:vAlign w:val="center"/>
            <w:hideMark/>
          </w:tcPr>
          <w:p w14:paraId="7B573FB8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10.66</w:t>
            </w:r>
          </w:p>
        </w:tc>
      </w:tr>
      <w:tr w:rsidR="00290059" w:rsidRPr="00290059" w14:paraId="7D7DCB36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8E6E6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ADF</w:t>
            </w:r>
          </w:p>
        </w:tc>
        <w:tc>
          <w:tcPr>
            <w:tcW w:w="0" w:type="auto"/>
            <w:vAlign w:val="center"/>
            <w:hideMark/>
          </w:tcPr>
          <w:p w14:paraId="333ECE3C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7.56</w:t>
            </w:r>
          </w:p>
        </w:tc>
        <w:tc>
          <w:tcPr>
            <w:tcW w:w="0" w:type="auto"/>
            <w:vAlign w:val="center"/>
            <w:hideMark/>
          </w:tcPr>
          <w:p w14:paraId="0B7AB4FB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6.47</w:t>
            </w:r>
          </w:p>
        </w:tc>
      </w:tr>
      <w:tr w:rsidR="00290059" w:rsidRPr="00290059" w14:paraId="22A86FC8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9C223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ADL</w:t>
            </w:r>
          </w:p>
        </w:tc>
        <w:tc>
          <w:tcPr>
            <w:tcW w:w="0" w:type="auto"/>
            <w:vAlign w:val="center"/>
            <w:hideMark/>
          </w:tcPr>
          <w:p w14:paraId="6BC9ABB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3.07</w:t>
            </w:r>
          </w:p>
        </w:tc>
        <w:tc>
          <w:tcPr>
            <w:tcW w:w="0" w:type="auto"/>
            <w:vAlign w:val="center"/>
            <w:hideMark/>
          </w:tcPr>
          <w:p w14:paraId="32CDF7CE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1.79</w:t>
            </w:r>
          </w:p>
        </w:tc>
      </w:tr>
      <w:tr w:rsidR="00290059" w:rsidRPr="00290059" w14:paraId="5DD99ABF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D50C3F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Hemicellulose</w:t>
            </w:r>
            <w:proofErr w:type="spellEnd"/>
            <w:r w:rsidRPr="00290059">
              <w:rPr>
                <w:rFonts w:ascii="Calibri" w:hAnsi="Calibri" w:cs="Calibri"/>
              </w:rPr>
              <w:t xml:space="preserve"> (</w:t>
            </w:r>
            <w:proofErr w:type="spellStart"/>
            <w:r w:rsidRPr="00290059">
              <w:rPr>
                <w:rFonts w:ascii="Calibri" w:hAnsi="Calibri" w:cs="Calibri"/>
              </w:rPr>
              <w:t>Hcel</w:t>
            </w:r>
            <w:proofErr w:type="spellEnd"/>
            <w:r w:rsidRPr="00290059">
              <w:rPr>
                <w:rFonts w:ascii="Calibri" w:hAnsi="Calibri" w:cs="Calibri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2439664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33.10</w:t>
            </w:r>
          </w:p>
        </w:tc>
        <w:tc>
          <w:tcPr>
            <w:tcW w:w="0" w:type="auto"/>
            <w:vAlign w:val="center"/>
            <w:hideMark/>
          </w:tcPr>
          <w:p w14:paraId="65ED5B6F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4.19</w:t>
            </w:r>
          </w:p>
        </w:tc>
      </w:tr>
      <w:tr w:rsidR="00290059" w:rsidRPr="00290059" w14:paraId="12DBDC61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28109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Cellulose</w:t>
            </w:r>
            <w:proofErr w:type="spellEnd"/>
            <w:r w:rsidRPr="00290059">
              <w:rPr>
                <w:rFonts w:ascii="Calibri" w:hAnsi="Calibri" w:cs="Calibri"/>
              </w:rPr>
              <w:t xml:space="preserve"> (Cel)</w:t>
            </w:r>
          </w:p>
        </w:tc>
        <w:tc>
          <w:tcPr>
            <w:tcW w:w="0" w:type="auto"/>
            <w:vAlign w:val="center"/>
            <w:hideMark/>
          </w:tcPr>
          <w:p w14:paraId="60ECDC1B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4.49</w:t>
            </w:r>
          </w:p>
        </w:tc>
        <w:tc>
          <w:tcPr>
            <w:tcW w:w="0" w:type="auto"/>
            <w:vAlign w:val="center"/>
            <w:hideMark/>
          </w:tcPr>
          <w:p w14:paraId="79C4ED98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4.68</w:t>
            </w:r>
          </w:p>
        </w:tc>
      </w:tr>
      <w:tr w:rsidR="00290059" w:rsidRPr="00290059" w14:paraId="7E00DD25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227F8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Nitrogen-free</w:t>
            </w:r>
            <w:proofErr w:type="spellEnd"/>
            <w:r w:rsidRPr="00290059">
              <w:rPr>
                <w:rFonts w:ascii="Calibri" w:hAnsi="Calibri" w:cs="Calibri"/>
              </w:rPr>
              <w:t xml:space="preserve"> </w:t>
            </w:r>
            <w:proofErr w:type="spellStart"/>
            <w:r w:rsidRPr="00290059">
              <w:rPr>
                <w:rFonts w:ascii="Calibri" w:hAnsi="Calibri" w:cs="Calibri"/>
              </w:rPr>
              <w:t>extract</w:t>
            </w:r>
            <w:proofErr w:type="spellEnd"/>
            <w:r w:rsidRPr="00290059">
              <w:rPr>
                <w:rFonts w:ascii="Calibri" w:hAnsi="Calibri" w:cs="Calibri"/>
              </w:rPr>
              <w:t xml:space="preserve"> (NFE)</w:t>
            </w:r>
          </w:p>
        </w:tc>
        <w:tc>
          <w:tcPr>
            <w:tcW w:w="0" w:type="auto"/>
            <w:vAlign w:val="center"/>
            <w:hideMark/>
          </w:tcPr>
          <w:p w14:paraId="42E40772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25.47</w:t>
            </w:r>
          </w:p>
        </w:tc>
        <w:tc>
          <w:tcPr>
            <w:tcW w:w="0" w:type="auto"/>
            <w:vAlign w:val="center"/>
            <w:hideMark/>
          </w:tcPr>
          <w:p w14:paraId="40FE7CA7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37.33</w:t>
            </w:r>
          </w:p>
        </w:tc>
      </w:tr>
      <w:tr w:rsidR="00290059" w:rsidRPr="00290059" w14:paraId="7EF7BD14" w14:textId="77777777" w:rsidTr="004725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0C36A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proofErr w:type="spellStart"/>
            <w:r w:rsidRPr="00290059">
              <w:rPr>
                <w:rFonts w:ascii="Calibri" w:hAnsi="Calibri" w:cs="Calibri"/>
              </w:rPr>
              <w:t>Starch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C56D6F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11.12</w:t>
            </w:r>
          </w:p>
        </w:tc>
        <w:tc>
          <w:tcPr>
            <w:tcW w:w="0" w:type="auto"/>
            <w:vAlign w:val="center"/>
            <w:hideMark/>
          </w:tcPr>
          <w:p w14:paraId="68041071" w14:textId="77777777" w:rsidR="00290059" w:rsidRPr="00290059" w:rsidRDefault="00290059" w:rsidP="00290059">
            <w:pPr>
              <w:pStyle w:val="NormalnyWeb"/>
              <w:rPr>
                <w:rFonts w:ascii="Calibri" w:hAnsi="Calibri" w:cs="Calibri"/>
              </w:rPr>
            </w:pPr>
            <w:r w:rsidRPr="00290059">
              <w:rPr>
                <w:rFonts w:ascii="Calibri" w:hAnsi="Calibri" w:cs="Calibri"/>
              </w:rPr>
              <w:t>27.00</w:t>
            </w:r>
          </w:p>
        </w:tc>
      </w:tr>
    </w:tbl>
    <w:p w14:paraId="110AE60A" w14:textId="356AA643" w:rsidR="00290059" w:rsidRPr="001C43BA" w:rsidRDefault="00290059">
      <w:pPr>
        <w:pStyle w:val="NormalnyWeb"/>
        <w:rPr>
          <w:rFonts w:ascii="Calibri" w:hAnsi="Calibri" w:cs="Calibri"/>
          <w:lang w:val="en-US"/>
        </w:rPr>
      </w:pPr>
    </w:p>
    <w:p w14:paraId="5D6A90F1" w14:textId="77777777" w:rsidR="00961936" w:rsidRPr="001C43BA" w:rsidRDefault="00961936" w:rsidP="00961936">
      <w:pPr>
        <w:pStyle w:val="NormalnyWeb"/>
        <w:rPr>
          <w:rFonts w:ascii="Calibri" w:hAnsi="Calibri" w:cs="Calibri"/>
          <w:lang w:val="en-US"/>
        </w:rPr>
      </w:pPr>
      <w:r w:rsidRPr="001C43BA">
        <w:rPr>
          <w:rFonts w:ascii="Calibri" w:hAnsi="Calibri" w:cs="Calibri"/>
          <w:lang w:val="en-US"/>
        </w:rPr>
        <w:lastRenderedPageBreak/>
        <w:t xml:space="preserve">Table 3. Body mass, food/additive/MPU intake (g/day) and </w:t>
      </w:r>
      <w:proofErr w:type="spellStart"/>
      <w:r w:rsidRPr="001C43BA">
        <w:rPr>
          <w:rFonts w:ascii="Calibri" w:hAnsi="Calibri" w:cs="Calibri"/>
          <w:lang w:val="en-US"/>
        </w:rPr>
        <w:t>faecal</w:t>
      </w:r>
      <w:proofErr w:type="spellEnd"/>
      <w:r w:rsidRPr="001C43BA">
        <w:rPr>
          <w:rFonts w:ascii="Calibri" w:hAnsi="Calibri" w:cs="Calibri"/>
          <w:lang w:val="en-US"/>
        </w:rPr>
        <w:t xml:space="preserve"> score in dogs before and after MPU</w:t>
      </w:r>
      <w:r w:rsidRPr="001C43BA">
        <w:rPr>
          <w:rFonts w:ascii="Calibri" w:hAnsi="Calibri" w:cs="Calibri"/>
          <w:lang w:val="en-US"/>
        </w:rPr>
        <w:tab/>
      </w:r>
      <w:r w:rsidRPr="001C43BA">
        <w:rPr>
          <w:rFonts w:ascii="Calibri" w:hAnsi="Calibri" w:cs="Calibri"/>
          <w:lang w:val="en-US"/>
        </w:rPr>
        <w:tab/>
      </w:r>
      <w:r w:rsidRPr="001C43BA">
        <w:rPr>
          <w:rFonts w:ascii="Calibri" w:hAnsi="Calibri" w:cs="Calibri"/>
          <w:lang w:val="en-US"/>
        </w:rPr>
        <w:tab/>
      </w:r>
      <w:r w:rsidRPr="001C43BA">
        <w:rPr>
          <w:rFonts w:ascii="Calibri" w:hAnsi="Calibri" w:cs="Calibri"/>
          <w:lang w:val="en-US"/>
        </w:rPr>
        <w:tab/>
      </w:r>
      <w:r w:rsidRPr="001C43BA">
        <w:rPr>
          <w:rFonts w:ascii="Calibri" w:hAnsi="Calibri" w:cs="Calibri"/>
          <w:lang w:val="en-US"/>
        </w:rPr>
        <w:tab/>
      </w:r>
      <w:r w:rsidRPr="001C43BA">
        <w:rPr>
          <w:rFonts w:ascii="Calibri" w:hAnsi="Calibri" w:cs="Calibri"/>
          <w:lang w:val="en-US"/>
        </w:rPr>
        <w:tab/>
      </w:r>
      <w:r w:rsidRPr="001C43BA">
        <w:rPr>
          <w:rFonts w:ascii="Calibri" w:hAnsi="Calibri" w:cs="Calibri"/>
          <w:lang w:val="en-US"/>
        </w:rPr>
        <w:tab/>
      </w:r>
    </w:p>
    <w:p w14:paraId="5B4B3123" w14:textId="5C4748D0" w:rsidR="00961936" w:rsidRPr="001C43BA" w:rsidRDefault="00961936" w:rsidP="00961936">
      <w:pPr>
        <w:pStyle w:val="NormalnyWeb"/>
        <w:rPr>
          <w:rFonts w:ascii="Calibri" w:hAnsi="Calibri" w:cs="Calibri"/>
          <w:lang w:val="en-US"/>
        </w:rPr>
      </w:pPr>
      <w:r w:rsidRPr="001C43BA">
        <w:rPr>
          <w:rFonts w:ascii="Calibri" w:hAnsi="Calibri" w:cs="Calibri"/>
          <w:lang w:val="en-US"/>
        </w:rPr>
        <w:t>Note: SD = standard deviation. Empty additive cells indicate no MPU in Control or Before where applicable.</w:t>
      </w:r>
    </w:p>
    <w:tbl>
      <w:tblPr>
        <w:tblW w:w="8786" w:type="dxa"/>
        <w:jc w:val="center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3"/>
        <w:gridCol w:w="586"/>
        <w:gridCol w:w="586"/>
        <w:gridCol w:w="586"/>
        <w:gridCol w:w="586"/>
        <w:gridCol w:w="586"/>
        <w:gridCol w:w="505"/>
        <w:gridCol w:w="586"/>
        <w:gridCol w:w="505"/>
        <w:gridCol w:w="586"/>
        <w:gridCol w:w="505"/>
        <w:gridCol w:w="586"/>
        <w:gridCol w:w="719"/>
      </w:tblGrid>
      <w:tr w:rsidR="00D8292F" w:rsidRPr="00D8292F" w14:paraId="412F3100" w14:textId="77777777" w:rsidTr="00191237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4FB7B71C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 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55F88AD5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Control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3AF2E92B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Soft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chew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(MPU)</w:t>
            </w:r>
          </w:p>
        </w:tc>
        <w:tc>
          <w:tcPr>
            <w:tcW w:w="2343" w:type="dxa"/>
            <w:gridSpan w:val="4"/>
            <w:shd w:val="clear" w:color="auto" w:fill="D9D9D9" w:themeFill="background1" w:themeFillShade="D9"/>
            <w:noWrap/>
            <w:hideMark/>
          </w:tcPr>
          <w:p w14:paraId="13E7DDA8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Pellet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(MPU)</w:t>
            </w:r>
          </w:p>
        </w:tc>
      </w:tr>
      <w:tr w:rsidR="00D8292F" w:rsidRPr="00D8292F" w14:paraId="683552F6" w14:textId="77777777" w:rsidTr="00191237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4A77A4F7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 </w:t>
            </w:r>
          </w:p>
        </w:tc>
        <w:tc>
          <w:tcPr>
            <w:tcW w:w="0" w:type="auto"/>
            <w:gridSpan w:val="2"/>
            <w:noWrap/>
            <w:hideMark/>
          </w:tcPr>
          <w:p w14:paraId="6B007B02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0C7BEF6B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099CA0BC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58CEFD00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17CCC564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Before</w:t>
            </w:r>
            <w:proofErr w:type="spellEnd"/>
          </w:p>
        </w:tc>
        <w:tc>
          <w:tcPr>
            <w:tcW w:w="1286" w:type="dxa"/>
            <w:gridSpan w:val="2"/>
            <w:noWrap/>
            <w:hideMark/>
          </w:tcPr>
          <w:p w14:paraId="25BD3F62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After</w:t>
            </w:r>
            <w:proofErr w:type="spellEnd"/>
          </w:p>
        </w:tc>
      </w:tr>
      <w:tr w:rsidR="00D8292F" w:rsidRPr="00D8292F" w14:paraId="1FBFAE9E" w14:textId="77777777" w:rsidTr="00191237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60BCA8B1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0A07BC5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67B91CDD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4395447E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5071796D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2C4C3AC4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037747D3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120B1C3B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F46CE36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6A61D218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5C5D2D0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51354536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Mean</w:t>
            </w:r>
            <w:proofErr w:type="spellEnd"/>
          </w:p>
        </w:tc>
        <w:tc>
          <w:tcPr>
            <w:tcW w:w="719" w:type="dxa"/>
            <w:noWrap/>
            <w:hideMark/>
          </w:tcPr>
          <w:p w14:paraId="03AD05AF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SD</w:t>
            </w:r>
          </w:p>
        </w:tc>
      </w:tr>
      <w:tr w:rsidR="00D8292F" w:rsidRPr="00D8292F" w14:paraId="650D267D" w14:textId="77777777" w:rsidTr="00191237">
        <w:trPr>
          <w:trHeight w:val="288"/>
          <w:jc w:val="center"/>
        </w:trPr>
        <w:tc>
          <w:tcPr>
            <w:tcW w:w="0" w:type="auto"/>
            <w:noWrap/>
            <w:vAlign w:val="bottom"/>
            <w:hideMark/>
          </w:tcPr>
          <w:p w14:paraId="179AA50A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2BA289B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AB49015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C08644C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8FC9C50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E0587B3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533A150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8C05840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6064F17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B14F5E6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E2A82DF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FEB8AD6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719" w:type="dxa"/>
            <w:noWrap/>
            <w:vAlign w:val="bottom"/>
            <w:hideMark/>
          </w:tcPr>
          <w:p w14:paraId="3A3A2E40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</w:tr>
      <w:tr w:rsidR="00D8292F" w:rsidRPr="00D8292F" w14:paraId="075F55EF" w14:textId="77777777" w:rsidTr="00191237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448A7010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Body mass [kg]</w:t>
            </w:r>
          </w:p>
        </w:tc>
        <w:tc>
          <w:tcPr>
            <w:tcW w:w="0" w:type="auto"/>
            <w:noWrap/>
            <w:vAlign w:val="bottom"/>
            <w:hideMark/>
          </w:tcPr>
          <w:p w14:paraId="0DF9E9CF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10,21</w:t>
            </w:r>
          </w:p>
        </w:tc>
        <w:tc>
          <w:tcPr>
            <w:tcW w:w="0" w:type="auto"/>
            <w:noWrap/>
            <w:vAlign w:val="bottom"/>
            <w:hideMark/>
          </w:tcPr>
          <w:p w14:paraId="478B756D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1,83</w:t>
            </w:r>
          </w:p>
        </w:tc>
        <w:tc>
          <w:tcPr>
            <w:tcW w:w="0" w:type="auto"/>
            <w:noWrap/>
            <w:vAlign w:val="bottom"/>
            <w:hideMark/>
          </w:tcPr>
          <w:p w14:paraId="4C24BE86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10,76</w:t>
            </w:r>
          </w:p>
        </w:tc>
        <w:tc>
          <w:tcPr>
            <w:tcW w:w="0" w:type="auto"/>
            <w:noWrap/>
            <w:vAlign w:val="bottom"/>
            <w:hideMark/>
          </w:tcPr>
          <w:p w14:paraId="38ADF20C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1,28</w:t>
            </w:r>
          </w:p>
        </w:tc>
        <w:tc>
          <w:tcPr>
            <w:tcW w:w="0" w:type="auto"/>
            <w:noWrap/>
            <w:vAlign w:val="bottom"/>
            <w:hideMark/>
          </w:tcPr>
          <w:p w14:paraId="042B8843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11,33</w:t>
            </w:r>
          </w:p>
        </w:tc>
        <w:tc>
          <w:tcPr>
            <w:tcW w:w="0" w:type="auto"/>
            <w:noWrap/>
            <w:vAlign w:val="bottom"/>
            <w:hideMark/>
          </w:tcPr>
          <w:p w14:paraId="151713E9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1,23</w:t>
            </w:r>
          </w:p>
        </w:tc>
        <w:tc>
          <w:tcPr>
            <w:tcW w:w="0" w:type="auto"/>
            <w:noWrap/>
            <w:vAlign w:val="bottom"/>
            <w:hideMark/>
          </w:tcPr>
          <w:p w14:paraId="31639382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11,28</w:t>
            </w:r>
          </w:p>
        </w:tc>
        <w:tc>
          <w:tcPr>
            <w:tcW w:w="0" w:type="auto"/>
            <w:noWrap/>
            <w:vAlign w:val="bottom"/>
            <w:hideMark/>
          </w:tcPr>
          <w:p w14:paraId="541EAF1A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1,08</w:t>
            </w:r>
          </w:p>
        </w:tc>
        <w:tc>
          <w:tcPr>
            <w:tcW w:w="0" w:type="auto"/>
            <w:noWrap/>
            <w:vAlign w:val="bottom"/>
            <w:hideMark/>
          </w:tcPr>
          <w:p w14:paraId="38306039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11,8</w:t>
            </w:r>
          </w:p>
        </w:tc>
        <w:tc>
          <w:tcPr>
            <w:tcW w:w="0" w:type="auto"/>
            <w:noWrap/>
            <w:vAlign w:val="bottom"/>
            <w:hideMark/>
          </w:tcPr>
          <w:p w14:paraId="32E83423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1,62</w:t>
            </w:r>
          </w:p>
        </w:tc>
        <w:tc>
          <w:tcPr>
            <w:tcW w:w="0" w:type="auto"/>
            <w:noWrap/>
            <w:vAlign w:val="bottom"/>
            <w:hideMark/>
          </w:tcPr>
          <w:p w14:paraId="1124FCDB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12,03</w:t>
            </w:r>
          </w:p>
        </w:tc>
        <w:tc>
          <w:tcPr>
            <w:tcW w:w="719" w:type="dxa"/>
            <w:noWrap/>
            <w:vAlign w:val="bottom"/>
            <w:hideMark/>
          </w:tcPr>
          <w:p w14:paraId="530524BD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1,94</w:t>
            </w:r>
          </w:p>
        </w:tc>
      </w:tr>
      <w:tr w:rsidR="00D8292F" w:rsidRPr="00D8292F" w14:paraId="470003AA" w14:textId="77777777" w:rsidTr="00191237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6F705B2F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Intake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— 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dry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food [g/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day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]</w:t>
            </w:r>
          </w:p>
        </w:tc>
        <w:tc>
          <w:tcPr>
            <w:tcW w:w="0" w:type="auto"/>
            <w:noWrap/>
            <w:vAlign w:val="bottom"/>
            <w:hideMark/>
          </w:tcPr>
          <w:p w14:paraId="4466FE1B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110,43</w:t>
            </w:r>
          </w:p>
        </w:tc>
        <w:tc>
          <w:tcPr>
            <w:tcW w:w="0" w:type="auto"/>
            <w:noWrap/>
            <w:vAlign w:val="bottom"/>
            <w:hideMark/>
          </w:tcPr>
          <w:p w14:paraId="3E2F182B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32,43</w:t>
            </w:r>
          </w:p>
        </w:tc>
        <w:tc>
          <w:tcPr>
            <w:tcW w:w="0" w:type="auto"/>
            <w:noWrap/>
            <w:vAlign w:val="bottom"/>
            <w:hideMark/>
          </w:tcPr>
          <w:p w14:paraId="2FBEF29A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116,23</w:t>
            </w:r>
          </w:p>
        </w:tc>
        <w:tc>
          <w:tcPr>
            <w:tcW w:w="0" w:type="auto"/>
            <w:noWrap/>
            <w:vAlign w:val="bottom"/>
            <w:hideMark/>
          </w:tcPr>
          <w:p w14:paraId="4B6DD4A3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33,47</w:t>
            </w:r>
          </w:p>
        </w:tc>
        <w:tc>
          <w:tcPr>
            <w:tcW w:w="0" w:type="auto"/>
            <w:noWrap/>
            <w:vAlign w:val="bottom"/>
            <w:hideMark/>
          </w:tcPr>
          <w:p w14:paraId="4F83511F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89,74</w:t>
            </w:r>
          </w:p>
        </w:tc>
        <w:tc>
          <w:tcPr>
            <w:tcW w:w="0" w:type="auto"/>
            <w:noWrap/>
            <w:vAlign w:val="bottom"/>
            <w:hideMark/>
          </w:tcPr>
          <w:p w14:paraId="7BCBFF47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18,6</w:t>
            </w:r>
          </w:p>
        </w:tc>
        <w:tc>
          <w:tcPr>
            <w:tcW w:w="0" w:type="auto"/>
            <w:noWrap/>
            <w:vAlign w:val="bottom"/>
            <w:hideMark/>
          </w:tcPr>
          <w:p w14:paraId="5C0D5202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127,8</w:t>
            </w:r>
          </w:p>
        </w:tc>
        <w:tc>
          <w:tcPr>
            <w:tcW w:w="0" w:type="auto"/>
            <w:noWrap/>
            <w:vAlign w:val="bottom"/>
            <w:hideMark/>
          </w:tcPr>
          <w:p w14:paraId="06100374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32,99</w:t>
            </w:r>
          </w:p>
        </w:tc>
        <w:tc>
          <w:tcPr>
            <w:tcW w:w="0" w:type="auto"/>
            <w:noWrap/>
            <w:vAlign w:val="bottom"/>
            <w:hideMark/>
          </w:tcPr>
          <w:p w14:paraId="2F611BC2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111,62</w:t>
            </w:r>
          </w:p>
        </w:tc>
        <w:tc>
          <w:tcPr>
            <w:tcW w:w="0" w:type="auto"/>
            <w:noWrap/>
            <w:vAlign w:val="bottom"/>
            <w:hideMark/>
          </w:tcPr>
          <w:p w14:paraId="3B72B82B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29,83</w:t>
            </w:r>
          </w:p>
        </w:tc>
        <w:tc>
          <w:tcPr>
            <w:tcW w:w="0" w:type="auto"/>
            <w:noWrap/>
            <w:vAlign w:val="bottom"/>
            <w:hideMark/>
          </w:tcPr>
          <w:p w14:paraId="3B102988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143,09</w:t>
            </w:r>
          </w:p>
        </w:tc>
        <w:tc>
          <w:tcPr>
            <w:tcW w:w="719" w:type="dxa"/>
            <w:noWrap/>
            <w:vAlign w:val="bottom"/>
            <w:hideMark/>
          </w:tcPr>
          <w:p w14:paraId="76160D10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37,23</w:t>
            </w:r>
          </w:p>
        </w:tc>
      </w:tr>
      <w:tr w:rsidR="00D8292F" w:rsidRPr="00D8292F" w14:paraId="0236B225" w14:textId="77777777" w:rsidTr="00191237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66997D7A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Intake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— wet food [g/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day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]</w:t>
            </w:r>
          </w:p>
        </w:tc>
        <w:tc>
          <w:tcPr>
            <w:tcW w:w="0" w:type="auto"/>
            <w:noWrap/>
            <w:vAlign w:val="bottom"/>
            <w:hideMark/>
          </w:tcPr>
          <w:p w14:paraId="296FA0AA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383,81</w:t>
            </w:r>
          </w:p>
        </w:tc>
        <w:tc>
          <w:tcPr>
            <w:tcW w:w="0" w:type="auto"/>
            <w:noWrap/>
            <w:vAlign w:val="bottom"/>
            <w:hideMark/>
          </w:tcPr>
          <w:p w14:paraId="3A737073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82,54</w:t>
            </w:r>
          </w:p>
        </w:tc>
        <w:tc>
          <w:tcPr>
            <w:tcW w:w="0" w:type="auto"/>
            <w:noWrap/>
            <w:vAlign w:val="bottom"/>
            <w:hideMark/>
          </w:tcPr>
          <w:p w14:paraId="79ADCBAF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441,8</w:t>
            </w:r>
          </w:p>
        </w:tc>
        <w:tc>
          <w:tcPr>
            <w:tcW w:w="0" w:type="auto"/>
            <w:noWrap/>
            <w:vAlign w:val="bottom"/>
            <w:hideMark/>
          </w:tcPr>
          <w:p w14:paraId="1B6BE599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181,53</w:t>
            </w:r>
          </w:p>
        </w:tc>
        <w:tc>
          <w:tcPr>
            <w:tcW w:w="0" w:type="auto"/>
            <w:noWrap/>
            <w:vAlign w:val="bottom"/>
            <w:hideMark/>
          </w:tcPr>
          <w:p w14:paraId="1553DD26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408,92</w:t>
            </w:r>
          </w:p>
        </w:tc>
        <w:tc>
          <w:tcPr>
            <w:tcW w:w="0" w:type="auto"/>
            <w:noWrap/>
            <w:vAlign w:val="bottom"/>
            <w:hideMark/>
          </w:tcPr>
          <w:p w14:paraId="4D57C7FB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68,47</w:t>
            </w:r>
          </w:p>
        </w:tc>
        <w:tc>
          <w:tcPr>
            <w:tcW w:w="0" w:type="auto"/>
            <w:noWrap/>
            <w:vAlign w:val="bottom"/>
            <w:hideMark/>
          </w:tcPr>
          <w:p w14:paraId="3B9FC578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410,78</w:t>
            </w:r>
          </w:p>
        </w:tc>
        <w:tc>
          <w:tcPr>
            <w:tcW w:w="0" w:type="auto"/>
            <w:noWrap/>
            <w:vAlign w:val="bottom"/>
            <w:hideMark/>
          </w:tcPr>
          <w:p w14:paraId="7B676BE6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63,24</w:t>
            </w:r>
          </w:p>
        </w:tc>
        <w:tc>
          <w:tcPr>
            <w:tcW w:w="0" w:type="auto"/>
            <w:noWrap/>
            <w:vAlign w:val="bottom"/>
            <w:hideMark/>
          </w:tcPr>
          <w:p w14:paraId="49A3588E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423,49</w:t>
            </w:r>
          </w:p>
        </w:tc>
        <w:tc>
          <w:tcPr>
            <w:tcW w:w="0" w:type="auto"/>
            <w:noWrap/>
            <w:vAlign w:val="bottom"/>
            <w:hideMark/>
          </w:tcPr>
          <w:p w14:paraId="1A891F1F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37,03</w:t>
            </w:r>
          </w:p>
        </w:tc>
        <w:tc>
          <w:tcPr>
            <w:tcW w:w="0" w:type="auto"/>
            <w:noWrap/>
            <w:vAlign w:val="bottom"/>
            <w:hideMark/>
          </w:tcPr>
          <w:p w14:paraId="197BB272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504,75</w:t>
            </w:r>
          </w:p>
        </w:tc>
        <w:tc>
          <w:tcPr>
            <w:tcW w:w="719" w:type="dxa"/>
            <w:noWrap/>
            <w:vAlign w:val="bottom"/>
            <w:hideMark/>
          </w:tcPr>
          <w:p w14:paraId="39796C26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115,54</w:t>
            </w:r>
          </w:p>
        </w:tc>
      </w:tr>
      <w:tr w:rsidR="00D8292F" w:rsidRPr="00D8292F" w14:paraId="7CF77258" w14:textId="77777777" w:rsidTr="00191237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075CDBBC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Intake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— 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total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ration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[g/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day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]</w:t>
            </w:r>
          </w:p>
        </w:tc>
        <w:tc>
          <w:tcPr>
            <w:tcW w:w="0" w:type="auto"/>
            <w:noWrap/>
            <w:vAlign w:val="bottom"/>
            <w:hideMark/>
          </w:tcPr>
          <w:p w14:paraId="106667CF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494,23</w:t>
            </w:r>
          </w:p>
        </w:tc>
        <w:tc>
          <w:tcPr>
            <w:tcW w:w="0" w:type="auto"/>
            <w:noWrap/>
            <w:vAlign w:val="bottom"/>
            <w:hideMark/>
          </w:tcPr>
          <w:p w14:paraId="43A9369F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106,32</w:t>
            </w:r>
          </w:p>
        </w:tc>
        <w:tc>
          <w:tcPr>
            <w:tcW w:w="0" w:type="auto"/>
            <w:noWrap/>
            <w:vAlign w:val="bottom"/>
            <w:hideMark/>
          </w:tcPr>
          <w:p w14:paraId="4DA158D3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558,03</w:t>
            </w:r>
          </w:p>
        </w:tc>
        <w:tc>
          <w:tcPr>
            <w:tcW w:w="0" w:type="auto"/>
            <w:noWrap/>
            <w:vAlign w:val="bottom"/>
            <w:hideMark/>
          </w:tcPr>
          <w:p w14:paraId="41D97DC1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4FBA2C8E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498,65</w:t>
            </w:r>
          </w:p>
        </w:tc>
        <w:tc>
          <w:tcPr>
            <w:tcW w:w="0" w:type="auto"/>
            <w:noWrap/>
            <w:vAlign w:val="bottom"/>
            <w:hideMark/>
          </w:tcPr>
          <w:p w14:paraId="344C1C74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55,14</w:t>
            </w:r>
          </w:p>
        </w:tc>
        <w:tc>
          <w:tcPr>
            <w:tcW w:w="0" w:type="auto"/>
            <w:noWrap/>
            <w:vAlign w:val="bottom"/>
            <w:hideMark/>
          </w:tcPr>
          <w:p w14:paraId="66EC51F3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538,58</w:t>
            </w:r>
          </w:p>
        </w:tc>
        <w:tc>
          <w:tcPr>
            <w:tcW w:w="0" w:type="auto"/>
            <w:noWrap/>
            <w:vAlign w:val="bottom"/>
            <w:hideMark/>
          </w:tcPr>
          <w:p w14:paraId="1310BFE1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86,33</w:t>
            </w:r>
          </w:p>
        </w:tc>
        <w:tc>
          <w:tcPr>
            <w:tcW w:w="0" w:type="auto"/>
            <w:noWrap/>
            <w:vAlign w:val="bottom"/>
            <w:hideMark/>
          </w:tcPr>
          <w:p w14:paraId="049DE419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535,11</w:t>
            </w:r>
          </w:p>
        </w:tc>
        <w:tc>
          <w:tcPr>
            <w:tcW w:w="0" w:type="auto"/>
            <w:noWrap/>
            <w:vAlign w:val="bottom"/>
            <w:hideMark/>
          </w:tcPr>
          <w:p w14:paraId="38443FE4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57,72</w:t>
            </w:r>
          </w:p>
        </w:tc>
        <w:tc>
          <w:tcPr>
            <w:tcW w:w="0" w:type="auto"/>
            <w:noWrap/>
            <w:vAlign w:val="bottom"/>
            <w:hideMark/>
          </w:tcPr>
          <w:p w14:paraId="2D53D922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647,84</w:t>
            </w:r>
          </w:p>
        </w:tc>
        <w:tc>
          <w:tcPr>
            <w:tcW w:w="719" w:type="dxa"/>
            <w:noWrap/>
            <w:vAlign w:val="bottom"/>
            <w:hideMark/>
          </w:tcPr>
          <w:p w14:paraId="04BDB5E3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119,91</w:t>
            </w:r>
          </w:p>
        </w:tc>
      </w:tr>
      <w:tr w:rsidR="00D8292F" w:rsidRPr="00D8292F" w14:paraId="3C3FB493" w14:textId="77777777" w:rsidTr="00191237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3BEA929B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Additive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intake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(MPU) [g/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day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]</w:t>
            </w:r>
          </w:p>
        </w:tc>
        <w:tc>
          <w:tcPr>
            <w:tcW w:w="0" w:type="auto"/>
            <w:noWrap/>
            <w:vAlign w:val="bottom"/>
            <w:hideMark/>
          </w:tcPr>
          <w:p w14:paraId="310708DF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5EC0E34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BE9CDC2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38788D5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19928E0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12,24</w:t>
            </w:r>
          </w:p>
        </w:tc>
        <w:tc>
          <w:tcPr>
            <w:tcW w:w="0" w:type="auto"/>
            <w:noWrap/>
            <w:vAlign w:val="bottom"/>
            <w:hideMark/>
          </w:tcPr>
          <w:p w14:paraId="3BC1D684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2,77</w:t>
            </w:r>
          </w:p>
        </w:tc>
        <w:tc>
          <w:tcPr>
            <w:tcW w:w="0" w:type="auto"/>
            <w:noWrap/>
            <w:vAlign w:val="bottom"/>
            <w:hideMark/>
          </w:tcPr>
          <w:p w14:paraId="164F6830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F5CB1EE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222F604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8,01</w:t>
            </w:r>
          </w:p>
        </w:tc>
        <w:tc>
          <w:tcPr>
            <w:tcW w:w="0" w:type="auto"/>
            <w:noWrap/>
            <w:vAlign w:val="bottom"/>
            <w:hideMark/>
          </w:tcPr>
          <w:p w14:paraId="3244C95A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0,06</w:t>
            </w:r>
          </w:p>
        </w:tc>
        <w:tc>
          <w:tcPr>
            <w:tcW w:w="0" w:type="auto"/>
            <w:noWrap/>
            <w:vAlign w:val="bottom"/>
            <w:hideMark/>
          </w:tcPr>
          <w:p w14:paraId="13ED49A1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</w:p>
        </w:tc>
        <w:tc>
          <w:tcPr>
            <w:tcW w:w="719" w:type="dxa"/>
            <w:noWrap/>
            <w:vAlign w:val="bottom"/>
            <w:hideMark/>
          </w:tcPr>
          <w:p w14:paraId="112E675A" w14:textId="77777777" w:rsidR="00290059" w:rsidRPr="00290059" w:rsidRDefault="00290059" w:rsidP="00290059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val="pl-PL" w:eastAsia="pl-PL"/>
              </w:rPr>
            </w:pPr>
          </w:p>
        </w:tc>
      </w:tr>
      <w:tr w:rsidR="00D8292F" w:rsidRPr="00D8292F" w14:paraId="4249EE91" w14:textId="77777777" w:rsidTr="00191237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72FF2CD0" w14:textId="77777777" w:rsidR="00290059" w:rsidRPr="00290059" w:rsidRDefault="00290059" w:rsidP="0029005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</w:pP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Faecal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</w:t>
            </w:r>
            <w:proofErr w:type="spellStart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>score</w:t>
            </w:r>
            <w:proofErr w:type="spellEnd"/>
            <w:r w:rsidRPr="00290059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pl-PL" w:eastAsia="pl-PL"/>
              </w:rPr>
              <w:t xml:space="preserve"> (1–5)</w:t>
            </w:r>
          </w:p>
        </w:tc>
        <w:tc>
          <w:tcPr>
            <w:tcW w:w="0" w:type="auto"/>
            <w:noWrap/>
            <w:vAlign w:val="bottom"/>
            <w:hideMark/>
          </w:tcPr>
          <w:p w14:paraId="4267175B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3,9</w:t>
            </w:r>
          </w:p>
        </w:tc>
        <w:tc>
          <w:tcPr>
            <w:tcW w:w="0" w:type="auto"/>
            <w:noWrap/>
            <w:vAlign w:val="bottom"/>
            <w:hideMark/>
          </w:tcPr>
          <w:p w14:paraId="07F7D833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0,07</w:t>
            </w:r>
          </w:p>
        </w:tc>
        <w:tc>
          <w:tcPr>
            <w:tcW w:w="0" w:type="auto"/>
            <w:noWrap/>
            <w:vAlign w:val="bottom"/>
            <w:hideMark/>
          </w:tcPr>
          <w:p w14:paraId="4A2DE3B5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3,9</w:t>
            </w:r>
          </w:p>
        </w:tc>
        <w:tc>
          <w:tcPr>
            <w:tcW w:w="0" w:type="auto"/>
            <w:noWrap/>
            <w:vAlign w:val="bottom"/>
            <w:hideMark/>
          </w:tcPr>
          <w:p w14:paraId="5D858605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0,45</w:t>
            </w:r>
          </w:p>
        </w:tc>
        <w:tc>
          <w:tcPr>
            <w:tcW w:w="0" w:type="auto"/>
            <w:noWrap/>
            <w:vAlign w:val="bottom"/>
            <w:hideMark/>
          </w:tcPr>
          <w:p w14:paraId="667363E7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3,97</w:t>
            </w:r>
          </w:p>
        </w:tc>
        <w:tc>
          <w:tcPr>
            <w:tcW w:w="0" w:type="auto"/>
            <w:noWrap/>
            <w:vAlign w:val="bottom"/>
            <w:hideMark/>
          </w:tcPr>
          <w:p w14:paraId="73CC78F2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0,19</w:t>
            </w:r>
          </w:p>
        </w:tc>
        <w:tc>
          <w:tcPr>
            <w:tcW w:w="0" w:type="auto"/>
            <w:noWrap/>
            <w:vAlign w:val="bottom"/>
            <w:hideMark/>
          </w:tcPr>
          <w:p w14:paraId="0648C890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4,77</w:t>
            </w:r>
          </w:p>
        </w:tc>
        <w:tc>
          <w:tcPr>
            <w:tcW w:w="0" w:type="auto"/>
            <w:noWrap/>
            <w:vAlign w:val="bottom"/>
            <w:hideMark/>
          </w:tcPr>
          <w:p w14:paraId="3142FE7A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0,25</w:t>
            </w:r>
          </w:p>
        </w:tc>
        <w:tc>
          <w:tcPr>
            <w:tcW w:w="0" w:type="auto"/>
            <w:noWrap/>
            <w:vAlign w:val="bottom"/>
            <w:hideMark/>
          </w:tcPr>
          <w:p w14:paraId="722950B4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3,92</w:t>
            </w:r>
          </w:p>
        </w:tc>
        <w:tc>
          <w:tcPr>
            <w:tcW w:w="0" w:type="auto"/>
            <w:noWrap/>
            <w:vAlign w:val="bottom"/>
            <w:hideMark/>
          </w:tcPr>
          <w:p w14:paraId="360A070C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0,2</w:t>
            </w:r>
          </w:p>
        </w:tc>
        <w:tc>
          <w:tcPr>
            <w:tcW w:w="0" w:type="auto"/>
            <w:noWrap/>
            <w:vAlign w:val="bottom"/>
            <w:hideMark/>
          </w:tcPr>
          <w:p w14:paraId="39BD225D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4,82</w:t>
            </w:r>
          </w:p>
        </w:tc>
        <w:tc>
          <w:tcPr>
            <w:tcW w:w="719" w:type="dxa"/>
            <w:noWrap/>
            <w:vAlign w:val="bottom"/>
            <w:hideMark/>
          </w:tcPr>
          <w:p w14:paraId="27DC1CCF" w14:textId="77777777" w:rsidR="00290059" w:rsidRPr="00290059" w:rsidRDefault="00290059" w:rsidP="00290059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</w:pPr>
            <w:r w:rsidRPr="00290059">
              <w:rPr>
                <w:rFonts w:eastAsia="Times New Roman" w:cs="Calibri"/>
                <w:color w:val="000000"/>
                <w:sz w:val="16"/>
                <w:szCs w:val="16"/>
                <w:lang w:val="pl-PL" w:eastAsia="pl-PL"/>
              </w:rPr>
              <w:t>0,28</w:t>
            </w:r>
          </w:p>
        </w:tc>
      </w:tr>
    </w:tbl>
    <w:p w14:paraId="5E550E8D" w14:textId="635F1620" w:rsidR="00290059" w:rsidRPr="001C43BA" w:rsidRDefault="00D8292F">
      <w:pPr>
        <w:pStyle w:val="NormalnyWeb"/>
        <w:rPr>
          <w:rFonts w:ascii="Calibri" w:hAnsi="Calibri" w:cs="Calibri"/>
        </w:rPr>
      </w:pPr>
      <w:proofErr w:type="spellStart"/>
      <w:r w:rsidRPr="00961936">
        <w:rPr>
          <w:rFonts w:ascii="Calibri" w:hAnsi="Calibri" w:cs="Calibri"/>
          <w:color w:val="000000"/>
        </w:rPr>
        <w:t>Table</w:t>
      </w:r>
      <w:proofErr w:type="spellEnd"/>
      <w:r w:rsidRPr="00961936">
        <w:rPr>
          <w:rFonts w:ascii="Calibri" w:hAnsi="Calibri" w:cs="Calibri"/>
          <w:color w:val="000000"/>
        </w:rPr>
        <w:t xml:space="preserve"> 4. </w:t>
      </w:r>
      <w:proofErr w:type="spellStart"/>
      <w:r w:rsidRPr="00961936">
        <w:rPr>
          <w:rFonts w:ascii="Calibri" w:hAnsi="Calibri" w:cs="Calibri"/>
          <w:color w:val="000000"/>
        </w:rPr>
        <w:t>Apparent</w:t>
      </w:r>
      <w:proofErr w:type="spellEnd"/>
      <w:r w:rsidRPr="00961936">
        <w:rPr>
          <w:rFonts w:ascii="Calibri" w:hAnsi="Calibri" w:cs="Calibri"/>
          <w:color w:val="000000"/>
        </w:rPr>
        <w:t xml:space="preserve"> </w:t>
      </w:r>
      <w:proofErr w:type="spellStart"/>
      <w:r w:rsidRPr="00961936">
        <w:rPr>
          <w:rFonts w:ascii="Calibri" w:hAnsi="Calibri" w:cs="Calibri"/>
          <w:color w:val="000000"/>
        </w:rPr>
        <w:t>digestibility</w:t>
      </w:r>
      <w:proofErr w:type="spellEnd"/>
      <w:r w:rsidRPr="00961936">
        <w:rPr>
          <w:rFonts w:ascii="Calibri" w:hAnsi="Calibri" w:cs="Calibri"/>
          <w:color w:val="000000"/>
        </w:rPr>
        <w:t xml:space="preserve"> </w:t>
      </w:r>
      <w:proofErr w:type="spellStart"/>
      <w:r w:rsidRPr="00961936">
        <w:rPr>
          <w:rFonts w:ascii="Calibri" w:hAnsi="Calibri" w:cs="Calibri"/>
          <w:color w:val="000000"/>
        </w:rPr>
        <w:t>coefficients</w:t>
      </w:r>
      <w:proofErr w:type="spellEnd"/>
      <w:r w:rsidRPr="00961936">
        <w:rPr>
          <w:rFonts w:ascii="Calibri" w:hAnsi="Calibri" w:cs="Calibri"/>
          <w:color w:val="000000"/>
        </w:rPr>
        <w:t xml:space="preserve"> (%), </w:t>
      </w:r>
      <w:proofErr w:type="spellStart"/>
      <w:r w:rsidRPr="00961936">
        <w:rPr>
          <w:rFonts w:ascii="Calibri" w:hAnsi="Calibri" w:cs="Calibri"/>
          <w:color w:val="000000"/>
        </w:rPr>
        <w:t>before</w:t>
      </w:r>
      <w:proofErr w:type="spellEnd"/>
      <w:r w:rsidRPr="00961936">
        <w:rPr>
          <w:rFonts w:ascii="Calibri" w:hAnsi="Calibri" w:cs="Calibri"/>
          <w:color w:val="000000"/>
        </w:rPr>
        <w:t xml:space="preserve"> and </w:t>
      </w:r>
      <w:proofErr w:type="spellStart"/>
      <w:r w:rsidRPr="00961936">
        <w:rPr>
          <w:rFonts w:ascii="Calibri" w:hAnsi="Calibri" w:cs="Calibri"/>
          <w:color w:val="000000"/>
        </w:rPr>
        <w:t>after</w:t>
      </w:r>
      <w:proofErr w:type="spellEnd"/>
      <w:r w:rsidRPr="00961936">
        <w:rPr>
          <w:rFonts w:ascii="Calibri" w:hAnsi="Calibri" w:cs="Calibri"/>
          <w:color w:val="000000"/>
        </w:rPr>
        <w:t xml:space="preserve"> MPU (</w:t>
      </w:r>
      <w:proofErr w:type="spellStart"/>
      <w:r w:rsidRPr="00961936">
        <w:rPr>
          <w:rFonts w:ascii="Calibri" w:hAnsi="Calibri" w:cs="Calibri"/>
          <w:color w:val="000000"/>
        </w:rPr>
        <w:t>Mean</w:t>
      </w:r>
      <w:proofErr w:type="spellEnd"/>
      <w:r w:rsidRPr="00961936">
        <w:rPr>
          <w:rFonts w:ascii="Calibri" w:hAnsi="Calibri" w:cs="Calibri"/>
          <w:color w:val="000000"/>
        </w:rPr>
        <w:t xml:space="preserve"> ± SD)</w:t>
      </w:r>
    </w:p>
    <w:tbl>
      <w:tblPr>
        <w:tblW w:w="9667" w:type="dxa"/>
        <w:tblInd w:w="6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4"/>
        <w:gridCol w:w="992"/>
        <w:gridCol w:w="567"/>
        <w:gridCol w:w="709"/>
        <w:gridCol w:w="567"/>
        <w:gridCol w:w="574"/>
        <w:gridCol w:w="567"/>
        <w:gridCol w:w="574"/>
        <w:gridCol w:w="459"/>
        <w:gridCol w:w="574"/>
        <w:gridCol w:w="459"/>
        <w:gridCol w:w="574"/>
        <w:gridCol w:w="567"/>
      </w:tblGrid>
      <w:tr w:rsidR="00D8292F" w:rsidRPr="00961936" w14:paraId="17EB6780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1233B6C7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2835" w:type="dxa"/>
            <w:gridSpan w:val="4"/>
            <w:shd w:val="clear" w:color="auto" w:fill="D9D9D9" w:themeFill="background1" w:themeFillShade="D9"/>
            <w:noWrap/>
            <w:hideMark/>
          </w:tcPr>
          <w:p w14:paraId="64F7AFFB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Control</w:t>
            </w:r>
          </w:p>
        </w:tc>
        <w:tc>
          <w:tcPr>
            <w:tcW w:w="2174" w:type="dxa"/>
            <w:gridSpan w:val="4"/>
            <w:shd w:val="clear" w:color="auto" w:fill="D9D9D9" w:themeFill="background1" w:themeFillShade="D9"/>
            <w:noWrap/>
            <w:hideMark/>
          </w:tcPr>
          <w:p w14:paraId="0D271929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Soft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chew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  <w:tc>
          <w:tcPr>
            <w:tcW w:w="2174" w:type="dxa"/>
            <w:gridSpan w:val="4"/>
            <w:shd w:val="clear" w:color="auto" w:fill="D9D9D9" w:themeFill="background1" w:themeFillShade="D9"/>
            <w:noWrap/>
            <w:hideMark/>
          </w:tcPr>
          <w:p w14:paraId="2FFCFFBB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Pellet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</w:tr>
      <w:tr w:rsidR="00D8292F" w:rsidRPr="00D8292F" w14:paraId="7C3E5489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3CEE66AD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559" w:type="dxa"/>
            <w:gridSpan w:val="2"/>
            <w:noWrap/>
            <w:hideMark/>
          </w:tcPr>
          <w:p w14:paraId="20E5D823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2CA16FA9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1141" w:type="dxa"/>
            <w:gridSpan w:val="2"/>
            <w:noWrap/>
            <w:hideMark/>
          </w:tcPr>
          <w:p w14:paraId="48458208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1033" w:type="dxa"/>
            <w:gridSpan w:val="2"/>
            <w:noWrap/>
            <w:hideMark/>
          </w:tcPr>
          <w:p w14:paraId="2D9A4C5E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1033" w:type="dxa"/>
            <w:gridSpan w:val="2"/>
            <w:noWrap/>
            <w:hideMark/>
          </w:tcPr>
          <w:p w14:paraId="1370755D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1141" w:type="dxa"/>
            <w:gridSpan w:val="2"/>
            <w:noWrap/>
            <w:hideMark/>
          </w:tcPr>
          <w:p w14:paraId="5C5321A3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</w:tr>
      <w:tr w:rsidR="00191237" w:rsidRPr="00D8292F" w14:paraId="06FB953B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7E3E024D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2BEB51F7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7DB42C4C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709" w:type="dxa"/>
            <w:noWrap/>
            <w:hideMark/>
          </w:tcPr>
          <w:p w14:paraId="041448F6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193FC7D5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574" w:type="dxa"/>
            <w:noWrap/>
            <w:hideMark/>
          </w:tcPr>
          <w:p w14:paraId="3EE1EE47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7C7EE099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574" w:type="dxa"/>
            <w:noWrap/>
            <w:hideMark/>
          </w:tcPr>
          <w:p w14:paraId="2A7B4060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459" w:type="dxa"/>
            <w:noWrap/>
            <w:hideMark/>
          </w:tcPr>
          <w:p w14:paraId="556160D7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574" w:type="dxa"/>
            <w:noWrap/>
            <w:hideMark/>
          </w:tcPr>
          <w:p w14:paraId="13CCFA44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459" w:type="dxa"/>
            <w:noWrap/>
            <w:hideMark/>
          </w:tcPr>
          <w:p w14:paraId="39A9B43B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574" w:type="dxa"/>
            <w:noWrap/>
            <w:hideMark/>
          </w:tcPr>
          <w:p w14:paraId="3E7417BF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06BFCBD6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</w:tr>
      <w:tr w:rsidR="00191237" w:rsidRPr="00D8292F" w14:paraId="1A705312" w14:textId="77777777" w:rsidTr="00191237">
        <w:trPr>
          <w:trHeight w:val="288"/>
        </w:trPr>
        <w:tc>
          <w:tcPr>
            <w:tcW w:w="2484" w:type="dxa"/>
            <w:noWrap/>
            <w:vAlign w:val="bottom"/>
            <w:hideMark/>
          </w:tcPr>
          <w:p w14:paraId="7C98ACA8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14:paraId="08249A07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7F35AEB8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497CC12E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520BD0C2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74" w:type="dxa"/>
            <w:noWrap/>
            <w:vAlign w:val="bottom"/>
            <w:hideMark/>
          </w:tcPr>
          <w:p w14:paraId="2A549485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09D27754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74" w:type="dxa"/>
            <w:noWrap/>
            <w:vAlign w:val="bottom"/>
            <w:hideMark/>
          </w:tcPr>
          <w:p w14:paraId="6A389027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14:paraId="16FF22AE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74" w:type="dxa"/>
            <w:noWrap/>
            <w:vAlign w:val="bottom"/>
            <w:hideMark/>
          </w:tcPr>
          <w:p w14:paraId="54E22003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459" w:type="dxa"/>
            <w:noWrap/>
            <w:vAlign w:val="bottom"/>
            <w:hideMark/>
          </w:tcPr>
          <w:p w14:paraId="01F2F2C7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74" w:type="dxa"/>
            <w:noWrap/>
            <w:vAlign w:val="bottom"/>
            <w:hideMark/>
          </w:tcPr>
          <w:p w14:paraId="60586E0B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3B828D37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</w:tr>
      <w:tr w:rsidR="00191237" w:rsidRPr="00D8292F" w14:paraId="0A1FEDFB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622F9614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Dry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matter</w:t>
            </w:r>
            <w:proofErr w:type="spellEnd"/>
          </w:p>
        </w:tc>
        <w:tc>
          <w:tcPr>
            <w:tcW w:w="992" w:type="dxa"/>
            <w:noWrap/>
            <w:vAlign w:val="bottom"/>
            <w:hideMark/>
          </w:tcPr>
          <w:p w14:paraId="569D747A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93,63</w:t>
            </w:r>
          </w:p>
        </w:tc>
        <w:tc>
          <w:tcPr>
            <w:tcW w:w="567" w:type="dxa"/>
            <w:noWrap/>
            <w:vAlign w:val="bottom"/>
            <w:hideMark/>
          </w:tcPr>
          <w:p w14:paraId="718A45C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3,41</w:t>
            </w:r>
          </w:p>
        </w:tc>
        <w:tc>
          <w:tcPr>
            <w:tcW w:w="709" w:type="dxa"/>
            <w:noWrap/>
            <w:vAlign w:val="bottom"/>
            <w:hideMark/>
          </w:tcPr>
          <w:p w14:paraId="60A4053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93,76</w:t>
            </w:r>
          </w:p>
        </w:tc>
        <w:tc>
          <w:tcPr>
            <w:tcW w:w="567" w:type="dxa"/>
            <w:noWrap/>
            <w:vAlign w:val="bottom"/>
            <w:hideMark/>
          </w:tcPr>
          <w:p w14:paraId="0F68D6B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3,39</w:t>
            </w:r>
          </w:p>
        </w:tc>
        <w:tc>
          <w:tcPr>
            <w:tcW w:w="574" w:type="dxa"/>
            <w:noWrap/>
            <w:vAlign w:val="bottom"/>
            <w:hideMark/>
          </w:tcPr>
          <w:p w14:paraId="4400F14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93</w:t>
            </w:r>
          </w:p>
        </w:tc>
        <w:tc>
          <w:tcPr>
            <w:tcW w:w="567" w:type="dxa"/>
            <w:noWrap/>
            <w:vAlign w:val="bottom"/>
            <w:hideMark/>
          </w:tcPr>
          <w:p w14:paraId="73344A3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2,36</w:t>
            </w:r>
          </w:p>
        </w:tc>
        <w:tc>
          <w:tcPr>
            <w:tcW w:w="574" w:type="dxa"/>
            <w:noWrap/>
            <w:vAlign w:val="bottom"/>
            <w:hideMark/>
          </w:tcPr>
          <w:p w14:paraId="381006A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93,25</w:t>
            </w:r>
          </w:p>
        </w:tc>
        <w:tc>
          <w:tcPr>
            <w:tcW w:w="459" w:type="dxa"/>
            <w:noWrap/>
            <w:vAlign w:val="bottom"/>
            <w:hideMark/>
          </w:tcPr>
          <w:p w14:paraId="59DB48F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2,68</w:t>
            </w:r>
          </w:p>
        </w:tc>
        <w:tc>
          <w:tcPr>
            <w:tcW w:w="574" w:type="dxa"/>
            <w:noWrap/>
            <w:vAlign w:val="bottom"/>
            <w:hideMark/>
          </w:tcPr>
          <w:p w14:paraId="4C8C37C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91,24</w:t>
            </w:r>
          </w:p>
        </w:tc>
        <w:tc>
          <w:tcPr>
            <w:tcW w:w="459" w:type="dxa"/>
            <w:noWrap/>
            <w:vAlign w:val="bottom"/>
            <w:hideMark/>
          </w:tcPr>
          <w:p w14:paraId="3A45932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5,78</w:t>
            </w:r>
          </w:p>
        </w:tc>
        <w:tc>
          <w:tcPr>
            <w:tcW w:w="574" w:type="dxa"/>
            <w:noWrap/>
            <w:vAlign w:val="bottom"/>
            <w:hideMark/>
          </w:tcPr>
          <w:p w14:paraId="1A2B3DA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88,69</w:t>
            </w:r>
          </w:p>
        </w:tc>
        <w:tc>
          <w:tcPr>
            <w:tcW w:w="567" w:type="dxa"/>
            <w:noWrap/>
            <w:vAlign w:val="bottom"/>
            <w:hideMark/>
          </w:tcPr>
          <w:p w14:paraId="07E8D42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3,9</w:t>
            </w:r>
          </w:p>
        </w:tc>
      </w:tr>
      <w:tr w:rsidR="00191237" w:rsidRPr="00D8292F" w14:paraId="1028DD92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05F97BCC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Ash</w:t>
            </w:r>
          </w:p>
        </w:tc>
        <w:tc>
          <w:tcPr>
            <w:tcW w:w="992" w:type="dxa"/>
            <w:noWrap/>
            <w:vAlign w:val="bottom"/>
            <w:hideMark/>
          </w:tcPr>
          <w:p w14:paraId="4F0EEAC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85,46</w:t>
            </w:r>
          </w:p>
        </w:tc>
        <w:tc>
          <w:tcPr>
            <w:tcW w:w="567" w:type="dxa"/>
            <w:noWrap/>
            <w:vAlign w:val="bottom"/>
            <w:hideMark/>
          </w:tcPr>
          <w:p w14:paraId="0A51611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7,09</w:t>
            </w:r>
          </w:p>
        </w:tc>
        <w:tc>
          <w:tcPr>
            <w:tcW w:w="709" w:type="dxa"/>
            <w:noWrap/>
            <w:vAlign w:val="bottom"/>
            <w:hideMark/>
          </w:tcPr>
          <w:p w14:paraId="6F0724F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83,49</w:t>
            </w:r>
          </w:p>
        </w:tc>
        <w:tc>
          <w:tcPr>
            <w:tcW w:w="567" w:type="dxa"/>
            <w:noWrap/>
            <w:vAlign w:val="bottom"/>
            <w:hideMark/>
          </w:tcPr>
          <w:p w14:paraId="002227F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6,82</w:t>
            </w:r>
          </w:p>
        </w:tc>
        <w:tc>
          <w:tcPr>
            <w:tcW w:w="574" w:type="dxa"/>
            <w:noWrap/>
            <w:vAlign w:val="bottom"/>
            <w:hideMark/>
          </w:tcPr>
          <w:p w14:paraId="396421E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86,11</w:t>
            </w:r>
          </w:p>
        </w:tc>
        <w:tc>
          <w:tcPr>
            <w:tcW w:w="567" w:type="dxa"/>
            <w:noWrap/>
            <w:vAlign w:val="bottom"/>
            <w:hideMark/>
          </w:tcPr>
          <w:p w14:paraId="51752F00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3,12</w:t>
            </w:r>
          </w:p>
        </w:tc>
        <w:tc>
          <w:tcPr>
            <w:tcW w:w="574" w:type="dxa"/>
            <w:noWrap/>
            <w:vAlign w:val="bottom"/>
            <w:hideMark/>
          </w:tcPr>
          <w:p w14:paraId="1798EEF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81,27</w:t>
            </w:r>
          </w:p>
        </w:tc>
        <w:tc>
          <w:tcPr>
            <w:tcW w:w="459" w:type="dxa"/>
            <w:noWrap/>
            <w:vAlign w:val="bottom"/>
            <w:hideMark/>
          </w:tcPr>
          <w:p w14:paraId="6113422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6,16</w:t>
            </w:r>
          </w:p>
        </w:tc>
        <w:tc>
          <w:tcPr>
            <w:tcW w:w="574" w:type="dxa"/>
            <w:noWrap/>
            <w:vAlign w:val="bottom"/>
            <w:hideMark/>
          </w:tcPr>
          <w:p w14:paraId="3ADDD19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79,52</w:t>
            </w:r>
          </w:p>
        </w:tc>
        <w:tc>
          <w:tcPr>
            <w:tcW w:w="459" w:type="dxa"/>
            <w:noWrap/>
            <w:vAlign w:val="bottom"/>
            <w:hideMark/>
          </w:tcPr>
          <w:p w14:paraId="6ABF997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12,9</w:t>
            </w:r>
          </w:p>
        </w:tc>
        <w:tc>
          <w:tcPr>
            <w:tcW w:w="574" w:type="dxa"/>
            <w:noWrap/>
            <w:vAlign w:val="bottom"/>
            <w:hideMark/>
          </w:tcPr>
          <w:p w14:paraId="536FB98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71,37</w:t>
            </w:r>
          </w:p>
        </w:tc>
        <w:tc>
          <w:tcPr>
            <w:tcW w:w="567" w:type="dxa"/>
            <w:noWrap/>
            <w:vAlign w:val="bottom"/>
            <w:hideMark/>
          </w:tcPr>
          <w:p w14:paraId="002E6D6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9,74</w:t>
            </w:r>
          </w:p>
        </w:tc>
      </w:tr>
      <w:tr w:rsidR="00191237" w:rsidRPr="00D8292F" w14:paraId="0131D37E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0AC8DDE5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Organic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matter</w:t>
            </w:r>
            <w:proofErr w:type="spellEnd"/>
          </w:p>
        </w:tc>
        <w:tc>
          <w:tcPr>
            <w:tcW w:w="992" w:type="dxa"/>
            <w:noWrap/>
            <w:vAlign w:val="bottom"/>
            <w:hideMark/>
          </w:tcPr>
          <w:p w14:paraId="56F5505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94,4</w:t>
            </w:r>
          </w:p>
        </w:tc>
        <w:tc>
          <w:tcPr>
            <w:tcW w:w="567" w:type="dxa"/>
            <w:noWrap/>
            <w:vAlign w:val="bottom"/>
            <w:hideMark/>
          </w:tcPr>
          <w:p w14:paraId="1C182E2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3,06</w:t>
            </w:r>
          </w:p>
        </w:tc>
        <w:tc>
          <w:tcPr>
            <w:tcW w:w="709" w:type="dxa"/>
            <w:noWrap/>
            <w:vAlign w:val="bottom"/>
            <w:hideMark/>
          </w:tcPr>
          <w:p w14:paraId="66B010B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94,61</w:t>
            </w:r>
          </w:p>
        </w:tc>
        <w:tc>
          <w:tcPr>
            <w:tcW w:w="567" w:type="dxa"/>
            <w:noWrap/>
            <w:vAlign w:val="bottom"/>
            <w:hideMark/>
          </w:tcPr>
          <w:p w14:paraId="0B7F432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3,14</w:t>
            </w:r>
          </w:p>
        </w:tc>
        <w:tc>
          <w:tcPr>
            <w:tcW w:w="574" w:type="dxa"/>
            <w:noWrap/>
            <w:vAlign w:val="bottom"/>
            <w:hideMark/>
          </w:tcPr>
          <w:p w14:paraId="2C40323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93,65</w:t>
            </w:r>
          </w:p>
        </w:tc>
        <w:tc>
          <w:tcPr>
            <w:tcW w:w="567" w:type="dxa"/>
            <w:noWrap/>
            <w:vAlign w:val="bottom"/>
            <w:hideMark/>
          </w:tcPr>
          <w:p w14:paraId="35D35C4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2,34</w:t>
            </w:r>
          </w:p>
        </w:tc>
        <w:tc>
          <w:tcPr>
            <w:tcW w:w="574" w:type="dxa"/>
            <w:noWrap/>
            <w:vAlign w:val="bottom"/>
            <w:hideMark/>
          </w:tcPr>
          <w:p w14:paraId="08879950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94,23</w:t>
            </w:r>
          </w:p>
        </w:tc>
        <w:tc>
          <w:tcPr>
            <w:tcW w:w="459" w:type="dxa"/>
            <w:noWrap/>
            <w:vAlign w:val="bottom"/>
            <w:hideMark/>
          </w:tcPr>
          <w:p w14:paraId="5511482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2,41</w:t>
            </w:r>
          </w:p>
        </w:tc>
        <w:tc>
          <w:tcPr>
            <w:tcW w:w="574" w:type="dxa"/>
            <w:noWrap/>
            <w:vAlign w:val="bottom"/>
            <w:hideMark/>
          </w:tcPr>
          <w:p w14:paraId="130A2C4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92,35</w:t>
            </w:r>
          </w:p>
        </w:tc>
        <w:tc>
          <w:tcPr>
            <w:tcW w:w="459" w:type="dxa"/>
            <w:noWrap/>
            <w:vAlign w:val="bottom"/>
            <w:hideMark/>
          </w:tcPr>
          <w:p w14:paraId="0851826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5,11</w:t>
            </w:r>
          </w:p>
        </w:tc>
        <w:tc>
          <w:tcPr>
            <w:tcW w:w="574" w:type="dxa"/>
            <w:noWrap/>
            <w:vAlign w:val="bottom"/>
            <w:hideMark/>
          </w:tcPr>
          <w:p w14:paraId="3A045E6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90,13</w:t>
            </w:r>
          </w:p>
        </w:tc>
        <w:tc>
          <w:tcPr>
            <w:tcW w:w="567" w:type="dxa"/>
            <w:noWrap/>
            <w:vAlign w:val="bottom"/>
            <w:hideMark/>
          </w:tcPr>
          <w:p w14:paraId="54A60C4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3,48</w:t>
            </w:r>
          </w:p>
        </w:tc>
      </w:tr>
      <w:tr w:rsidR="00191237" w:rsidRPr="00D8292F" w14:paraId="2ECACCC3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6F8B3820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Crude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protein</w:t>
            </w:r>
          </w:p>
        </w:tc>
        <w:tc>
          <w:tcPr>
            <w:tcW w:w="992" w:type="dxa"/>
            <w:noWrap/>
            <w:vAlign w:val="bottom"/>
            <w:hideMark/>
          </w:tcPr>
          <w:p w14:paraId="4AF51C0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94,44</w:t>
            </w:r>
          </w:p>
        </w:tc>
        <w:tc>
          <w:tcPr>
            <w:tcW w:w="567" w:type="dxa"/>
            <w:noWrap/>
            <w:vAlign w:val="bottom"/>
            <w:hideMark/>
          </w:tcPr>
          <w:p w14:paraId="384166C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3,29</w:t>
            </w:r>
          </w:p>
        </w:tc>
        <w:tc>
          <w:tcPr>
            <w:tcW w:w="709" w:type="dxa"/>
            <w:noWrap/>
            <w:vAlign w:val="bottom"/>
            <w:hideMark/>
          </w:tcPr>
          <w:p w14:paraId="400FB9A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94,58</w:t>
            </w:r>
          </w:p>
        </w:tc>
        <w:tc>
          <w:tcPr>
            <w:tcW w:w="567" w:type="dxa"/>
            <w:noWrap/>
            <w:vAlign w:val="bottom"/>
            <w:hideMark/>
          </w:tcPr>
          <w:p w14:paraId="365216B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3,37</w:t>
            </w:r>
          </w:p>
        </w:tc>
        <w:tc>
          <w:tcPr>
            <w:tcW w:w="574" w:type="dxa"/>
            <w:noWrap/>
            <w:vAlign w:val="bottom"/>
            <w:hideMark/>
          </w:tcPr>
          <w:p w14:paraId="063DEBD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93,86</w:t>
            </w:r>
          </w:p>
        </w:tc>
        <w:tc>
          <w:tcPr>
            <w:tcW w:w="567" w:type="dxa"/>
            <w:noWrap/>
            <w:vAlign w:val="bottom"/>
            <w:hideMark/>
          </w:tcPr>
          <w:p w14:paraId="108D083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2,38</w:t>
            </w:r>
          </w:p>
        </w:tc>
        <w:tc>
          <w:tcPr>
            <w:tcW w:w="574" w:type="dxa"/>
            <w:noWrap/>
            <w:vAlign w:val="bottom"/>
            <w:hideMark/>
          </w:tcPr>
          <w:p w14:paraId="0D803A6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94,18</w:t>
            </w:r>
          </w:p>
        </w:tc>
        <w:tc>
          <w:tcPr>
            <w:tcW w:w="459" w:type="dxa"/>
            <w:noWrap/>
            <w:vAlign w:val="bottom"/>
            <w:hideMark/>
          </w:tcPr>
          <w:p w14:paraId="0B4CA1B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2,37</w:t>
            </w:r>
          </w:p>
        </w:tc>
        <w:tc>
          <w:tcPr>
            <w:tcW w:w="574" w:type="dxa"/>
            <w:noWrap/>
            <w:vAlign w:val="bottom"/>
            <w:hideMark/>
          </w:tcPr>
          <w:p w14:paraId="15E584D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92,49</w:t>
            </w:r>
          </w:p>
        </w:tc>
        <w:tc>
          <w:tcPr>
            <w:tcW w:w="459" w:type="dxa"/>
            <w:noWrap/>
            <w:vAlign w:val="bottom"/>
            <w:hideMark/>
          </w:tcPr>
          <w:p w14:paraId="2126C46A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5,32</w:t>
            </w:r>
          </w:p>
        </w:tc>
        <w:tc>
          <w:tcPr>
            <w:tcW w:w="574" w:type="dxa"/>
            <w:noWrap/>
            <w:vAlign w:val="bottom"/>
            <w:hideMark/>
          </w:tcPr>
          <w:p w14:paraId="6749DDD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89,45</w:t>
            </w:r>
          </w:p>
        </w:tc>
        <w:tc>
          <w:tcPr>
            <w:tcW w:w="567" w:type="dxa"/>
            <w:noWrap/>
            <w:vAlign w:val="bottom"/>
            <w:hideMark/>
          </w:tcPr>
          <w:p w14:paraId="17D057F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3,4</w:t>
            </w:r>
          </w:p>
        </w:tc>
      </w:tr>
      <w:tr w:rsidR="00191237" w:rsidRPr="00D8292F" w14:paraId="5C6D3232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351E1342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Crude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fat</w:t>
            </w:r>
            <w:proofErr w:type="spellEnd"/>
          </w:p>
        </w:tc>
        <w:tc>
          <w:tcPr>
            <w:tcW w:w="992" w:type="dxa"/>
            <w:noWrap/>
            <w:vAlign w:val="bottom"/>
            <w:hideMark/>
          </w:tcPr>
          <w:p w14:paraId="5DD58A3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98,01</w:t>
            </w:r>
          </w:p>
        </w:tc>
        <w:tc>
          <w:tcPr>
            <w:tcW w:w="567" w:type="dxa"/>
            <w:noWrap/>
            <w:vAlign w:val="bottom"/>
            <w:hideMark/>
          </w:tcPr>
          <w:p w14:paraId="6424458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1,13</w:t>
            </w:r>
          </w:p>
        </w:tc>
        <w:tc>
          <w:tcPr>
            <w:tcW w:w="709" w:type="dxa"/>
            <w:noWrap/>
            <w:vAlign w:val="bottom"/>
            <w:hideMark/>
          </w:tcPr>
          <w:p w14:paraId="5E8B6AC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98,26</w:t>
            </w:r>
          </w:p>
        </w:tc>
        <w:tc>
          <w:tcPr>
            <w:tcW w:w="567" w:type="dxa"/>
            <w:noWrap/>
            <w:vAlign w:val="bottom"/>
            <w:hideMark/>
          </w:tcPr>
          <w:p w14:paraId="258C83B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1,14</w:t>
            </w:r>
          </w:p>
        </w:tc>
        <w:tc>
          <w:tcPr>
            <w:tcW w:w="574" w:type="dxa"/>
            <w:noWrap/>
            <w:vAlign w:val="bottom"/>
            <w:hideMark/>
          </w:tcPr>
          <w:p w14:paraId="1AA54C5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97,72</w:t>
            </w:r>
          </w:p>
        </w:tc>
        <w:tc>
          <w:tcPr>
            <w:tcW w:w="567" w:type="dxa"/>
            <w:noWrap/>
            <w:vAlign w:val="bottom"/>
            <w:hideMark/>
          </w:tcPr>
          <w:p w14:paraId="526E3EB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</w:t>
            </w:r>
          </w:p>
        </w:tc>
        <w:tc>
          <w:tcPr>
            <w:tcW w:w="574" w:type="dxa"/>
            <w:noWrap/>
            <w:vAlign w:val="bottom"/>
            <w:hideMark/>
          </w:tcPr>
          <w:p w14:paraId="6A6879D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98,25</w:t>
            </w:r>
          </w:p>
        </w:tc>
        <w:tc>
          <w:tcPr>
            <w:tcW w:w="459" w:type="dxa"/>
            <w:noWrap/>
            <w:vAlign w:val="bottom"/>
            <w:hideMark/>
          </w:tcPr>
          <w:p w14:paraId="451665D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1,13</w:t>
            </w:r>
          </w:p>
        </w:tc>
        <w:tc>
          <w:tcPr>
            <w:tcW w:w="574" w:type="dxa"/>
            <w:noWrap/>
            <w:vAlign w:val="bottom"/>
            <w:hideMark/>
          </w:tcPr>
          <w:p w14:paraId="074E19A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96,91</w:t>
            </w:r>
          </w:p>
        </w:tc>
        <w:tc>
          <w:tcPr>
            <w:tcW w:w="459" w:type="dxa"/>
            <w:noWrap/>
            <w:vAlign w:val="bottom"/>
            <w:hideMark/>
          </w:tcPr>
          <w:p w14:paraId="5A3A59F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2,51</w:t>
            </w:r>
          </w:p>
        </w:tc>
        <w:tc>
          <w:tcPr>
            <w:tcW w:w="574" w:type="dxa"/>
            <w:noWrap/>
            <w:vAlign w:val="bottom"/>
            <w:hideMark/>
          </w:tcPr>
          <w:p w14:paraId="0B99DA6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97,21</w:t>
            </w:r>
          </w:p>
        </w:tc>
        <w:tc>
          <w:tcPr>
            <w:tcW w:w="567" w:type="dxa"/>
            <w:noWrap/>
            <w:vAlign w:val="bottom"/>
            <w:hideMark/>
          </w:tcPr>
          <w:p w14:paraId="285B94E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1,13</w:t>
            </w:r>
          </w:p>
        </w:tc>
      </w:tr>
      <w:tr w:rsidR="00191237" w:rsidRPr="00D8292F" w14:paraId="670CEC92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642B89CB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Nitrogen-free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extract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(NFE)</w:t>
            </w:r>
          </w:p>
        </w:tc>
        <w:tc>
          <w:tcPr>
            <w:tcW w:w="992" w:type="dxa"/>
            <w:noWrap/>
            <w:vAlign w:val="bottom"/>
            <w:hideMark/>
          </w:tcPr>
          <w:p w14:paraId="7552249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94,87</w:t>
            </w:r>
          </w:p>
        </w:tc>
        <w:tc>
          <w:tcPr>
            <w:tcW w:w="567" w:type="dxa"/>
            <w:noWrap/>
            <w:vAlign w:val="bottom"/>
            <w:hideMark/>
          </w:tcPr>
          <w:p w14:paraId="6B52614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2,51</w:t>
            </w:r>
          </w:p>
        </w:tc>
        <w:tc>
          <w:tcPr>
            <w:tcW w:w="709" w:type="dxa"/>
            <w:noWrap/>
            <w:vAlign w:val="bottom"/>
            <w:hideMark/>
          </w:tcPr>
          <w:p w14:paraId="526B22C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94,28</w:t>
            </w:r>
          </w:p>
        </w:tc>
        <w:tc>
          <w:tcPr>
            <w:tcW w:w="567" w:type="dxa"/>
            <w:noWrap/>
            <w:vAlign w:val="bottom"/>
            <w:hideMark/>
          </w:tcPr>
          <w:p w14:paraId="732236D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3,12</w:t>
            </w:r>
          </w:p>
        </w:tc>
        <w:tc>
          <w:tcPr>
            <w:tcW w:w="574" w:type="dxa"/>
            <w:noWrap/>
            <w:vAlign w:val="bottom"/>
            <w:hideMark/>
          </w:tcPr>
          <w:p w14:paraId="029E83F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93,86</w:t>
            </w:r>
          </w:p>
        </w:tc>
        <w:tc>
          <w:tcPr>
            <w:tcW w:w="567" w:type="dxa"/>
            <w:noWrap/>
            <w:vAlign w:val="bottom"/>
            <w:hideMark/>
          </w:tcPr>
          <w:p w14:paraId="1639548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2,12</w:t>
            </w:r>
          </w:p>
        </w:tc>
        <w:tc>
          <w:tcPr>
            <w:tcW w:w="574" w:type="dxa"/>
            <w:noWrap/>
            <w:vAlign w:val="bottom"/>
            <w:hideMark/>
          </w:tcPr>
          <w:p w14:paraId="306B8E1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93,97</w:t>
            </w:r>
          </w:p>
        </w:tc>
        <w:tc>
          <w:tcPr>
            <w:tcW w:w="459" w:type="dxa"/>
            <w:noWrap/>
            <w:vAlign w:val="bottom"/>
            <w:hideMark/>
          </w:tcPr>
          <w:p w14:paraId="2935EB4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2,44</w:t>
            </w:r>
          </w:p>
        </w:tc>
        <w:tc>
          <w:tcPr>
            <w:tcW w:w="574" w:type="dxa"/>
            <w:noWrap/>
            <w:vAlign w:val="bottom"/>
            <w:hideMark/>
          </w:tcPr>
          <w:p w14:paraId="1490F3F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93,12</w:t>
            </w:r>
          </w:p>
        </w:tc>
        <w:tc>
          <w:tcPr>
            <w:tcW w:w="459" w:type="dxa"/>
            <w:noWrap/>
            <w:vAlign w:val="bottom"/>
            <w:hideMark/>
          </w:tcPr>
          <w:p w14:paraId="17EC226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4,13</w:t>
            </w:r>
          </w:p>
        </w:tc>
        <w:tc>
          <w:tcPr>
            <w:tcW w:w="574" w:type="dxa"/>
            <w:noWrap/>
            <w:vAlign w:val="bottom"/>
            <w:hideMark/>
          </w:tcPr>
          <w:p w14:paraId="58F06A7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90,01</w:t>
            </w:r>
          </w:p>
        </w:tc>
        <w:tc>
          <w:tcPr>
            <w:tcW w:w="567" w:type="dxa"/>
            <w:noWrap/>
            <w:vAlign w:val="bottom"/>
            <w:hideMark/>
          </w:tcPr>
          <w:p w14:paraId="1A310EA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4,12</w:t>
            </w:r>
          </w:p>
        </w:tc>
      </w:tr>
      <w:tr w:rsidR="00191237" w:rsidRPr="00D8292F" w14:paraId="5DF70E0A" w14:textId="77777777" w:rsidTr="00191237">
        <w:trPr>
          <w:trHeight w:val="288"/>
        </w:trPr>
        <w:tc>
          <w:tcPr>
            <w:tcW w:w="2484" w:type="dxa"/>
            <w:noWrap/>
            <w:hideMark/>
          </w:tcPr>
          <w:p w14:paraId="75DC8230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Starch</w:t>
            </w:r>
            <w:proofErr w:type="spellEnd"/>
          </w:p>
        </w:tc>
        <w:tc>
          <w:tcPr>
            <w:tcW w:w="992" w:type="dxa"/>
            <w:noWrap/>
            <w:vAlign w:val="bottom"/>
            <w:hideMark/>
          </w:tcPr>
          <w:p w14:paraId="277B73E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99,84</w:t>
            </w:r>
          </w:p>
        </w:tc>
        <w:tc>
          <w:tcPr>
            <w:tcW w:w="567" w:type="dxa"/>
            <w:noWrap/>
            <w:vAlign w:val="bottom"/>
            <w:hideMark/>
          </w:tcPr>
          <w:p w14:paraId="4619761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0,15</w:t>
            </w:r>
          </w:p>
        </w:tc>
        <w:tc>
          <w:tcPr>
            <w:tcW w:w="709" w:type="dxa"/>
            <w:noWrap/>
            <w:vAlign w:val="bottom"/>
            <w:hideMark/>
          </w:tcPr>
          <w:p w14:paraId="59D4847B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100</w:t>
            </w:r>
          </w:p>
        </w:tc>
        <w:tc>
          <w:tcPr>
            <w:tcW w:w="567" w:type="dxa"/>
            <w:noWrap/>
            <w:vAlign w:val="bottom"/>
            <w:hideMark/>
          </w:tcPr>
          <w:p w14:paraId="48EB55F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</w:t>
            </w:r>
          </w:p>
        </w:tc>
        <w:tc>
          <w:tcPr>
            <w:tcW w:w="574" w:type="dxa"/>
            <w:noWrap/>
            <w:vAlign w:val="bottom"/>
            <w:hideMark/>
          </w:tcPr>
          <w:p w14:paraId="074F066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99,7</w:t>
            </w:r>
          </w:p>
        </w:tc>
        <w:tc>
          <w:tcPr>
            <w:tcW w:w="567" w:type="dxa"/>
            <w:noWrap/>
            <w:vAlign w:val="bottom"/>
            <w:hideMark/>
          </w:tcPr>
          <w:p w14:paraId="7DB4A2E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0,34</w:t>
            </w:r>
          </w:p>
        </w:tc>
        <w:tc>
          <w:tcPr>
            <w:tcW w:w="574" w:type="dxa"/>
            <w:noWrap/>
            <w:vAlign w:val="bottom"/>
            <w:hideMark/>
          </w:tcPr>
          <w:p w14:paraId="15DA9F2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100</w:t>
            </w:r>
          </w:p>
        </w:tc>
        <w:tc>
          <w:tcPr>
            <w:tcW w:w="459" w:type="dxa"/>
            <w:noWrap/>
            <w:vAlign w:val="bottom"/>
            <w:hideMark/>
          </w:tcPr>
          <w:p w14:paraId="7F18AB8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</w:t>
            </w:r>
          </w:p>
        </w:tc>
        <w:tc>
          <w:tcPr>
            <w:tcW w:w="574" w:type="dxa"/>
            <w:noWrap/>
            <w:vAlign w:val="bottom"/>
            <w:hideMark/>
          </w:tcPr>
          <w:p w14:paraId="707A413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99,67</w:t>
            </w:r>
          </w:p>
        </w:tc>
        <w:tc>
          <w:tcPr>
            <w:tcW w:w="459" w:type="dxa"/>
            <w:noWrap/>
            <w:vAlign w:val="bottom"/>
            <w:hideMark/>
          </w:tcPr>
          <w:p w14:paraId="1D260600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0,36</w:t>
            </w:r>
          </w:p>
        </w:tc>
        <w:tc>
          <w:tcPr>
            <w:tcW w:w="574" w:type="dxa"/>
            <w:noWrap/>
            <w:vAlign w:val="bottom"/>
            <w:hideMark/>
          </w:tcPr>
          <w:p w14:paraId="56C0E81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100</w:t>
            </w:r>
          </w:p>
        </w:tc>
        <w:tc>
          <w:tcPr>
            <w:tcW w:w="567" w:type="dxa"/>
            <w:noWrap/>
            <w:vAlign w:val="bottom"/>
            <w:hideMark/>
          </w:tcPr>
          <w:p w14:paraId="4193CB9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</w:t>
            </w:r>
          </w:p>
        </w:tc>
      </w:tr>
    </w:tbl>
    <w:p w14:paraId="1E7F5D3B" w14:textId="3DEAA80C" w:rsidR="00867F28" w:rsidRDefault="00867F28">
      <w:pPr>
        <w:rPr>
          <w:rFonts w:cs="Calibri"/>
        </w:rPr>
      </w:pPr>
    </w:p>
    <w:p w14:paraId="6F9F00BF" w14:textId="59F57707" w:rsidR="00D8292F" w:rsidRPr="00D8292F" w:rsidRDefault="00D8292F">
      <w:pPr>
        <w:rPr>
          <w:rFonts w:eastAsia="Times New Roman" w:cs="Calibri"/>
          <w:color w:val="000000"/>
          <w:sz w:val="24"/>
          <w:szCs w:val="24"/>
          <w:lang w:val="pl-PL" w:eastAsia="pl-PL"/>
        </w:rPr>
      </w:pP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Table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5. In vitro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fermentation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parameters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(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Mean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± SD)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before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and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after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MPU</w:t>
      </w:r>
      <w:r w:rsidRPr="00D8292F">
        <w:rPr>
          <w:rFonts w:eastAsia="Times New Roman" w:cs="Calibri"/>
          <w:color w:val="000000"/>
          <w:sz w:val="24"/>
          <w:szCs w:val="24"/>
          <w:lang w:val="pl-PL" w:eastAsia="pl-PL"/>
        </w:rPr>
        <w:br/>
      </w:r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Notes: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dDM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=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degradation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of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dry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matter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;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dOM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=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degradation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of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organic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matter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;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units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for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GPmax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per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study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 xml:space="preserve"> </w:t>
      </w:r>
      <w:proofErr w:type="spellStart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protocol</w:t>
      </w:r>
      <w:proofErr w:type="spellEnd"/>
      <w:r w:rsidRPr="00961936">
        <w:rPr>
          <w:rFonts w:eastAsia="Times New Roman" w:cs="Calibri"/>
          <w:color w:val="000000"/>
          <w:sz w:val="24"/>
          <w:szCs w:val="24"/>
          <w:lang w:val="pl-PL" w:eastAsia="pl-PL"/>
        </w:rPr>
        <w:t>.</w:t>
      </w:r>
    </w:p>
    <w:tbl>
      <w:tblPr>
        <w:tblW w:w="9571" w:type="dxa"/>
        <w:tblInd w:w="6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7"/>
        <w:gridCol w:w="574"/>
        <w:gridCol w:w="459"/>
        <w:gridCol w:w="574"/>
        <w:gridCol w:w="459"/>
        <w:gridCol w:w="574"/>
        <w:gridCol w:w="459"/>
        <w:gridCol w:w="574"/>
        <w:gridCol w:w="550"/>
        <w:gridCol w:w="574"/>
        <w:gridCol w:w="459"/>
        <w:gridCol w:w="574"/>
        <w:gridCol w:w="584"/>
      </w:tblGrid>
      <w:tr w:rsidR="00D8292F" w:rsidRPr="00961936" w14:paraId="65597F65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209C2E86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22B18ECB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Control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10BFB97F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Soft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chew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  <w:tc>
          <w:tcPr>
            <w:tcW w:w="2191" w:type="dxa"/>
            <w:gridSpan w:val="4"/>
            <w:shd w:val="clear" w:color="auto" w:fill="D9D9D9" w:themeFill="background1" w:themeFillShade="D9"/>
            <w:noWrap/>
            <w:hideMark/>
          </w:tcPr>
          <w:p w14:paraId="263BF602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Pellet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</w:tr>
      <w:tr w:rsidR="00D8292F" w:rsidRPr="00D8292F" w14:paraId="4E292BF8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35792946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0" w:type="auto"/>
            <w:gridSpan w:val="2"/>
            <w:noWrap/>
            <w:hideMark/>
          </w:tcPr>
          <w:p w14:paraId="04312545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6C6F7C70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0C05D39F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569422D9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0C09BF7E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1158" w:type="dxa"/>
            <w:gridSpan w:val="2"/>
            <w:noWrap/>
            <w:hideMark/>
          </w:tcPr>
          <w:p w14:paraId="6D040463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</w:tr>
      <w:tr w:rsidR="00D8292F" w:rsidRPr="00D8292F" w14:paraId="2E7586F7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1C88B96A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43DD5B3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133C04BA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008E1F1A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674BDF84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64CAB833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50095B63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1203BD29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347C795B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26485906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08C012A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561574C2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84" w:type="dxa"/>
            <w:noWrap/>
            <w:hideMark/>
          </w:tcPr>
          <w:p w14:paraId="102D21C7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</w:tr>
      <w:tr w:rsidR="00D8292F" w:rsidRPr="00D8292F" w14:paraId="7145FE4F" w14:textId="77777777" w:rsidTr="00191237">
        <w:trPr>
          <w:trHeight w:val="288"/>
        </w:trPr>
        <w:tc>
          <w:tcPr>
            <w:tcW w:w="0" w:type="auto"/>
            <w:noWrap/>
            <w:vAlign w:val="bottom"/>
            <w:hideMark/>
          </w:tcPr>
          <w:p w14:paraId="6DC789FE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B05D46E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9B33CE1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C335110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7B9BE09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BBC366A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E803D80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8C42BCC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8D0F1DA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2DAE946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333FB4C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C3C566B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84" w:type="dxa"/>
            <w:noWrap/>
            <w:vAlign w:val="bottom"/>
            <w:hideMark/>
          </w:tcPr>
          <w:p w14:paraId="61CC2F78" w14:textId="77777777" w:rsidR="00D8292F" w:rsidRPr="00961936" w:rsidRDefault="00D8292F" w:rsidP="00E0043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</w:tr>
      <w:tr w:rsidR="00D8292F" w:rsidRPr="00D8292F" w14:paraId="77D822B8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253A163C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pH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(0 h)</w:t>
            </w:r>
          </w:p>
        </w:tc>
        <w:tc>
          <w:tcPr>
            <w:tcW w:w="0" w:type="auto"/>
            <w:noWrap/>
            <w:vAlign w:val="bottom"/>
            <w:hideMark/>
          </w:tcPr>
          <w:p w14:paraId="4073C740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6,39</w:t>
            </w:r>
          </w:p>
        </w:tc>
        <w:tc>
          <w:tcPr>
            <w:tcW w:w="0" w:type="auto"/>
            <w:noWrap/>
            <w:vAlign w:val="bottom"/>
            <w:hideMark/>
          </w:tcPr>
          <w:p w14:paraId="34AFB8B8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0,11</w:t>
            </w:r>
          </w:p>
        </w:tc>
        <w:tc>
          <w:tcPr>
            <w:tcW w:w="0" w:type="auto"/>
            <w:noWrap/>
            <w:vAlign w:val="bottom"/>
            <w:hideMark/>
          </w:tcPr>
          <w:p w14:paraId="544E35D9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6,2</w:t>
            </w:r>
          </w:p>
        </w:tc>
        <w:tc>
          <w:tcPr>
            <w:tcW w:w="0" w:type="auto"/>
            <w:noWrap/>
            <w:vAlign w:val="bottom"/>
            <w:hideMark/>
          </w:tcPr>
          <w:p w14:paraId="577498DA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0,05</w:t>
            </w:r>
          </w:p>
        </w:tc>
        <w:tc>
          <w:tcPr>
            <w:tcW w:w="0" w:type="auto"/>
            <w:noWrap/>
            <w:vAlign w:val="bottom"/>
            <w:hideMark/>
          </w:tcPr>
          <w:p w14:paraId="2F18C6ED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6,4</w:t>
            </w:r>
          </w:p>
        </w:tc>
        <w:tc>
          <w:tcPr>
            <w:tcW w:w="0" w:type="auto"/>
            <w:noWrap/>
            <w:vAlign w:val="bottom"/>
            <w:hideMark/>
          </w:tcPr>
          <w:p w14:paraId="649442DE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0,16</w:t>
            </w:r>
          </w:p>
        </w:tc>
        <w:tc>
          <w:tcPr>
            <w:tcW w:w="0" w:type="auto"/>
            <w:noWrap/>
            <w:vAlign w:val="bottom"/>
            <w:hideMark/>
          </w:tcPr>
          <w:p w14:paraId="26D63782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6,19</w:t>
            </w:r>
          </w:p>
        </w:tc>
        <w:tc>
          <w:tcPr>
            <w:tcW w:w="0" w:type="auto"/>
            <w:noWrap/>
            <w:vAlign w:val="bottom"/>
            <w:hideMark/>
          </w:tcPr>
          <w:p w14:paraId="031C4F8C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0,14</w:t>
            </w:r>
          </w:p>
        </w:tc>
        <w:tc>
          <w:tcPr>
            <w:tcW w:w="0" w:type="auto"/>
            <w:noWrap/>
            <w:vAlign w:val="bottom"/>
            <w:hideMark/>
          </w:tcPr>
          <w:p w14:paraId="70244EC0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6,38</w:t>
            </w:r>
          </w:p>
        </w:tc>
        <w:tc>
          <w:tcPr>
            <w:tcW w:w="0" w:type="auto"/>
            <w:noWrap/>
            <w:vAlign w:val="bottom"/>
            <w:hideMark/>
          </w:tcPr>
          <w:p w14:paraId="3BEE11FD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0,13</w:t>
            </w:r>
          </w:p>
        </w:tc>
        <w:tc>
          <w:tcPr>
            <w:tcW w:w="0" w:type="auto"/>
            <w:noWrap/>
            <w:vAlign w:val="bottom"/>
            <w:hideMark/>
          </w:tcPr>
          <w:p w14:paraId="3734F997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6,16</w:t>
            </w:r>
          </w:p>
        </w:tc>
        <w:tc>
          <w:tcPr>
            <w:tcW w:w="584" w:type="dxa"/>
            <w:noWrap/>
            <w:vAlign w:val="bottom"/>
            <w:hideMark/>
          </w:tcPr>
          <w:p w14:paraId="0657F82A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0,07</w:t>
            </w:r>
          </w:p>
        </w:tc>
      </w:tr>
      <w:tr w:rsidR="00D8292F" w:rsidRPr="00D8292F" w14:paraId="1CB07361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39B8E747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pH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(24 h)</w:t>
            </w:r>
          </w:p>
        </w:tc>
        <w:tc>
          <w:tcPr>
            <w:tcW w:w="0" w:type="auto"/>
            <w:noWrap/>
            <w:vAlign w:val="bottom"/>
            <w:hideMark/>
          </w:tcPr>
          <w:p w14:paraId="058D6125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5,44</w:t>
            </w:r>
          </w:p>
        </w:tc>
        <w:tc>
          <w:tcPr>
            <w:tcW w:w="0" w:type="auto"/>
            <w:noWrap/>
            <w:vAlign w:val="bottom"/>
            <w:hideMark/>
          </w:tcPr>
          <w:p w14:paraId="1BD46D75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0,32</w:t>
            </w:r>
          </w:p>
        </w:tc>
        <w:tc>
          <w:tcPr>
            <w:tcW w:w="0" w:type="auto"/>
            <w:noWrap/>
            <w:vAlign w:val="bottom"/>
            <w:hideMark/>
          </w:tcPr>
          <w:p w14:paraId="3F77F101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4,96</w:t>
            </w:r>
          </w:p>
        </w:tc>
        <w:tc>
          <w:tcPr>
            <w:tcW w:w="0" w:type="auto"/>
            <w:noWrap/>
            <w:vAlign w:val="bottom"/>
            <w:hideMark/>
          </w:tcPr>
          <w:p w14:paraId="7765827C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0,13</w:t>
            </w:r>
          </w:p>
        </w:tc>
        <w:tc>
          <w:tcPr>
            <w:tcW w:w="0" w:type="auto"/>
            <w:noWrap/>
            <w:vAlign w:val="bottom"/>
            <w:hideMark/>
          </w:tcPr>
          <w:p w14:paraId="0C4BC80F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5,25</w:t>
            </w:r>
          </w:p>
        </w:tc>
        <w:tc>
          <w:tcPr>
            <w:tcW w:w="0" w:type="auto"/>
            <w:noWrap/>
            <w:vAlign w:val="bottom"/>
            <w:hideMark/>
          </w:tcPr>
          <w:p w14:paraId="5246A869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0,34</w:t>
            </w:r>
          </w:p>
        </w:tc>
        <w:tc>
          <w:tcPr>
            <w:tcW w:w="0" w:type="auto"/>
            <w:noWrap/>
            <w:vAlign w:val="bottom"/>
            <w:hideMark/>
          </w:tcPr>
          <w:p w14:paraId="7BB7B07D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5,09</w:t>
            </w:r>
          </w:p>
        </w:tc>
        <w:tc>
          <w:tcPr>
            <w:tcW w:w="0" w:type="auto"/>
            <w:noWrap/>
            <w:vAlign w:val="bottom"/>
            <w:hideMark/>
          </w:tcPr>
          <w:p w14:paraId="50FA9E46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0,12</w:t>
            </w:r>
          </w:p>
        </w:tc>
        <w:tc>
          <w:tcPr>
            <w:tcW w:w="0" w:type="auto"/>
            <w:noWrap/>
            <w:vAlign w:val="bottom"/>
            <w:hideMark/>
          </w:tcPr>
          <w:p w14:paraId="3996CECD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5,33</w:t>
            </w:r>
          </w:p>
        </w:tc>
        <w:tc>
          <w:tcPr>
            <w:tcW w:w="0" w:type="auto"/>
            <w:noWrap/>
            <w:vAlign w:val="bottom"/>
            <w:hideMark/>
          </w:tcPr>
          <w:p w14:paraId="69887379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0,27</w:t>
            </w:r>
          </w:p>
        </w:tc>
        <w:tc>
          <w:tcPr>
            <w:tcW w:w="0" w:type="auto"/>
            <w:noWrap/>
            <w:vAlign w:val="bottom"/>
            <w:hideMark/>
          </w:tcPr>
          <w:p w14:paraId="32C2E377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5,16</w:t>
            </w:r>
          </w:p>
        </w:tc>
        <w:tc>
          <w:tcPr>
            <w:tcW w:w="584" w:type="dxa"/>
            <w:noWrap/>
            <w:vAlign w:val="bottom"/>
            <w:hideMark/>
          </w:tcPr>
          <w:p w14:paraId="799D2564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0,17</w:t>
            </w:r>
          </w:p>
        </w:tc>
      </w:tr>
      <w:tr w:rsidR="00D8292F" w:rsidRPr="00D8292F" w14:paraId="54C16C85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38470211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lastRenderedPageBreak/>
              <w:t>Degradation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of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dry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matter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,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dDM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(%)</w:t>
            </w:r>
          </w:p>
        </w:tc>
        <w:tc>
          <w:tcPr>
            <w:tcW w:w="0" w:type="auto"/>
            <w:noWrap/>
            <w:vAlign w:val="bottom"/>
            <w:hideMark/>
          </w:tcPr>
          <w:p w14:paraId="17271800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83,43</w:t>
            </w:r>
          </w:p>
        </w:tc>
        <w:tc>
          <w:tcPr>
            <w:tcW w:w="0" w:type="auto"/>
            <w:noWrap/>
            <w:vAlign w:val="bottom"/>
            <w:hideMark/>
          </w:tcPr>
          <w:p w14:paraId="51D078F6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2,38</w:t>
            </w:r>
          </w:p>
        </w:tc>
        <w:tc>
          <w:tcPr>
            <w:tcW w:w="0" w:type="auto"/>
            <w:noWrap/>
            <w:vAlign w:val="bottom"/>
            <w:hideMark/>
          </w:tcPr>
          <w:p w14:paraId="45BD61B7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80,51</w:t>
            </w:r>
          </w:p>
        </w:tc>
        <w:tc>
          <w:tcPr>
            <w:tcW w:w="0" w:type="auto"/>
            <w:noWrap/>
            <w:vAlign w:val="bottom"/>
            <w:hideMark/>
          </w:tcPr>
          <w:p w14:paraId="0D5A75FC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3,28</w:t>
            </w:r>
          </w:p>
        </w:tc>
        <w:tc>
          <w:tcPr>
            <w:tcW w:w="0" w:type="auto"/>
            <w:noWrap/>
            <w:vAlign w:val="bottom"/>
            <w:hideMark/>
          </w:tcPr>
          <w:p w14:paraId="626D097B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75,99</w:t>
            </w:r>
          </w:p>
        </w:tc>
        <w:tc>
          <w:tcPr>
            <w:tcW w:w="0" w:type="auto"/>
            <w:noWrap/>
            <w:vAlign w:val="bottom"/>
            <w:hideMark/>
          </w:tcPr>
          <w:p w14:paraId="0C1191B9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6,64</w:t>
            </w:r>
          </w:p>
        </w:tc>
        <w:tc>
          <w:tcPr>
            <w:tcW w:w="0" w:type="auto"/>
            <w:noWrap/>
            <w:vAlign w:val="bottom"/>
            <w:hideMark/>
          </w:tcPr>
          <w:p w14:paraId="1910181D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76,54</w:t>
            </w:r>
          </w:p>
        </w:tc>
        <w:tc>
          <w:tcPr>
            <w:tcW w:w="0" w:type="auto"/>
            <w:noWrap/>
            <w:vAlign w:val="bottom"/>
            <w:hideMark/>
          </w:tcPr>
          <w:p w14:paraId="1979C2F7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13,03</w:t>
            </w:r>
          </w:p>
        </w:tc>
        <w:tc>
          <w:tcPr>
            <w:tcW w:w="0" w:type="auto"/>
            <w:noWrap/>
            <w:vAlign w:val="bottom"/>
            <w:hideMark/>
          </w:tcPr>
          <w:p w14:paraId="6F393A92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76,65</w:t>
            </w:r>
          </w:p>
        </w:tc>
        <w:tc>
          <w:tcPr>
            <w:tcW w:w="0" w:type="auto"/>
            <w:noWrap/>
            <w:vAlign w:val="bottom"/>
            <w:hideMark/>
          </w:tcPr>
          <w:p w14:paraId="0188DFC4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4,01</w:t>
            </w:r>
          </w:p>
        </w:tc>
        <w:tc>
          <w:tcPr>
            <w:tcW w:w="0" w:type="auto"/>
            <w:noWrap/>
            <w:vAlign w:val="bottom"/>
            <w:hideMark/>
          </w:tcPr>
          <w:p w14:paraId="7AFD04E4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79,44</w:t>
            </w:r>
          </w:p>
        </w:tc>
        <w:tc>
          <w:tcPr>
            <w:tcW w:w="584" w:type="dxa"/>
            <w:noWrap/>
            <w:vAlign w:val="bottom"/>
            <w:hideMark/>
          </w:tcPr>
          <w:p w14:paraId="57B1A2DA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7,52</w:t>
            </w:r>
          </w:p>
        </w:tc>
      </w:tr>
      <w:tr w:rsidR="00D8292F" w:rsidRPr="00D8292F" w14:paraId="39464CAF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1B6D16AA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Degradation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of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organic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matter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,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dOM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(%)</w:t>
            </w:r>
          </w:p>
        </w:tc>
        <w:tc>
          <w:tcPr>
            <w:tcW w:w="0" w:type="auto"/>
            <w:noWrap/>
            <w:vAlign w:val="bottom"/>
            <w:hideMark/>
          </w:tcPr>
          <w:p w14:paraId="430B4442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78,12</w:t>
            </w:r>
          </w:p>
        </w:tc>
        <w:tc>
          <w:tcPr>
            <w:tcW w:w="0" w:type="auto"/>
            <w:noWrap/>
            <w:vAlign w:val="bottom"/>
            <w:hideMark/>
          </w:tcPr>
          <w:p w14:paraId="22468347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3,37</w:t>
            </w:r>
          </w:p>
        </w:tc>
        <w:tc>
          <w:tcPr>
            <w:tcW w:w="0" w:type="auto"/>
            <w:noWrap/>
            <w:vAlign w:val="bottom"/>
            <w:hideMark/>
          </w:tcPr>
          <w:p w14:paraId="0626F278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76,82</w:t>
            </w:r>
          </w:p>
        </w:tc>
        <w:tc>
          <w:tcPr>
            <w:tcW w:w="0" w:type="auto"/>
            <w:noWrap/>
            <w:vAlign w:val="bottom"/>
            <w:hideMark/>
          </w:tcPr>
          <w:p w14:paraId="1F309780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3,84</w:t>
            </w:r>
          </w:p>
        </w:tc>
        <w:tc>
          <w:tcPr>
            <w:tcW w:w="0" w:type="auto"/>
            <w:noWrap/>
            <w:vAlign w:val="bottom"/>
            <w:hideMark/>
          </w:tcPr>
          <w:p w14:paraId="2630BBEE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71,42</w:t>
            </w:r>
          </w:p>
        </w:tc>
        <w:tc>
          <w:tcPr>
            <w:tcW w:w="0" w:type="auto"/>
            <w:noWrap/>
            <w:vAlign w:val="bottom"/>
            <w:hideMark/>
          </w:tcPr>
          <w:p w14:paraId="36A6564E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7,56</w:t>
            </w:r>
          </w:p>
        </w:tc>
        <w:tc>
          <w:tcPr>
            <w:tcW w:w="0" w:type="auto"/>
            <w:noWrap/>
            <w:vAlign w:val="bottom"/>
            <w:hideMark/>
          </w:tcPr>
          <w:p w14:paraId="2649B4B2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71,24</w:t>
            </w:r>
          </w:p>
        </w:tc>
        <w:tc>
          <w:tcPr>
            <w:tcW w:w="0" w:type="auto"/>
            <w:noWrap/>
            <w:vAlign w:val="bottom"/>
            <w:hideMark/>
          </w:tcPr>
          <w:p w14:paraId="74A5D9A4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12,82</w:t>
            </w:r>
          </w:p>
        </w:tc>
        <w:tc>
          <w:tcPr>
            <w:tcW w:w="0" w:type="auto"/>
            <w:noWrap/>
            <w:vAlign w:val="bottom"/>
            <w:hideMark/>
          </w:tcPr>
          <w:p w14:paraId="199B65A3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71,58</w:t>
            </w:r>
          </w:p>
        </w:tc>
        <w:tc>
          <w:tcPr>
            <w:tcW w:w="0" w:type="auto"/>
            <w:noWrap/>
            <w:vAlign w:val="bottom"/>
            <w:hideMark/>
          </w:tcPr>
          <w:p w14:paraId="7996D7D5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5,1</w:t>
            </w:r>
          </w:p>
        </w:tc>
        <w:tc>
          <w:tcPr>
            <w:tcW w:w="0" w:type="auto"/>
            <w:noWrap/>
            <w:vAlign w:val="bottom"/>
            <w:hideMark/>
          </w:tcPr>
          <w:p w14:paraId="2AE2FA5F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73,41</w:t>
            </w:r>
          </w:p>
        </w:tc>
        <w:tc>
          <w:tcPr>
            <w:tcW w:w="584" w:type="dxa"/>
            <w:noWrap/>
            <w:vAlign w:val="bottom"/>
            <w:hideMark/>
          </w:tcPr>
          <w:p w14:paraId="60ABC8E1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7,88</w:t>
            </w:r>
          </w:p>
        </w:tc>
      </w:tr>
      <w:tr w:rsidR="00D8292F" w:rsidRPr="00D8292F" w14:paraId="3DC5FD46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58F8B375" w14:textId="77777777" w:rsidR="00D8292F" w:rsidRPr="00961936" w:rsidRDefault="00D8292F" w:rsidP="00E0043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GPmax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(maximum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gas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production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)</w:t>
            </w:r>
          </w:p>
        </w:tc>
        <w:tc>
          <w:tcPr>
            <w:tcW w:w="0" w:type="auto"/>
            <w:noWrap/>
            <w:vAlign w:val="bottom"/>
            <w:hideMark/>
          </w:tcPr>
          <w:p w14:paraId="58098032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31,02</w:t>
            </w:r>
          </w:p>
        </w:tc>
        <w:tc>
          <w:tcPr>
            <w:tcW w:w="0" w:type="auto"/>
            <w:noWrap/>
            <w:vAlign w:val="bottom"/>
            <w:hideMark/>
          </w:tcPr>
          <w:p w14:paraId="7F87DF31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6,22</w:t>
            </w:r>
          </w:p>
        </w:tc>
        <w:tc>
          <w:tcPr>
            <w:tcW w:w="0" w:type="auto"/>
            <w:noWrap/>
            <w:vAlign w:val="bottom"/>
            <w:hideMark/>
          </w:tcPr>
          <w:p w14:paraId="1A8A639F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29,8</w:t>
            </w:r>
          </w:p>
        </w:tc>
        <w:tc>
          <w:tcPr>
            <w:tcW w:w="0" w:type="auto"/>
            <w:noWrap/>
            <w:vAlign w:val="bottom"/>
            <w:hideMark/>
          </w:tcPr>
          <w:p w14:paraId="4A1C9850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4,21</w:t>
            </w:r>
          </w:p>
        </w:tc>
        <w:tc>
          <w:tcPr>
            <w:tcW w:w="0" w:type="auto"/>
            <w:noWrap/>
            <w:vAlign w:val="bottom"/>
            <w:hideMark/>
          </w:tcPr>
          <w:p w14:paraId="460C0ED4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31,77</w:t>
            </w:r>
          </w:p>
        </w:tc>
        <w:tc>
          <w:tcPr>
            <w:tcW w:w="0" w:type="auto"/>
            <w:noWrap/>
            <w:vAlign w:val="bottom"/>
            <w:hideMark/>
          </w:tcPr>
          <w:p w14:paraId="57A1A5B8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4,66</w:t>
            </w:r>
          </w:p>
        </w:tc>
        <w:tc>
          <w:tcPr>
            <w:tcW w:w="0" w:type="auto"/>
            <w:noWrap/>
            <w:vAlign w:val="bottom"/>
            <w:hideMark/>
          </w:tcPr>
          <w:p w14:paraId="6F5F615A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32,05</w:t>
            </w:r>
          </w:p>
        </w:tc>
        <w:tc>
          <w:tcPr>
            <w:tcW w:w="0" w:type="auto"/>
            <w:noWrap/>
            <w:vAlign w:val="bottom"/>
            <w:hideMark/>
          </w:tcPr>
          <w:p w14:paraId="3926ADE9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3,37</w:t>
            </w:r>
          </w:p>
        </w:tc>
        <w:tc>
          <w:tcPr>
            <w:tcW w:w="0" w:type="auto"/>
            <w:noWrap/>
            <w:vAlign w:val="bottom"/>
            <w:hideMark/>
          </w:tcPr>
          <w:p w14:paraId="1BEA92FF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31,97</w:t>
            </w:r>
          </w:p>
        </w:tc>
        <w:tc>
          <w:tcPr>
            <w:tcW w:w="0" w:type="auto"/>
            <w:noWrap/>
            <w:vAlign w:val="bottom"/>
            <w:hideMark/>
          </w:tcPr>
          <w:p w14:paraId="111601D4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5,82</w:t>
            </w:r>
          </w:p>
        </w:tc>
        <w:tc>
          <w:tcPr>
            <w:tcW w:w="0" w:type="auto"/>
            <w:noWrap/>
            <w:vAlign w:val="bottom"/>
            <w:hideMark/>
          </w:tcPr>
          <w:p w14:paraId="1450D68B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35,23</w:t>
            </w:r>
          </w:p>
        </w:tc>
        <w:tc>
          <w:tcPr>
            <w:tcW w:w="584" w:type="dxa"/>
            <w:noWrap/>
            <w:vAlign w:val="bottom"/>
            <w:hideMark/>
          </w:tcPr>
          <w:p w14:paraId="7C4352A2" w14:textId="77777777" w:rsidR="00D8292F" w:rsidRPr="00961936" w:rsidRDefault="00D8292F" w:rsidP="00E0043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5,51</w:t>
            </w:r>
          </w:p>
        </w:tc>
      </w:tr>
    </w:tbl>
    <w:p w14:paraId="6F9239F9" w14:textId="77777777" w:rsidR="00D8292F" w:rsidRPr="001C43BA" w:rsidRDefault="00D8292F" w:rsidP="00D8292F">
      <w:pPr>
        <w:rPr>
          <w:rFonts w:cs="Calibri"/>
        </w:rPr>
      </w:pPr>
    </w:p>
    <w:p w14:paraId="28E053FA" w14:textId="77777777" w:rsidR="00D8292F" w:rsidRPr="001C43BA" w:rsidRDefault="00D8292F">
      <w:pPr>
        <w:rPr>
          <w:rFonts w:cs="Calibri"/>
        </w:rPr>
      </w:pPr>
    </w:p>
    <w:p w14:paraId="059459E8" w14:textId="2749BDB3" w:rsidR="00961936" w:rsidRPr="001C43BA" w:rsidRDefault="00961936" w:rsidP="00961936">
      <w:pPr>
        <w:pStyle w:val="Akapitzlist"/>
        <w:numPr>
          <w:ilvl w:val="0"/>
          <w:numId w:val="15"/>
        </w:numPr>
        <w:rPr>
          <w:rFonts w:cs="Calibri"/>
          <w:lang w:val="pl-PL"/>
        </w:rPr>
      </w:pPr>
      <w:proofErr w:type="spellStart"/>
      <w:r w:rsidRPr="001C43BA">
        <w:rPr>
          <w:rFonts w:cs="Calibri"/>
          <w:lang w:val="pl-PL"/>
        </w:rPr>
        <w:t>Degradation</w:t>
      </w:r>
      <w:proofErr w:type="spellEnd"/>
      <w:r w:rsidRPr="001C43BA">
        <w:rPr>
          <w:rFonts w:cs="Calibri"/>
          <w:lang w:val="pl-PL"/>
        </w:rPr>
        <w:t xml:space="preserve"> of </w:t>
      </w:r>
      <w:proofErr w:type="spellStart"/>
      <w:r w:rsidRPr="001C43BA">
        <w:rPr>
          <w:rFonts w:cs="Calibri"/>
          <w:lang w:val="pl-PL"/>
        </w:rPr>
        <w:t>dry</w:t>
      </w:r>
      <w:proofErr w:type="spellEnd"/>
      <w:r w:rsidRPr="001C43BA">
        <w:rPr>
          <w:rFonts w:cs="Calibri"/>
          <w:lang w:val="pl-PL"/>
        </w:rPr>
        <w:t xml:space="preserve"> </w:t>
      </w:r>
      <w:proofErr w:type="spellStart"/>
      <w:r w:rsidRPr="001C43BA">
        <w:rPr>
          <w:rFonts w:cs="Calibri"/>
          <w:lang w:val="pl-PL"/>
        </w:rPr>
        <w:t>matter</w:t>
      </w:r>
      <w:proofErr w:type="spellEnd"/>
      <w:r w:rsidRPr="001C43BA">
        <w:rPr>
          <w:rFonts w:cs="Calibri"/>
          <w:lang w:val="pl-PL"/>
        </w:rPr>
        <w:t xml:space="preserve">, </w:t>
      </w:r>
      <w:proofErr w:type="spellStart"/>
      <w:r w:rsidRPr="001C43BA">
        <w:rPr>
          <w:rFonts w:cs="Calibri"/>
          <w:lang w:val="pl-PL"/>
        </w:rPr>
        <w:t>dDM</w:t>
      </w:r>
      <w:proofErr w:type="spellEnd"/>
      <w:r w:rsidRPr="001C43BA">
        <w:rPr>
          <w:rFonts w:cs="Calibri"/>
          <w:lang w:val="pl-PL"/>
        </w:rPr>
        <w:t xml:space="preserve"> (%)</w:t>
      </w:r>
    </w:p>
    <w:p w14:paraId="45D046C1" w14:textId="77777777" w:rsidR="00961936" w:rsidRPr="001C43BA" w:rsidRDefault="00961936" w:rsidP="00961936">
      <w:pPr>
        <w:pStyle w:val="Akapitzlist"/>
        <w:numPr>
          <w:ilvl w:val="0"/>
          <w:numId w:val="15"/>
        </w:numPr>
        <w:rPr>
          <w:rFonts w:cs="Calibri"/>
          <w:lang w:val="pl-PL"/>
        </w:rPr>
      </w:pPr>
      <w:proofErr w:type="spellStart"/>
      <w:r w:rsidRPr="001C43BA">
        <w:rPr>
          <w:rFonts w:cs="Calibri"/>
          <w:lang w:val="pl-PL"/>
        </w:rPr>
        <w:t>Degradation</w:t>
      </w:r>
      <w:proofErr w:type="spellEnd"/>
      <w:r w:rsidRPr="001C43BA">
        <w:rPr>
          <w:rFonts w:cs="Calibri"/>
          <w:lang w:val="pl-PL"/>
        </w:rPr>
        <w:t xml:space="preserve"> of </w:t>
      </w:r>
      <w:proofErr w:type="spellStart"/>
      <w:r w:rsidRPr="001C43BA">
        <w:rPr>
          <w:rFonts w:cs="Calibri"/>
          <w:lang w:val="pl-PL"/>
        </w:rPr>
        <w:t>organic</w:t>
      </w:r>
      <w:proofErr w:type="spellEnd"/>
      <w:r w:rsidRPr="001C43BA">
        <w:rPr>
          <w:rFonts w:cs="Calibri"/>
          <w:lang w:val="pl-PL"/>
        </w:rPr>
        <w:t xml:space="preserve"> </w:t>
      </w:r>
      <w:proofErr w:type="spellStart"/>
      <w:r w:rsidRPr="001C43BA">
        <w:rPr>
          <w:rFonts w:cs="Calibri"/>
          <w:lang w:val="pl-PL"/>
        </w:rPr>
        <w:t>matter</w:t>
      </w:r>
      <w:proofErr w:type="spellEnd"/>
      <w:r w:rsidRPr="001C43BA">
        <w:rPr>
          <w:rFonts w:cs="Calibri"/>
          <w:lang w:val="pl-PL"/>
        </w:rPr>
        <w:t xml:space="preserve">, </w:t>
      </w:r>
      <w:proofErr w:type="spellStart"/>
      <w:r w:rsidRPr="001C43BA">
        <w:rPr>
          <w:rFonts w:cs="Calibri"/>
          <w:lang w:val="pl-PL"/>
        </w:rPr>
        <w:t>dOM</w:t>
      </w:r>
      <w:proofErr w:type="spellEnd"/>
      <w:r w:rsidRPr="001C43BA">
        <w:rPr>
          <w:rFonts w:cs="Calibri"/>
          <w:lang w:val="pl-PL"/>
        </w:rPr>
        <w:t xml:space="preserve"> (%)</w:t>
      </w:r>
    </w:p>
    <w:p w14:paraId="38A314BE" w14:textId="195AA748" w:rsidR="00961936" w:rsidRDefault="00961936" w:rsidP="00961936">
      <w:pPr>
        <w:pStyle w:val="Akapitzlist"/>
        <w:numPr>
          <w:ilvl w:val="0"/>
          <w:numId w:val="15"/>
        </w:numPr>
        <w:rPr>
          <w:rFonts w:cs="Calibri"/>
          <w:lang w:val="pl-PL"/>
        </w:rPr>
      </w:pPr>
      <w:proofErr w:type="spellStart"/>
      <w:r w:rsidRPr="001C43BA">
        <w:rPr>
          <w:rFonts w:cs="Calibri"/>
          <w:lang w:val="pl-PL"/>
        </w:rPr>
        <w:t>GPmax</w:t>
      </w:r>
      <w:proofErr w:type="spellEnd"/>
      <w:r w:rsidRPr="001C43BA">
        <w:rPr>
          <w:rFonts w:cs="Calibri"/>
          <w:lang w:val="pl-PL"/>
        </w:rPr>
        <w:t xml:space="preserve"> (maximum </w:t>
      </w:r>
      <w:proofErr w:type="spellStart"/>
      <w:r w:rsidRPr="001C43BA">
        <w:rPr>
          <w:rFonts w:cs="Calibri"/>
          <w:lang w:val="pl-PL"/>
        </w:rPr>
        <w:t>gas</w:t>
      </w:r>
      <w:proofErr w:type="spellEnd"/>
      <w:r w:rsidRPr="001C43BA">
        <w:rPr>
          <w:rFonts w:cs="Calibri"/>
          <w:lang w:val="pl-PL"/>
        </w:rPr>
        <w:t xml:space="preserve"> </w:t>
      </w:r>
      <w:proofErr w:type="spellStart"/>
      <w:r w:rsidRPr="001C43BA">
        <w:rPr>
          <w:rFonts w:cs="Calibri"/>
          <w:lang w:val="pl-PL"/>
        </w:rPr>
        <w:t>production</w:t>
      </w:r>
      <w:proofErr w:type="spellEnd"/>
      <w:r w:rsidRPr="001C43BA">
        <w:rPr>
          <w:rFonts w:cs="Calibri"/>
          <w:lang w:val="pl-PL"/>
        </w:rPr>
        <w:t>)</w:t>
      </w:r>
    </w:p>
    <w:p w14:paraId="1D3E614D" w14:textId="77777777" w:rsidR="00D8292F" w:rsidRPr="00D8292F" w:rsidRDefault="00D8292F" w:rsidP="00D8292F">
      <w:pPr>
        <w:ind w:left="360"/>
        <w:rPr>
          <w:rFonts w:cs="Calibri"/>
          <w:lang w:val="pl-PL"/>
        </w:rPr>
      </w:pPr>
      <w:proofErr w:type="spellStart"/>
      <w:r w:rsidRPr="00D8292F">
        <w:rPr>
          <w:rFonts w:cs="Calibri"/>
          <w:lang w:val="pl-PL"/>
        </w:rPr>
        <w:t>Table</w:t>
      </w:r>
      <w:proofErr w:type="spellEnd"/>
      <w:r w:rsidRPr="00D8292F">
        <w:rPr>
          <w:rFonts w:cs="Calibri"/>
          <w:lang w:val="pl-PL"/>
        </w:rPr>
        <w:t xml:space="preserve"> 6. </w:t>
      </w:r>
      <w:proofErr w:type="spellStart"/>
      <w:r w:rsidRPr="00D8292F">
        <w:rPr>
          <w:rFonts w:cs="Calibri"/>
          <w:lang w:val="pl-PL"/>
        </w:rPr>
        <w:t>Fermentation</w:t>
      </w:r>
      <w:proofErr w:type="spellEnd"/>
      <w:r w:rsidRPr="00D8292F">
        <w:rPr>
          <w:rFonts w:cs="Calibri"/>
          <w:lang w:val="pl-PL"/>
        </w:rPr>
        <w:t xml:space="preserve"> end-products (</w:t>
      </w:r>
      <w:proofErr w:type="spellStart"/>
      <w:r w:rsidRPr="00D8292F">
        <w:rPr>
          <w:rFonts w:cs="Calibri"/>
          <w:lang w:val="pl-PL"/>
        </w:rPr>
        <w:t>Mean</w:t>
      </w:r>
      <w:proofErr w:type="spellEnd"/>
      <w:r w:rsidRPr="00D8292F">
        <w:rPr>
          <w:rFonts w:cs="Calibri"/>
          <w:lang w:val="pl-PL"/>
        </w:rPr>
        <w:t xml:space="preserve"> ± SD): </w:t>
      </w:r>
      <w:proofErr w:type="spellStart"/>
      <w:r w:rsidRPr="00D8292F">
        <w:rPr>
          <w:rFonts w:cs="Calibri"/>
          <w:lang w:val="pl-PL"/>
        </w:rPr>
        <w:t>ammoniacal</w:t>
      </w:r>
      <w:proofErr w:type="spellEnd"/>
      <w:r w:rsidRPr="00D8292F">
        <w:rPr>
          <w:rFonts w:cs="Calibri"/>
          <w:lang w:val="pl-PL"/>
        </w:rPr>
        <w:t xml:space="preserve"> </w:t>
      </w:r>
      <w:proofErr w:type="spellStart"/>
      <w:r w:rsidRPr="00D8292F">
        <w:rPr>
          <w:rFonts w:cs="Calibri"/>
          <w:lang w:val="pl-PL"/>
        </w:rPr>
        <w:t>nitrogen</w:t>
      </w:r>
      <w:proofErr w:type="spellEnd"/>
      <w:r w:rsidRPr="00D8292F">
        <w:rPr>
          <w:rFonts w:cs="Calibri"/>
          <w:lang w:val="pl-PL"/>
        </w:rPr>
        <w:t xml:space="preserve"> and VFA profile </w:t>
      </w:r>
      <w:proofErr w:type="spellStart"/>
      <w:r w:rsidRPr="00D8292F">
        <w:rPr>
          <w:rFonts w:cs="Calibri"/>
          <w:lang w:val="pl-PL"/>
        </w:rPr>
        <w:t>before</w:t>
      </w:r>
      <w:proofErr w:type="spellEnd"/>
      <w:r w:rsidRPr="00D8292F">
        <w:rPr>
          <w:rFonts w:cs="Calibri"/>
          <w:lang w:val="pl-PL"/>
        </w:rPr>
        <w:t xml:space="preserve"> and </w:t>
      </w:r>
      <w:proofErr w:type="spellStart"/>
      <w:r w:rsidRPr="00D8292F">
        <w:rPr>
          <w:rFonts w:cs="Calibri"/>
          <w:lang w:val="pl-PL"/>
        </w:rPr>
        <w:t>after</w:t>
      </w:r>
      <w:proofErr w:type="spellEnd"/>
      <w:r w:rsidRPr="00D8292F">
        <w:rPr>
          <w:rFonts w:cs="Calibri"/>
          <w:lang w:val="pl-PL"/>
        </w:rPr>
        <w:t xml:space="preserve"> MPU</w:t>
      </w:r>
    </w:p>
    <w:p w14:paraId="1C7531CE" w14:textId="7D278635" w:rsidR="00D8292F" w:rsidRPr="00D8292F" w:rsidRDefault="00D8292F" w:rsidP="00D8292F">
      <w:pPr>
        <w:ind w:left="360"/>
        <w:rPr>
          <w:rFonts w:cs="Calibri"/>
          <w:lang w:val="pl-PL"/>
        </w:rPr>
      </w:pPr>
      <w:r w:rsidRPr="00D8292F">
        <w:rPr>
          <w:rFonts w:cs="Calibri"/>
          <w:lang w:val="pl-PL"/>
        </w:rPr>
        <w:t xml:space="preserve">Notes: </w:t>
      </w:r>
      <w:proofErr w:type="spellStart"/>
      <w:r w:rsidRPr="00D8292F">
        <w:rPr>
          <w:rFonts w:cs="Calibri"/>
          <w:lang w:val="pl-PL"/>
        </w:rPr>
        <w:t>Units</w:t>
      </w:r>
      <w:proofErr w:type="spellEnd"/>
      <w:r w:rsidRPr="00D8292F">
        <w:rPr>
          <w:rFonts w:cs="Calibri"/>
          <w:lang w:val="pl-PL"/>
        </w:rPr>
        <w:t xml:space="preserve"> per </w:t>
      </w:r>
      <w:proofErr w:type="spellStart"/>
      <w:r w:rsidRPr="00D8292F">
        <w:rPr>
          <w:rFonts w:cs="Calibri"/>
          <w:lang w:val="pl-PL"/>
        </w:rPr>
        <w:t>study</w:t>
      </w:r>
      <w:proofErr w:type="spellEnd"/>
      <w:r w:rsidRPr="00D8292F">
        <w:rPr>
          <w:rFonts w:cs="Calibri"/>
          <w:lang w:val="pl-PL"/>
        </w:rPr>
        <w:t xml:space="preserve"> </w:t>
      </w:r>
      <w:proofErr w:type="spellStart"/>
      <w:r w:rsidRPr="00D8292F">
        <w:rPr>
          <w:rFonts w:cs="Calibri"/>
          <w:lang w:val="pl-PL"/>
        </w:rPr>
        <w:t>protocol</w:t>
      </w:r>
      <w:proofErr w:type="spellEnd"/>
      <w:r w:rsidRPr="00D8292F">
        <w:rPr>
          <w:rFonts w:cs="Calibri"/>
          <w:lang w:val="pl-PL"/>
        </w:rPr>
        <w:t xml:space="preserve"> (</w:t>
      </w:r>
      <w:proofErr w:type="spellStart"/>
      <w:r w:rsidRPr="00D8292F">
        <w:rPr>
          <w:rFonts w:cs="Calibri"/>
          <w:lang w:val="pl-PL"/>
        </w:rPr>
        <w:t>e.g</w:t>
      </w:r>
      <w:proofErr w:type="spellEnd"/>
      <w:r w:rsidRPr="00D8292F">
        <w:rPr>
          <w:rFonts w:cs="Calibri"/>
          <w:lang w:val="pl-PL"/>
        </w:rPr>
        <w:t xml:space="preserve">., </w:t>
      </w:r>
      <w:proofErr w:type="spellStart"/>
      <w:r w:rsidRPr="00D8292F">
        <w:rPr>
          <w:rFonts w:cs="Calibri"/>
          <w:lang w:val="pl-PL"/>
        </w:rPr>
        <w:t>mmol</w:t>
      </w:r>
      <w:proofErr w:type="spellEnd"/>
      <w:r w:rsidRPr="00D8292F">
        <w:rPr>
          <w:rFonts w:cs="Calibri"/>
          <w:lang w:val="pl-PL"/>
        </w:rPr>
        <w:t xml:space="preserve">/L </w:t>
      </w:r>
      <w:proofErr w:type="spellStart"/>
      <w:r w:rsidRPr="00D8292F">
        <w:rPr>
          <w:rFonts w:cs="Calibri"/>
          <w:lang w:val="pl-PL"/>
        </w:rPr>
        <w:t>or</w:t>
      </w:r>
      <w:proofErr w:type="spellEnd"/>
      <w:r w:rsidRPr="00D8292F">
        <w:rPr>
          <w:rFonts w:cs="Calibri"/>
          <w:lang w:val="pl-PL"/>
        </w:rPr>
        <w:t xml:space="preserve"> </w:t>
      </w:r>
      <w:proofErr w:type="spellStart"/>
      <w:r w:rsidRPr="00D8292F">
        <w:rPr>
          <w:rFonts w:cs="Calibri"/>
          <w:lang w:val="pl-PL"/>
        </w:rPr>
        <w:t>mM</w:t>
      </w:r>
      <w:proofErr w:type="spellEnd"/>
      <w:r w:rsidRPr="00D8292F">
        <w:rPr>
          <w:rFonts w:cs="Calibri"/>
          <w:lang w:val="pl-PL"/>
        </w:rPr>
        <w:t xml:space="preserve">). SCFA = </w:t>
      </w:r>
      <w:proofErr w:type="spellStart"/>
      <w:r w:rsidRPr="00D8292F">
        <w:rPr>
          <w:rFonts w:cs="Calibri"/>
          <w:lang w:val="pl-PL"/>
        </w:rPr>
        <w:t>acetate+propionate+butyrate</w:t>
      </w:r>
      <w:proofErr w:type="spellEnd"/>
      <w:r w:rsidRPr="00D8292F">
        <w:rPr>
          <w:rFonts w:cs="Calibri"/>
          <w:lang w:val="pl-PL"/>
        </w:rPr>
        <w:t xml:space="preserve">; BCFA = </w:t>
      </w:r>
      <w:proofErr w:type="spellStart"/>
      <w:r w:rsidRPr="00D8292F">
        <w:rPr>
          <w:rFonts w:cs="Calibri"/>
          <w:lang w:val="pl-PL"/>
        </w:rPr>
        <w:t>iso-butyric+iso-valeric</w:t>
      </w:r>
      <w:proofErr w:type="spellEnd"/>
      <w:r w:rsidRPr="00D8292F">
        <w:rPr>
          <w:rFonts w:cs="Calibri"/>
          <w:lang w:val="pl-PL"/>
        </w:rPr>
        <w:t xml:space="preserve">; VFA = </w:t>
      </w:r>
      <w:proofErr w:type="spellStart"/>
      <w:r w:rsidRPr="00D8292F">
        <w:rPr>
          <w:rFonts w:cs="Calibri"/>
          <w:lang w:val="pl-PL"/>
        </w:rPr>
        <w:t>total</w:t>
      </w:r>
      <w:proofErr w:type="spellEnd"/>
      <w:r w:rsidRPr="00D8292F">
        <w:rPr>
          <w:rFonts w:cs="Calibri"/>
          <w:lang w:val="pl-PL"/>
        </w:rPr>
        <w:t xml:space="preserve"> </w:t>
      </w:r>
      <w:proofErr w:type="spellStart"/>
      <w:r w:rsidRPr="00D8292F">
        <w:rPr>
          <w:rFonts w:cs="Calibri"/>
          <w:lang w:val="pl-PL"/>
        </w:rPr>
        <w:t>volatile</w:t>
      </w:r>
      <w:proofErr w:type="spellEnd"/>
      <w:r w:rsidRPr="00D8292F">
        <w:rPr>
          <w:rFonts w:cs="Calibri"/>
          <w:lang w:val="pl-PL"/>
        </w:rPr>
        <w:t xml:space="preserve"> </w:t>
      </w:r>
      <w:proofErr w:type="spellStart"/>
      <w:r w:rsidRPr="00D8292F">
        <w:rPr>
          <w:rFonts w:cs="Calibri"/>
          <w:lang w:val="pl-PL"/>
        </w:rPr>
        <w:t>fatty</w:t>
      </w:r>
      <w:proofErr w:type="spellEnd"/>
      <w:r w:rsidRPr="00D8292F">
        <w:rPr>
          <w:rFonts w:cs="Calibri"/>
          <w:lang w:val="pl-PL"/>
        </w:rPr>
        <w:t xml:space="preserve"> </w:t>
      </w:r>
      <w:proofErr w:type="spellStart"/>
      <w:r w:rsidRPr="00D8292F">
        <w:rPr>
          <w:rFonts w:cs="Calibri"/>
          <w:lang w:val="pl-PL"/>
        </w:rPr>
        <w:t>acids</w:t>
      </w:r>
      <w:proofErr w:type="spellEnd"/>
      <w:r w:rsidRPr="00D8292F">
        <w:rPr>
          <w:rFonts w:cs="Calibri"/>
          <w:lang w:val="pl-PL"/>
        </w:rPr>
        <w:t>.</w:t>
      </w:r>
    </w:p>
    <w:p w14:paraId="4275AB2E" w14:textId="77777777" w:rsidR="00D8292F" w:rsidRPr="00D8292F" w:rsidRDefault="00D8292F" w:rsidP="00D8292F">
      <w:pPr>
        <w:rPr>
          <w:rFonts w:cs="Calibri"/>
          <w:lang w:val="pl-PL"/>
        </w:rPr>
      </w:pPr>
    </w:p>
    <w:tbl>
      <w:tblPr>
        <w:tblW w:w="9430" w:type="dxa"/>
        <w:tblInd w:w="6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3"/>
        <w:gridCol w:w="851"/>
        <w:gridCol w:w="567"/>
        <w:gridCol w:w="709"/>
        <w:gridCol w:w="567"/>
        <w:gridCol w:w="708"/>
        <w:gridCol w:w="567"/>
        <w:gridCol w:w="709"/>
        <w:gridCol w:w="567"/>
        <w:gridCol w:w="709"/>
        <w:gridCol w:w="567"/>
        <w:gridCol w:w="709"/>
        <w:gridCol w:w="567"/>
      </w:tblGrid>
      <w:tr w:rsidR="00191237" w:rsidRPr="00961936" w14:paraId="0A1CEE53" w14:textId="77777777" w:rsidTr="00191237">
        <w:trPr>
          <w:trHeight w:val="288"/>
        </w:trPr>
        <w:tc>
          <w:tcPr>
            <w:tcW w:w="1633" w:type="dxa"/>
            <w:vMerge w:val="restart"/>
            <w:noWrap/>
            <w:hideMark/>
          </w:tcPr>
          <w:p w14:paraId="2A1F5F6B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  <w:p w14:paraId="109C4EEF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  <w:p w14:paraId="111402CB" w14:textId="578CF01A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2694" w:type="dxa"/>
            <w:gridSpan w:val="4"/>
            <w:shd w:val="clear" w:color="auto" w:fill="D9D9D9" w:themeFill="background1" w:themeFillShade="D9"/>
            <w:noWrap/>
            <w:hideMark/>
          </w:tcPr>
          <w:p w14:paraId="47BBE9B5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Control</w:t>
            </w:r>
          </w:p>
        </w:tc>
        <w:tc>
          <w:tcPr>
            <w:tcW w:w="2551" w:type="dxa"/>
            <w:gridSpan w:val="4"/>
            <w:shd w:val="clear" w:color="auto" w:fill="D9D9D9" w:themeFill="background1" w:themeFillShade="D9"/>
            <w:noWrap/>
            <w:hideMark/>
          </w:tcPr>
          <w:p w14:paraId="0F0194EE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Soft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chew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  <w:tc>
          <w:tcPr>
            <w:tcW w:w="2552" w:type="dxa"/>
            <w:gridSpan w:val="4"/>
            <w:shd w:val="clear" w:color="auto" w:fill="D9D9D9" w:themeFill="background1" w:themeFillShade="D9"/>
            <w:noWrap/>
            <w:hideMark/>
          </w:tcPr>
          <w:p w14:paraId="4ABB2F93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Pellet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</w:tr>
      <w:tr w:rsidR="00191237" w:rsidRPr="00961936" w14:paraId="0D7E2F6F" w14:textId="77777777" w:rsidTr="00191237">
        <w:trPr>
          <w:trHeight w:val="288"/>
        </w:trPr>
        <w:tc>
          <w:tcPr>
            <w:tcW w:w="1633" w:type="dxa"/>
            <w:vMerge/>
            <w:noWrap/>
            <w:hideMark/>
          </w:tcPr>
          <w:p w14:paraId="12EFAA6A" w14:textId="042C149C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1418" w:type="dxa"/>
            <w:gridSpan w:val="2"/>
            <w:noWrap/>
            <w:hideMark/>
          </w:tcPr>
          <w:p w14:paraId="0F696A32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5A1BB0CB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1275" w:type="dxa"/>
            <w:gridSpan w:val="2"/>
            <w:noWrap/>
            <w:hideMark/>
          </w:tcPr>
          <w:p w14:paraId="735A3129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661CF4CB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7FE7F62B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00DBDB71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</w:tr>
      <w:tr w:rsidR="00191237" w:rsidRPr="00D8292F" w14:paraId="65DCF705" w14:textId="77777777" w:rsidTr="00191237">
        <w:trPr>
          <w:trHeight w:val="288"/>
        </w:trPr>
        <w:tc>
          <w:tcPr>
            <w:tcW w:w="1633" w:type="dxa"/>
            <w:vMerge/>
            <w:noWrap/>
            <w:hideMark/>
          </w:tcPr>
          <w:p w14:paraId="3CEE5D56" w14:textId="731857CA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noWrap/>
            <w:hideMark/>
          </w:tcPr>
          <w:p w14:paraId="1F7F916F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7BFB21BE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709" w:type="dxa"/>
            <w:noWrap/>
            <w:hideMark/>
          </w:tcPr>
          <w:p w14:paraId="6C4A6EBB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7E86EDBF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708" w:type="dxa"/>
            <w:noWrap/>
            <w:hideMark/>
          </w:tcPr>
          <w:p w14:paraId="195BB54B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6E46D04A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709" w:type="dxa"/>
            <w:noWrap/>
            <w:hideMark/>
          </w:tcPr>
          <w:p w14:paraId="2DB1A31E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12CB6FAC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709" w:type="dxa"/>
            <w:noWrap/>
            <w:hideMark/>
          </w:tcPr>
          <w:p w14:paraId="2187CEB0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7210E810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709" w:type="dxa"/>
            <w:noWrap/>
            <w:hideMark/>
          </w:tcPr>
          <w:p w14:paraId="0DA39B83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567" w:type="dxa"/>
            <w:noWrap/>
            <w:hideMark/>
          </w:tcPr>
          <w:p w14:paraId="5891A111" w14:textId="77777777" w:rsidR="00191237" w:rsidRPr="00961936" w:rsidRDefault="00191237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</w:tr>
      <w:tr w:rsidR="00191237" w:rsidRPr="00D8292F" w14:paraId="22DB619E" w14:textId="77777777" w:rsidTr="00191237">
        <w:trPr>
          <w:trHeight w:val="288"/>
        </w:trPr>
        <w:tc>
          <w:tcPr>
            <w:tcW w:w="1633" w:type="dxa"/>
            <w:noWrap/>
            <w:vAlign w:val="bottom"/>
            <w:hideMark/>
          </w:tcPr>
          <w:p w14:paraId="68FD5F98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14:paraId="5B492FD2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21BC70D2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5540E07C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34F0D7BA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1690DCE1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4E766334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2EC895F6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602DD090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58A7081E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1AEF3EA4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14:paraId="6742E7F3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567" w:type="dxa"/>
            <w:noWrap/>
            <w:vAlign w:val="bottom"/>
            <w:hideMark/>
          </w:tcPr>
          <w:p w14:paraId="0CC95555" w14:textId="77777777" w:rsidR="00961936" w:rsidRPr="00961936" w:rsidRDefault="00961936" w:rsidP="00961936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</w:tr>
      <w:tr w:rsidR="00191237" w:rsidRPr="00D8292F" w14:paraId="40B0CFE0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553CA5AA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Ammoniacal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nitrogen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(N–NH₃)</w:t>
            </w:r>
          </w:p>
        </w:tc>
        <w:tc>
          <w:tcPr>
            <w:tcW w:w="851" w:type="dxa"/>
            <w:noWrap/>
            <w:vAlign w:val="bottom"/>
            <w:hideMark/>
          </w:tcPr>
          <w:p w14:paraId="12AC5E9A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19,45</w:t>
            </w:r>
          </w:p>
        </w:tc>
        <w:tc>
          <w:tcPr>
            <w:tcW w:w="567" w:type="dxa"/>
            <w:noWrap/>
            <w:vAlign w:val="bottom"/>
            <w:hideMark/>
          </w:tcPr>
          <w:p w14:paraId="79B5E660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14,32</w:t>
            </w:r>
          </w:p>
        </w:tc>
        <w:tc>
          <w:tcPr>
            <w:tcW w:w="709" w:type="dxa"/>
            <w:noWrap/>
            <w:vAlign w:val="bottom"/>
            <w:hideMark/>
          </w:tcPr>
          <w:p w14:paraId="5253E610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22,89</w:t>
            </w:r>
          </w:p>
        </w:tc>
        <w:tc>
          <w:tcPr>
            <w:tcW w:w="567" w:type="dxa"/>
            <w:noWrap/>
            <w:vAlign w:val="bottom"/>
            <w:hideMark/>
          </w:tcPr>
          <w:p w14:paraId="77ADD0F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4,08</w:t>
            </w:r>
          </w:p>
        </w:tc>
        <w:tc>
          <w:tcPr>
            <w:tcW w:w="708" w:type="dxa"/>
            <w:noWrap/>
            <w:vAlign w:val="bottom"/>
            <w:hideMark/>
          </w:tcPr>
          <w:p w14:paraId="6235CBA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19,24</w:t>
            </w:r>
          </w:p>
        </w:tc>
        <w:tc>
          <w:tcPr>
            <w:tcW w:w="567" w:type="dxa"/>
            <w:noWrap/>
            <w:vAlign w:val="bottom"/>
            <w:hideMark/>
          </w:tcPr>
          <w:p w14:paraId="44D2835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21,15</w:t>
            </w:r>
          </w:p>
        </w:tc>
        <w:tc>
          <w:tcPr>
            <w:tcW w:w="709" w:type="dxa"/>
            <w:noWrap/>
            <w:vAlign w:val="bottom"/>
            <w:hideMark/>
          </w:tcPr>
          <w:p w14:paraId="5B05408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24,89</w:t>
            </w:r>
          </w:p>
        </w:tc>
        <w:tc>
          <w:tcPr>
            <w:tcW w:w="567" w:type="dxa"/>
            <w:noWrap/>
            <w:vAlign w:val="bottom"/>
            <w:hideMark/>
          </w:tcPr>
          <w:p w14:paraId="73893D0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7,78</w:t>
            </w:r>
          </w:p>
        </w:tc>
        <w:tc>
          <w:tcPr>
            <w:tcW w:w="709" w:type="dxa"/>
            <w:noWrap/>
            <w:vAlign w:val="bottom"/>
            <w:hideMark/>
          </w:tcPr>
          <w:p w14:paraId="72F81CE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37,17</w:t>
            </w:r>
          </w:p>
        </w:tc>
        <w:tc>
          <w:tcPr>
            <w:tcW w:w="567" w:type="dxa"/>
            <w:noWrap/>
            <w:vAlign w:val="bottom"/>
            <w:hideMark/>
          </w:tcPr>
          <w:p w14:paraId="3379831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12,81</w:t>
            </w:r>
          </w:p>
        </w:tc>
        <w:tc>
          <w:tcPr>
            <w:tcW w:w="709" w:type="dxa"/>
            <w:noWrap/>
            <w:vAlign w:val="bottom"/>
            <w:hideMark/>
          </w:tcPr>
          <w:p w14:paraId="57A6D39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24,49</w:t>
            </w:r>
          </w:p>
        </w:tc>
        <w:tc>
          <w:tcPr>
            <w:tcW w:w="567" w:type="dxa"/>
            <w:noWrap/>
            <w:vAlign w:val="bottom"/>
            <w:hideMark/>
          </w:tcPr>
          <w:p w14:paraId="3610E1B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13,38</w:t>
            </w:r>
          </w:p>
        </w:tc>
      </w:tr>
      <w:tr w:rsidR="00191237" w:rsidRPr="00D8292F" w14:paraId="2DA3CF01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5A239166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Acetic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acid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acetate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)</w:t>
            </w:r>
          </w:p>
        </w:tc>
        <w:tc>
          <w:tcPr>
            <w:tcW w:w="851" w:type="dxa"/>
            <w:noWrap/>
            <w:vAlign w:val="bottom"/>
            <w:hideMark/>
          </w:tcPr>
          <w:p w14:paraId="218DEBC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20,65</w:t>
            </w:r>
          </w:p>
        </w:tc>
        <w:tc>
          <w:tcPr>
            <w:tcW w:w="567" w:type="dxa"/>
            <w:noWrap/>
            <w:vAlign w:val="bottom"/>
            <w:hideMark/>
          </w:tcPr>
          <w:p w14:paraId="5C9AA5C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1,23</w:t>
            </w:r>
          </w:p>
        </w:tc>
        <w:tc>
          <w:tcPr>
            <w:tcW w:w="709" w:type="dxa"/>
            <w:noWrap/>
            <w:vAlign w:val="bottom"/>
            <w:hideMark/>
          </w:tcPr>
          <w:p w14:paraId="33D5B80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21,76</w:t>
            </w:r>
          </w:p>
        </w:tc>
        <w:tc>
          <w:tcPr>
            <w:tcW w:w="567" w:type="dxa"/>
            <w:noWrap/>
            <w:vAlign w:val="bottom"/>
            <w:hideMark/>
          </w:tcPr>
          <w:p w14:paraId="2900BE8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4,32</w:t>
            </w:r>
          </w:p>
        </w:tc>
        <w:tc>
          <w:tcPr>
            <w:tcW w:w="708" w:type="dxa"/>
            <w:noWrap/>
            <w:vAlign w:val="bottom"/>
            <w:hideMark/>
          </w:tcPr>
          <w:p w14:paraId="1C9920E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21,06</w:t>
            </w:r>
          </w:p>
        </w:tc>
        <w:tc>
          <w:tcPr>
            <w:tcW w:w="567" w:type="dxa"/>
            <w:noWrap/>
            <w:vAlign w:val="bottom"/>
            <w:hideMark/>
          </w:tcPr>
          <w:p w14:paraId="3990D13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2,28</w:t>
            </w:r>
          </w:p>
        </w:tc>
        <w:tc>
          <w:tcPr>
            <w:tcW w:w="709" w:type="dxa"/>
            <w:noWrap/>
            <w:vAlign w:val="bottom"/>
            <w:hideMark/>
          </w:tcPr>
          <w:p w14:paraId="03B69F1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21,74</w:t>
            </w:r>
          </w:p>
        </w:tc>
        <w:tc>
          <w:tcPr>
            <w:tcW w:w="567" w:type="dxa"/>
            <w:noWrap/>
            <w:vAlign w:val="bottom"/>
            <w:hideMark/>
          </w:tcPr>
          <w:p w14:paraId="10012D9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6,39</w:t>
            </w:r>
          </w:p>
        </w:tc>
        <w:tc>
          <w:tcPr>
            <w:tcW w:w="709" w:type="dxa"/>
            <w:noWrap/>
            <w:vAlign w:val="bottom"/>
            <w:hideMark/>
          </w:tcPr>
          <w:p w14:paraId="183EA83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24,32</w:t>
            </w:r>
          </w:p>
        </w:tc>
        <w:tc>
          <w:tcPr>
            <w:tcW w:w="567" w:type="dxa"/>
            <w:noWrap/>
            <w:vAlign w:val="bottom"/>
            <w:hideMark/>
          </w:tcPr>
          <w:p w14:paraId="36C8F05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2,52</w:t>
            </w:r>
          </w:p>
        </w:tc>
        <w:tc>
          <w:tcPr>
            <w:tcW w:w="709" w:type="dxa"/>
            <w:noWrap/>
            <w:vAlign w:val="bottom"/>
            <w:hideMark/>
          </w:tcPr>
          <w:p w14:paraId="55B9450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26,16</w:t>
            </w:r>
          </w:p>
        </w:tc>
        <w:tc>
          <w:tcPr>
            <w:tcW w:w="567" w:type="dxa"/>
            <w:noWrap/>
            <w:vAlign w:val="bottom"/>
            <w:hideMark/>
          </w:tcPr>
          <w:p w14:paraId="3F9AB87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8,2</w:t>
            </w:r>
          </w:p>
        </w:tc>
      </w:tr>
      <w:tr w:rsidR="00191237" w:rsidRPr="00D8292F" w14:paraId="34A2D667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00491310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Propionic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acid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propionate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)</w:t>
            </w:r>
          </w:p>
        </w:tc>
        <w:tc>
          <w:tcPr>
            <w:tcW w:w="851" w:type="dxa"/>
            <w:noWrap/>
            <w:vAlign w:val="bottom"/>
            <w:hideMark/>
          </w:tcPr>
          <w:p w14:paraId="0E6CFB0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10,21</w:t>
            </w:r>
          </w:p>
        </w:tc>
        <w:tc>
          <w:tcPr>
            <w:tcW w:w="567" w:type="dxa"/>
            <w:noWrap/>
            <w:vAlign w:val="bottom"/>
            <w:hideMark/>
          </w:tcPr>
          <w:p w14:paraId="05E7B19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</w:t>
            </w:r>
          </w:p>
        </w:tc>
        <w:tc>
          <w:tcPr>
            <w:tcW w:w="709" w:type="dxa"/>
            <w:noWrap/>
            <w:vAlign w:val="bottom"/>
            <w:hideMark/>
          </w:tcPr>
          <w:p w14:paraId="24958300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12,5</w:t>
            </w:r>
          </w:p>
        </w:tc>
        <w:tc>
          <w:tcPr>
            <w:tcW w:w="567" w:type="dxa"/>
            <w:noWrap/>
            <w:vAlign w:val="bottom"/>
            <w:hideMark/>
          </w:tcPr>
          <w:p w14:paraId="16CF4E0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3,2</w:t>
            </w:r>
          </w:p>
        </w:tc>
        <w:tc>
          <w:tcPr>
            <w:tcW w:w="708" w:type="dxa"/>
            <w:noWrap/>
            <w:vAlign w:val="bottom"/>
            <w:hideMark/>
          </w:tcPr>
          <w:p w14:paraId="29F23DD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12,07</w:t>
            </w:r>
          </w:p>
        </w:tc>
        <w:tc>
          <w:tcPr>
            <w:tcW w:w="567" w:type="dxa"/>
            <w:noWrap/>
            <w:vAlign w:val="bottom"/>
            <w:hideMark/>
          </w:tcPr>
          <w:p w14:paraId="4D3B10E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2,78</w:t>
            </w:r>
          </w:p>
        </w:tc>
        <w:tc>
          <w:tcPr>
            <w:tcW w:w="709" w:type="dxa"/>
            <w:noWrap/>
            <w:vAlign w:val="bottom"/>
            <w:hideMark/>
          </w:tcPr>
          <w:p w14:paraId="6E04902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12,46</w:t>
            </w:r>
          </w:p>
        </w:tc>
        <w:tc>
          <w:tcPr>
            <w:tcW w:w="567" w:type="dxa"/>
            <w:noWrap/>
            <w:vAlign w:val="bottom"/>
            <w:hideMark/>
          </w:tcPr>
          <w:p w14:paraId="401A723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6,04</w:t>
            </w:r>
          </w:p>
        </w:tc>
        <w:tc>
          <w:tcPr>
            <w:tcW w:w="709" w:type="dxa"/>
            <w:noWrap/>
            <w:vAlign w:val="bottom"/>
            <w:hideMark/>
          </w:tcPr>
          <w:p w14:paraId="519CB09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12,08</w:t>
            </w:r>
          </w:p>
        </w:tc>
        <w:tc>
          <w:tcPr>
            <w:tcW w:w="567" w:type="dxa"/>
            <w:noWrap/>
            <w:vAlign w:val="bottom"/>
            <w:hideMark/>
          </w:tcPr>
          <w:p w14:paraId="032ED64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2,56</w:t>
            </w:r>
          </w:p>
        </w:tc>
        <w:tc>
          <w:tcPr>
            <w:tcW w:w="709" w:type="dxa"/>
            <w:noWrap/>
            <w:vAlign w:val="bottom"/>
            <w:hideMark/>
          </w:tcPr>
          <w:p w14:paraId="36DEA08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16,11</w:t>
            </w:r>
          </w:p>
        </w:tc>
        <w:tc>
          <w:tcPr>
            <w:tcW w:w="567" w:type="dxa"/>
            <w:noWrap/>
            <w:vAlign w:val="bottom"/>
            <w:hideMark/>
          </w:tcPr>
          <w:p w14:paraId="15C1533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4,59</w:t>
            </w:r>
          </w:p>
        </w:tc>
      </w:tr>
      <w:tr w:rsidR="00191237" w:rsidRPr="00D8292F" w14:paraId="2F6F9FD9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6607EA55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Isobutyric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acid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(iso-C4)</w:t>
            </w:r>
          </w:p>
        </w:tc>
        <w:tc>
          <w:tcPr>
            <w:tcW w:w="851" w:type="dxa"/>
            <w:noWrap/>
            <w:vAlign w:val="bottom"/>
            <w:hideMark/>
          </w:tcPr>
          <w:p w14:paraId="58B5B29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0,81</w:t>
            </w:r>
          </w:p>
        </w:tc>
        <w:tc>
          <w:tcPr>
            <w:tcW w:w="567" w:type="dxa"/>
            <w:noWrap/>
            <w:vAlign w:val="bottom"/>
            <w:hideMark/>
          </w:tcPr>
          <w:p w14:paraId="4D904FE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0,23</w:t>
            </w:r>
          </w:p>
        </w:tc>
        <w:tc>
          <w:tcPr>
            <w:tcW w:w="709" w:type="dxa"/>
            <w:noWrap/>
            <w:vAlign w:val="bottom"/>
            <w:hideMark/>
          </w:tcPr>
          <w:p w14:paraId="3456019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0,77</w:t>
            </w:r>
          </w:p>
        </w:tc>
        <w:tc>
          <w:tcPr>
            <w:tcW w:w="567" w:type="dxa"/>
            <w:noWrap/>
            <w:vAlign w:val="bottom"/>
            <w:hideMark/>
          </w:tcPr>
          <w:p w14:paraId="62890D2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0,24</w:t>
            </w:r>
          </w:p>
        </w:tc>
        <w:tc>
          <w:tcPr>
            <w:tcW w:w="708" w:type="dxa"/>
            <w:noWrap/>
            <w:vAlign w:val="bottom"/>
            <w:hideMark/>
          </w:tcPr>
          <w:p w14:paraId="3ECA433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0,98</w:t>
            </w:r>
          </w:p>
        </w:tc>
        <w:tc>
          <w:tcPr>
            <w:tcW w:w="567" w:type="dxa"/>
            <w:noWrap/>
            <w:vAlign w:val="bottom"/>
            <w:hideMark/>
          </w:tcPr>
          <w:p w14:paraId="7081A21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0,31</w:t>
            </w:r>
          </w:p>
        </w:tc>
        <w:tc>
          <w:tcPr>
            <w:tcW w:w="709" w:type="dxa"/>
            <w:noWrap/>
            <w:vAlign w:val="bottom"/>
            <w:hideMark/>
          </w:tcPr>
          <w:p w14:paraId="3833678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0,67</w:t>
            </w:r>
          </w:p>
        </w:tc>
        <w:tc>
          <w:tcPr>
            <w:tcW w:w="567" w:type="dxa"/>
            <w:noWrap/>
            <w:vAlign w:val="bottom"/>
            <w:hideMark/>
          </w:tcPr>
          <w:p w14:paraId="2716871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0,16</w:t>
            </w:r>
          </w:p>
        </w:tc>
        <w:tc>
          <w:tcPr>
            <w:tcW w:w="709" w:type="dxa"/>
            <w:noWrap/>
            <w:vAlign w:val="bottom"/>
            <w:hideMark/>
          </w:tcPr>
          <w:p w14:paraId="264A802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1,11</w:t>
            </w:r>
          </w:p>
        </w:tc>
        <w:tc>
          <w:tcPr>
            <w:tcW w:w="567" w:type="dxa"/>
            <w:noWrap/>
            <w:vAlign w:val="bottom"/>
            <w:hideMark/>
          </w:tcPr>
          <w:p w14:paraId="13228A5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0,28</w:t>
            </w:r>
          </w:p>
        </w:tc>
        <w:tc>
          <w:tcPr>
            <w:tcW w:w="709" w:type="dxa"/>
            <w:noWrap/>
            <w:vAlign w:val="bottom"/>
            <w:hideMark/>
          </w:tcPr>
          <w:p w14:paraId="2F2129D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0,82</w:t>
            </w:r>
          </w:p>
        </w:tc>
        <w:tc>
          <w:tcPr>
            <w:tcW w:w="567" w:type="dxa"/>
            <w:noWrap/>
            <w:vAlign w:val="bottom"/>
            <w:hideMark/>
          </w:tcPr>
          <w:p w14:paraId="264E932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0,28</w:t>
            </w:r>
          </w:p>
        </w:tc>
      </w:tr>
      <w:tr w:rsidR="00191237" w:rsidRPr="00D8292F" w14:paraId="39F01483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68542484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Butyric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acid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(C4)</w:t>
            </w:r>
          </w:p>
        </w:tc>
        <w:tc>
          <w:tcPr>
            <w:tcW w:w="851" w:type="dxa"/>
            <w:noWrap/>
            <w:vAlign w:val="bottom"/>
            <w:hideMark/>
          </w:tcPr>
          <w:p w14:paraId="7F09D03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3,85</w:t>
            </w:r>
          </w:p>
        </w:tc>
        <w:tc>
          <w:tcPr>
            <w:tcW w:w="567" w:type="dxa"/>
            <w:noWrap/>
            <w:vAlign w:val="bottom"/>
            <w:hideMark/>
          </w:tcPr>
          <w:p w14:paraId="3686B0C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0,55</w:t>
            </w:r>
          </w:p>
        </w:tc>
        <w:tc>
          <w:tcPr>
            <w:tcW w:w="709" w:type="dxa"/>
            <w:noWrap/>
            <w:vAlign w:val="bottom"/>
            <w:hideMark/>
          </w:tcPr>
          <w:p w14:paraId="68382BB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4,02</w:t>
            </w:r>
          </w:p>
        </w:tc>
        <w:tc>
          <w:tcPr>
            <w:tcW w:w="567" w:type="dxa"/>
            <w:noWrap/>
            <w:vAlign w:val="bottom"/>
            <w:hideMark/>
          </w:tcPr>
          <w:p w14:paraId="4DF2D80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0,99</w:t>
            </w:r>
          </w:p>
        </w:tc>
        <w:tc>
          <w:tcPr>
            <w:tcW w:w="708" w:type="dxa"/>
            <w:noWrap/>
            <w:vAlign w:val="bottom"/>
            <w:hideMark/>
          </w:tcPr>
          <w:p w14:paraId="7855C99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4,37</w:t>
            </w:r>
          </w:p>
        </w:tc>
        <w:tc>
          <w:tcPr>
            <w:tcW w:w="567" w:type="dxa"/>
            <w:noWrap/>
            <w:vAlign w:val="bottom"/>
            <w:hideMark/>
          </w:tcPr>
          <w:p w14:paraId="0E22E81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1,26</w:t>
            </w:r>
          </w:p>
        </w:tc>
        <w:tc>
          <w:tcPr>
            <w:tcW w:w="709" w:type="dxa"/>
            <w:noWrap/>
            <w:vAlign w:val="bottom"/>
            <w:hideMark/>
          </w:tcPr>
          <w:p w14:paraId="6C2F86F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4,09</w:t>
            </w:r>
          </w:p>
        </w:tc>
        <w:tc>
          <w:tcPr>
            <w:tcW w:w="567" w:type="dxa"/>
            <w:noWrap/>
            <w:vAlign w:val="bottom"/>
            <w:hideMark/>
          </w:tcPr>
          <w:p w14:paraId="765970D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1,46</w:t>
            </w:r>
          </w:p>
        </w:tc>
        <w:tc>
          <w:tcPr>
            <w:tcW w:w="709" w:type="dxa"/>
            <w:noWrap/>
            <w:vAlign w:val="bottom"/>
            <w:hideMark/>
          </w:tcPr>
          <w:p w14:paraId="604A000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4,4</w:t>
            </w:r>
          </w:p>
        </w:tc>
        <w:tc>
          <w:tcPr>
            <w:tcW w:w="567" w:type="dxa"/>
            <w:noWrap/>
            <w:vAlign w:val="bottom"/>
            <w:hideMark/>
          </w:tcPr>
          <w:p w14:paraId="11F0015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0,87</w:t>
            </w:r>
          </w:p>
        </w:tc>
        <w:tc>
          <w:tcPr>
            <w:tcW w:w="709" w:type="dxa"/>
            <w:noWrap/>
            <w:vAlign w:val="bottom"/>
            <w:hideMark/>
          </w:tcPr>
          <w:p w14:paraId="3F70E0B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3,88</w:t>
            </w:r>
          </w:p>
        </w:tc>
        <w:tc>
          <w:tcPr>
            <w:tcW w:w="567" w:type="dxa"/>
            <w:noWrap/>
            <w:vAlign w:val="bottom"/>
            <w:hideMark/>
          </w:tcPr>
          <w:p w14:paraId="6869B27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1,63</w:t>
            </w:r>
          </w:p>
        </w:tc>
      </w:tr>
      <w:tr w:rsidR="00191237" w:rsidRPr="00D8292F" w14:paraId="178DFB5F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4A4FAF8B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Isovaleric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acid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(iso-C5)</w:t>
            </w:r>
          </w:p>
        </w:tc>
        <w:tc>
          <w:tcPr>
            <w:tcW w:w="851" w:type="dxa"/>
            <w:noWrap/>
            <w:vAlign w:val="bottom"/>
            <w:hideMark/>
          </w:tcPr>
          <w:p w14:paraId="6E0E4C0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1,18</w:t>
            </w:r>
          </w:p>
        </w:tc>
        <w:tc>
          <w:tcPr>
            <w:tcW w:w="567" w:type="dxa"/>
            <w:noWrap/>
            <w:vAlign w:val="bottom"/>
            <w:hideMark/>
          </w:tcPr>
          <w:p w14:paraId="35885F6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0,24</w:t>
            </w:r>
          </w:p>
        </w:tc>
        <w:tc>
          <w:tcPr>
            <w:tcW w:w="709" w:type="dxa"/>
            <w:noWrap/>
            <w:vAlign w:val="bottom"/>
            <w:hideMark/>
          </w:tcPr>
          <w:p w14:paraId="4BC17DD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1,35</w:t>
            </w:r>
          </w:p>
        </w:tc>
        <w:tc>
          <w:tcPr>
            <w:tcW w:w="567" w:type="dxa"/>
            <w:noWrap/>
            <w:vAlign w:val="bottom"/>
            <w:hideMark/>
          </w:tcPr>
          <w:p w14:paraId="59055F2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0,39</w:t>
            </w:r>
          </w:p>
        </w:tc>
        <w:tc>
          <w:tcPr>
            <w:tcW w:w="708" w:type="dxa"/>
            <w:noWrap/>
            <w:vAlign w:val="bottom"/>
            <w:hideMark/>
          </w:tcPr>
          <w:p w14:paraId="3E1FF79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1,56</w:t>
            </w:r>
          </w:p>
        </w:tc>
        <w:tc>
          <w:tcPr>
            <w:tcW w:w="567" w:type="dxa"/>
            <w:noWrap/>
            <w:vAlign w:val="bottom"/>
            <w:hideMark/>
          </w:tcPr>
          <w:p w14:paraId="6B69497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0,48</w:t>
            </w:r>
          </w:p>
        </w:tc>
        <w:tc>
          <w:tcPr>
            <w:tcW w:w="709" w:type="dxa"/>
            <w:noWrap/>
            <w:vAlign w:val="bottom"/>
            <w:hideMark/>
          </w:tcPr>
          <w:p w14:paraId="4133771A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1,18</w:t>
            </w:r>
          </w:p>
        </w:tc>
        <w:tc>
          <w:tcPr>
            <w:tcW w:w="567" w:type="dxa"/>
            <w:noWrap/>
            <w:vAlign w:val="bottom"/>
            <w:hideMark/>
          </w:tcPr>
          <w:p w14:paraId="6E6CEE7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0,39</w:t>
            </w:r>
          </w:p>
        </w:tc>
        <w:tc>
          <w:tcPr>
            <w:tcW w:w="709" w:type="dxa"/>
            <w:noWrap/>
            <w:vAlign w:val="bottom"/>
            <w:hideMark/>
          </w:tcPr>
          <w:p w14:paraId="6404689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1,71</w:t>
            </w:r>
          </w:p>
        </w:tc>
        <w:tc>
          <w:tcPr>
            <w:tcW w:w="567" w:type="dxa"/>
            <w:noWrap/>
            <w:vAlign w:val="bottom"/>
            <w:hideMark/>
          </w:tcPr>
          <w:p w14:paraId="182E9A7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0,51</w:t>
            </w:r>
          </w:p>
        </w:tc>
        <w:tc>
          <w:tcPr>
            <w:tcW w:w="709" w:type="dxa"/>
            <w:noWrap/>
            <w:vAlign w:val="bottom"/>
            <w:hideMark/>
          </w:tcPr>
          <w:p w14:paraId="4EE8A6F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1,41</w:t>
            </w:r>
          </w:p>
        </w:tc>
        <w:tc>
          <w:tcPr>
            <w:tcW w:w="567" w:type="dxa"/>
            <w:noWrap/>
            <w:vAlign w:val="bottom"/>
            <w:hideMark/>
          </w:tcPr>
          <w:p w14:paraId="4E5B16F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0,45</w:t>
            </w:r>
          </w:p>
        </w:tc>
      </w:tr>
      <w:tr w:rsidR="00191237" w:rsidRPr="00D8292F" w14:paraId="01F435D2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3CF130F9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Valeric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acid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(C5)</w:t>
            </w:r>
          </w:p>
        </w:tc>
        <w:tc>
          <w:tcPr>
            <w:tcW w:w="851" w:type="dxa"/>
            <w:noWrap/>
            <w:vAlign w:val="bottom"/>
            <w:hideMark/>
          </w:tcPr>
          <w:p w14:paraId="0BF0828C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0,08</w:t>
            </w:r>
          </w:p>
        </w:tc>
        <w:tc>
          <w:tcPr>
            <w:tcW w:w="567" w:type="dxa"/>
            <w:noWrap/>
            <w:vAlign w:val="bottom"/>
            <w:hideMark/>
          </w:tcPr>
          <w:p w14:paraId="24CCF04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0,03</w:t>
            </w:r>
          </w:p>
        </w:tc>
        <w:tc>
          <w:tcPr>
            <w:tcW w:w="709" w:type="dxa"/>
            <w:noWrap/>
            <w:vAlign w:val="bottom"/>
            <w:hideMark/>
          </w:tcPr>
          <w:p w14:paraId="652AAF3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</w:t>
            </w:r>
          </w:p>
        </w:tc>
        <w:tc>
          <w:tcPr>
            <w:tcW w:w="567" w:type="dxa"/>
            <w:noWrap/>
            <w:vAlign w:val="bottom"/>
            <w:hideMark/>
          </w:tcPr>
          <w:p w14:paraId="31904EC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0,08</w:t>
            </w:r>
          </w:p>
        </w:tc>
        <w:tc>
          <w:tcPr>
            <w:tcW w:w="708" w:type="dxa"/>
            <w:noWrap/>
            <w:vAlign w:val="bottom"/>
            <w:hideMark/>
          </w:tcPr>
          <w:p w14:paraId="082C2AC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0,12</w:t>
            </w:r>
          </w:p>
        </w:tc>
        <w:tc>
          <w:tcPr>
            <w:tcW w:w="567" w:type="dxa"/>
            <w:noWrap/>
            <w:vAlign w:val="bottom"/>
            <w:hideMark/>
          </w:tcPr>
          <w:p w14:paraId="2171C40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0,05</w:t>
            </w:r>
          </w:p>
        </w:tc>
        <w:tc>
          <w:tcPr>
            <w:tcW w:w="709" w:type="dxa"/>
            <w:noWrap/>
            <w:vAlign w:val="bottom"/>
            <w:hideMark/>
          </w:tcPr>
          <w:p w14:paraId="2479E8B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0,34</w:t>
            </w:r>
          </w:p>
        </w:tc>
        <w:tc>
          <w:tcPr>
            <w:tcW w:w="567" w:type="dxa"/>
            <w:noWrap/>
            <w:vAlign w:val="bottom"/>
            <w:hideMark/>
          </w:tcPr>
          <w:p w14:paraId="73E1290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0,58</w:t>
            </w:r>
          </w:p>
        </w:tc>
        <w:tc>
          <w:tcPr>
            <w:tcW w:w="709" w:type="dxa"/>
            <w:noWrap/>
            <w:vAlign w:val="bottom"/>
            <w:hideMark/>
          </w:tcPr>
          <w:p w14:paraId="1FEF6050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0,13</w:t>
            </w:r>
          </w:p>
        </w:tc>
        <w:tc>
          <w:tcPr>
            <w:tcW w:w="567" w:type="dxa"/>
            <w:noWrap/>
            <w:vAlign w:val="bottom"/>
            <w:hideMark/>
          </w:tcPr>
          <w:p w14:paraId="3D4E993B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0,06</w:t>
            </w:r>
          </w:p>
        </w:tc>
        <w:tc>
          <w:tcPr>
            <w:tcW w:w="709" w:type="dxa"/>
            <w:noWrap/>
            <w:vAlign w:val="bottom"/>
            <w:hideMark/>
          </w:tcPr>
          <w:p w14:paraId="0B5940C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0,16</w:t>
            </w:r>
          </w:p>
        </w:tc>
        <w:tc>
          <w:tcPr>
            <w:tcW w:w="567" w:type="dxa"/>
            <w:noWrap/>
            <w:vAlign w:val="bottom"/>
            <w:hideMark/>
          </w:tcPr>
          <w:p w14:paraId="7A17E68A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0,13</w:t>
            </w:r>
          </w:p>
        </w:tc>
      </w:tr>
      <w:tr w:rsidR="00191237" w:rsidRPr="00D8292F" w14:paraId="1333C7EE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10C16C2B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SCFA (sum of 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acetate+propionate+butyrate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)</w:t>
            </w:r>
          </w:p>
        </w:tc>
        <w:tc>
          <w:tcPr>
            <w:tcW w:w="851" w:type="dxa"/>
            <w:noWrap/>
            <w:vAlign w:val="bottom"/>
            <w:hideMark/>
          </w:tcPr>
          <w:p w14:paraId="675F6DE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34,71</w:t>
            </w:r>
          </w:p>
        </w:tc>
        <w:tc>
          <w:tcPr>
            <w:tcW w:w="567" w:type="dxa"/>
            <w:noWrap/>
            <w:vAlign w:val="bottom"/>
            <w:hideMark/>
          </w:tcPr>
          <w:p w14:paraId="53086EA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1,45</w:t>
            </w:r>
          </w:p>
        </w:tc>
        <w:tc>
          <w:tcPr>
            <w:tcW w:w="709" w:type="dxa"/>
            <w:noWrap/>
            <w:vAlign w:val="bottom"/>
            <w:hideMark/>
          </w:tcPr>
          <w:p w14:paraId="0589721B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38,28</w:t>
            </w:r>
          </w:p>
        </w:tc>
        <w:tc>
          <w:tcPr>
            <w:tcW w:w="567" w:type="dxa"/>
            <w:noWrap/>
            <w:vAlign w:val="bottom"/>
            <w:hideMark/>
          </w:tcPr>
          <w:p w14:paraId="04EB383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8,49</w:t>
            </w:r>
          </w:p>
        </w:tc>
        <w:tc>
          <w:tcPr>
            <w:tcW w:w="708" w:type="dxa"/>
            <w:noWrap/>
            <w:vAlign w:val="bottom"/>
            <w:hideMark/>
          </w:tcPr>
          <w:p w14:paraId="4ED7AD7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37,49</w:t>
            </w:r>
          </w:p>
        </w:tc>
        <w:tc>
          <w:tcPr>
            <w:tcW w:w="567" w:type="dxa"/>
            <w:noWrap/>
            <w:vAlign w:val="bottom"/>
            <w:hideMark/>
          </w:tcPr>
          <w:p w14:paraId="43262C6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5,33</w:t>
            </w:r>
          </w:p>
        </w:tc>
        <w:tc>
          <w:tcPr>
            <w:tcW w:w="709" w:type="dxa"/>
            <w:noWrap/>
            <w:vAlign w:val="bottom"/>
            <w:hideMark/>
          </w:tcPr>
          <w:p w14:paraId="2A836A6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38,29</w:t>
            </w:r>
          </w:p>
        </w:tc>
        <w:tc>
          <w:tcPr>
            <w:tcW w:w="567" w:type="dxa"/>
            <w:noWrap/>
            <w:vAlign w:val="bottom"/>
            <w:hideMark/>
          </w:tcPr>
          <w:p w14:paraId="0E94CCBB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12,73</w:t>
            </w:r>
          </w:p>
        </w:tc>
        <w:tc>
          <w:tcPr>
            <w:tcW w:w="709" w:type="dxa"/>
            <w:noWrap/>
            <w:vAlign w:val="bottom"/>
            <w:hideMark/>
          </w:tcPr>
          <w:p w14:paraId="7D7ECBF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40,8</w:t>
            </w:r>
          </w:p>
        </w:tc>
        <w:tc>
          <w:tcPr>
            <w:tcW w:w="567" w:type="dxa"/>
            <w:noWrap/>
            <w:vAlign w:val="bottom"/>
            <w:hideMark/>
          </w:tcPr>
          <w:p w14:paraId="0463BF1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5,57</w:t>
            </w:r>
          </w:p>
        </w:tc>
        <w:tc>
          <w:tcPr>
            <w:tcW w:w="709" w:type="dxa"/>
            <w:noWrap/>
            <w:vAlign w:val="bottom"/>
            <w:hideMark/>
          </w:tcPr>
          <w:p w14:paraId="01A7831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46,14</w:t>
            </w:r>
          </w:p>
        </w:tc>
        <w:tc>
          <w:tcPr>
            <w:tcW w:w="567" w:type="dxa"/>
            <w:noWrap/>
            <w:vAlign w:val="bottom"/>
            <w:hideMark/>
          </w:tcPr>
          <w:p w14:paraId="125CF51B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13,37</w:t>
            </w:r>
          </w:p>
        </w:tc>
      </w:tr>
      <w:tr w:rsidR="00191237" w:rsidRPr="00D8292F" w14:paraId="05C58E8E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4489C080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BCFA (</w:t>
            </w:r>
            <w:proofErr w:type="spellStart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branched-chain</w:t>
            </w:r>
            <w:proofErr w:type="spellEnd"/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FA; iso-C4+iso-C5)</w:t>
            </w:r>
          </w:p>
        </w:tc>
        <w:tc>
          <w:tcPr>
            <w:tcW w:w="851" w:type="dxa"/>
            <w:noWrap/>
            <w:vAlign w:val="bottom"/>
            <w:hideMark/>
          </w:tcPr>
          <w:p w14:paraId="73AAD82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2,08</w:t>
            </w:r>
          </w:p>
        </w:tc>
        <w:tc>
          <w:tcPr>
            <w:tcW w:w="567" w:type="dxa"/>
            <w:noWrap/>
            <w:vAlign w:val="bottom"/>
            <w:hideMark/>
          </w:tcPr>
          <w:p w14:paraId="7C3477F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0,49</w:t>
            </w:r>
          </w:p>
        </w:tc>
        <w:tc>
          <w:tcPr>
            <w:tcW w:w="709" w:type="dxa"/>
            <w:noWrap/>
            <w:vAlign w:val="bottom"/>
            <w:hideMark/>
          </w:tcPr>
          <w:p w14:paraId="03EAFFF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2,22</w:t>
            </w:r>
          </w:p>
        </w:tc>
        <w:tc>
          <w:tcPr>
            <w:tcW w:w="567" w:type="dxa"/>
            <w:noWrap/>
            <w:vAlign w:val="bottom"/>
            <w:hideMark/>
          </w:tcPr>
          <w:p w14:paraId="696B9534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0,66</w:t>
            </w:r>
          </w:p>
        </w:tc>
        <w:tc>
          <w:tcPr>
            <w:tcW w:w="708" w:type="dxa"/>
            <w:noWrap/>
            <w:vAlign w:val="bottom"/>
            <w:hideMark/>
          </w:tcPr>
          <w:p w14:paraId="5F47D53D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2,65</w:t>
            </w:r>
          </w:p>
        </w:tc>
        <w:tc>
          <w:tcPr>
            <w:tcW w:w="567" w:type="dxa"/>
            <w:noWrap/>
            <w:vAlign w:val="bottom"/>
            <w:hideMark/>
          </w:tcPr>
          <w:p w14:paraId="61CC6DD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0,75</w:t>
            </w:r>
          </w:p>
        </w:tc>
        <w:tc>
          <w:tcPr>
            <w:tcW w:w="709" w:type="dxa"/>
            <w:noWrap/>
            <w:vAlign w:val="bottom"/>
            <w:hideMark/>
          </w:tcPr>
          <w:p w14:paraId="7A9E7B10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2,19</w:t>
            </w:r>
          </w:p>
        </w:tc>
        <w:tc>
          <w:tcPr>
            <w:tcW w:w="567" w:type="dxa"/>
            <w:noWrap/>
            <w:vAlign w:val="bottom"/>
            <w:hideMark/>
          </w:tcPr>
          <w:p w14:paraId="2CE40A3A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0,79</w:t>
            </w:r>
          </w:p>
        </w:tc>
        <w:tc>
          <w:tcPr>
            <w:tcW w:w="709" w:type="dxa"/>
            <w:noWrap/>
            <w:vAlign w:val="bottom"/>
            <w:hideMark/>
          </w:tcPr>
          <w:p w14:paraId="43691ED3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2,96</w:t>
            </w:r>
          </w:p>
        </w:tc>
        <w:tc>
          <w:tcPr>
            <w:tcW w:w="567" w:type="dxa"/>
            <w:noWrap/>
            <w:vAlign w:val="bottom"/>
            <w:hideMark/>
          </w:tcPr>
          <w:p w14:paraId="32D050A1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0,75</w:t>
            </w:r>
          </w:p>
        </w:tc>
        <w:tc>
          <w:tcPr>
            <w:tcW w:w="709" w:type="dxa"/>
            <w:noWrap/>
            <w:vAlign w:val="bottom"/>
            <w:hideMark/>
          </w:tcPr>
          <w:p w14:paraId="7CB2115E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</w:t>
            </w:r>
          </w:p>
        </w:tc>
        <w:tc>
          <w:tcPr>
            <w:tcW w:w="567" w:type="dxa"/>
            <w:noWrap/>
            <w:vAlign w:val="bottom"/>
            <w:hideMark/>
          </w:tcPr>
          <w:p w14:paraId="56513E0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0,82</w:t>
            </w:r>
          </w:p>
        </w:tc>
      </w:tr>
      <w:tr w:rsidR="00191237" w:rsidRPr="00D8292F" w14:paraId="2C07CA05" w14:textId="77777777" w:rsidTr="00191237">
        <w:trPr>
          <w:trHeight w:val="288"/>
        </w:trPr>
        <w:tc>
          <w:tcPr>
            <w:tcW w:w="1633" w:type="dxa"/>
            <w:noWrap/>
            <w:hideMark/>
          </w:tcPr>
          <w:p w14:paraId="06FA824E" w14:textId="77777777" w:rsidR="00961936" w:rsidRPr="00961936" w:rsidRDefault="00961936" w:rsidP="009619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Total VFA</w:t>
            </w:r>
          </w:p>
        </w:tc>
        <w:tc>
          <w:tcPr>
            <w:tcW w:w="851" w:type="dxa"/>
            <w:noWrap/>
            <w:vAlign w:val="bottom"/>
            <w:hideMark/>
          </w:tcPr>
          <w:p w14:paraId="53659DF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36,79</w:t>
            </w:r>
          </w:p>
        </w:tc>
        <w:tc>
          <w:tcPr>
            <w:tcW w:w="567" w:type="dxa"/>
            <w:noWrap/>
            <w:vAlign w:val="bottom"/>
            <w:hideMark/>
          </w:tcPr>
          <w:p w14:paraId="7C69C5F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1,87</w:t>
            </w:r>
          </w:p>
        </w:tc>
        <w:tc>
          <w:tcPr>
            <w:tcW w:w="709" w:type="dxa"/>
            <w:noWrap/>
            <w:vAlign w:val="bottom"/>
            <w:hideMark/>
          </w:tcPr>
          <w:p w14:paraId="00DCD8F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40,5</w:t>
            </w:r>
          </w:p>
        </w:tc>
        <w:tc>
          <w:tcPr>
            <w:tcW w:w="567" w:type="dxa"/>
            <w:noWrap/>
            <w:vAlign w:val="bottom"/>
            <w:hideMark/>
          </w:tcPr>
          <w:p w14:paraId="337C7125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9,01</w:t>
            </w:r>
          </w:p>
        </w:tc>
        <w:tc>
          <w:tcPr>
            <w:tcW w:w="708" w:type="dxa"/>
            <w:noWrap/>
            <w:vAlign w:val="bottom"/>
            <w:hideMark/>
          </w:tcPr>
          <w:p w14:paraId="480D641F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40,14</w:t>
            </w:r>
          </w:p>
        </w:tc>
        <w:tc>
          <w:tcPr>
            <w:tcW w:w="567" w:type="dxa"/>
            <w:noWrap/>
            <w:vAlign w:val="bottom"/>
            <w:hideMark/>
          </w:tcPr>
          <w:p w14:paraId="44C6C9C6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5,55</w:t>
            </w:r>
          </w:p>
        </w:tc>
        <w:tc>
          <w:tcPr>
            <w:tcW w:w="709" w:type="dxa"/>
            <w:noWrap/>
            <w:vAlign w:val="bottom"/>
            <w:hideMark/>
          </w:tcPr>
          <w:p w14:paraId="19377E42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40,48</w:t>
            </w:r>
          </w:p>
        </w:tc>
        <w:tc>
          <w:tcPr>
            <w:tcW w:w="567" w:type="dxa"/>
            <w:noWrap/>
            <w:vAlign w:val="bottom"/>
            <w:hideMark/>
          </w:tcPr>
          <w:p w14:paraId="00F36ED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13,23</w:t>
            </w:r>
          </w:p>
        </w:tc>
        <w:tc>
          <w:tcPr>
            <w:tcW w:w="709" w:type="dxa"/>
            <w:noWrap/>
            <w:vAlign w:val="bottom"/>
            <w:hideMark/>
          </w:tcPr>
          <w:p w14:paraId="15EFDED0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43,76</w:t>
            </w:r>
          </w:p>
        </w:tc>
        <w:tc>
          <w:tcPr>
            <w:tcW w:w="567" w:type="dxa"/>
            <w:noWrap/>
            <w:vAlign w:val="bottom"/>
            <w:hideMark/>
          </w:tcPr>
          <w:p w14:paraId="2E438797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5,98</w:t>
            </w:r>
          </w:p>
        </w:tc>
        <w:tc>
          <w:tcPr>
            <w:tcW w:w="709" w:type="dxa"/>
            <w:noWrap/>
            <w:vAlign w:val="bottom"/>
            <w:hideMark/>
          </w:tcPr>
          <w:p w14:paraId="6FB56968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48,53</w:t>
            </w:r>
          </w:p>
        </w:tc>
        <w:tc>
          <w:tcPr>
            <w:tcW w:w="567" w:type="dxa"/>
            <w:noWrap/>
            <w:vAlign w:val="bottom"/>
            <w:hideMark/>
          </w:tcPr>
          <w:p w14:paraId="1D99B029" w14:textId="77777777" w:rsidR="00961936" w:rsidRPr="00961936" w:rsidRDefault="00961936" w:rsidP="0096193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961936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13,97</w:t>
            </w:r>
          </w:p>
        </w:tc>
      </w:tr>
    </w:tbl>
    <w:p w14:paraId="022265B3" w14:textId="77777777" w:rsidR="00961936" w:rsidRPr="001C43BA" w:rsidRDefault="00961936">
      <w:pPr>
        <w:rPr>
          <w:rFonts w:cs="Calibri"/>
        </w:rPr>
      </w:pPr>
    </w:p>
    <w:p w14:paraId="45066654" w14:textId="77777777" w:rsidR="008816F0" w:rsidRPr="001C43BA" w:rsidRDefault="008816F0" w:rsidP="00D8292F">
      <w:pPr>
        <w:rPr>
          <w:rFonts w:cs="Calibri"/>
        </w:rPr>
      </w:pPr>
      <w:r w:rsidRPr="001C43BA">
        <w:rPr>
          <w:rFonts w:cs="Calibri"/>
        </w:rPr>
        <w:t>Figure 1. Gas production kinetics (mL/g DM inoculum)</w:t>
      </w:r>
    </w:p>
    <w:p w14:paraId="5DBFFBCF" w14:textId="77777777" w:rsidR="008816F0" w:rsidRPr="001C43BA" w:rsidRDefault="008816F0" w:rsidP="008816F0">
      <w:pPr>
        <w:jc w:val="center"/>
        <w:rPr>
          <w:rFonts w:cs="Calibri"/>
        </w:rPr>
      </w:pPr>
      <w:r w:rsidRPr="001C43BA">
        <w:rPr>
          <w:rFonts w:cs="Calibri"/>
          <w:noProof/>
        </w:rPr>
        <w:lastRenderedPageBreak/>
        <w:drawing>
          <wp:inline distT="0" distB="0" distL="0" distR="0" wp14:anchorId="1E1739C9" wp14:editId="7C108E3C">
            <wp:extent cx="5943600" cy="48201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e7e452-521a-42da-ba52-44e5e6558c5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2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F45A6" w14:textId="00E3ED52" w:rsidR="00961936" w:rsidRDefault="008816F0" w:rsidP="008816F0">
      <w:pPr>
        <w:rPr>
          <w:rFonts w:cs="Calibri"/>
        </w:rPr>
      </w:pPr>
      <w:r w:rsidRPr="001C43BA">
        <w:rPr>
          <w:rFonts w:cs="Calibri"/>
          <w:b/>
        </w:rPr>
        <w:t>Legend:</w:t>
      </w:r>
      <w:r w:rsidRPr="001C43BA">
        <w:rPr>
          <w:rFonts w:cs="Calibri"/>
          <w:b/>
        </w:rPr>
        <w:br/>
      </w:r>
      <w:r w:rsidRPr="001C43BA">
        <w:rPr>
          <w:rFonts w:cs="Calibri"/>
        </w:rPr>
        <w:t xml:space="preserve">K PRZED </w:t>
      </w:r>
      <w:r w:rsidRPr="001C43BA">
        <w:rPr>
          <w:rFonts w:ascii="Segoe UI Symbol" w:hAnsi="Segoe UI Symbol" w:cs="Segoe UI Symbol"/>
        </w:rPr>
        <w:t>➜</w:t>
      </w:r>
      <w:r w:rsidRPr="001C43BA">
        <w:rPr>
          <w:rFonts w:cs="Calibri"/>
        </w:rPr>
        <w:t xml:space="preserve"> Control — Before</w:t>
      </w:r>
      <w:r w:rsidRPr="001C43BA">
        <w:rPr>
          <w:rFonts w:cs="Calibri"/>
        </w:rPr>
        <w:br/>
        <w:t xml:space="preserve">K PO </w:t>
      </w:r>
      <w:r w:rsidRPr="001C43BA">
        <w:rPr>
          <w:rFonts w:ascii="Segoe UI Symbol" w:hAnsi="Segoe UI Symbol" w:cs="Segoe UI Symbol"/>
        </w:rPr>
        <w:t>➜</w:t>
      </w:r>
      <w:r w:rsidRPr="001C43BA">
        <w:rPr>
          <w:rFonts w:cs="Calibri"/>
        </w:rPr>
        <w:t xml:space="preserve"> Control — After</w:t>
      </w:r>
      <w:r w:rsidRPr="001C43BA">
        <w:rPr>
          <w:rFonts w:cs="Calibri"/>
        </w:rPr>
        <w:br/>
        <w:t xml:space="preserve">ŻUJKA PRZED </w:t>
      </w:r>
      <w:r w:rsidRPr="001C43BA">
        <w:rPr>
          <w:rFonts w:ascii="Segoe UI Symbol" w:hAnsi="Segoe UI Symbol" w:cs="Segoe UI Symbol"/>
        </w:rPr>
        <w:t>➜</w:t>
      </w:r>
      <w:r w:rsidRPr="001C43BA">
        <w:rPr>
          <w:rFonts w:cs="Calibri"/>
        </w:rPr>
        <w:t xml:space="preserve"> Soft chew (MPU) — Before</w:t>
      </w:r>
      <w:r w:rsidRPr="001C43BA">
        <w:rPr>
          <w:rFonts w:cs="Calibri"/>
        </w:rPr>
        <w:br/>
        <w:t xml:space="preserve">ŻUJKA PO </w:t>
      </w:r>
      <w:r w:rsidRPr="001C43BA">
        <w:rPr>
          <w:rFonts w:ascii="Segoe UI Symbol" w:hAnsi="Segoe UI Symbol" w:cs="Segoe UI Symbol"/>
        </w:rPr>
        <w:t>➜</w:t>
      </w:r>
      <w:r w:rsidRPr="001C43BA">
        <w:rPr>
          <w:rFonts w:cs="Calibri"/>
        </w:rPr>
        <w:t xml:space="preserve"> Soft chew (MPU) — After</w:t>
      </w:r>
      <w:r w:rsidRPr="001C43BA">
        <w:rPr>
          <w:rFonts w:cs="Calibri"/>
        </w:rPr>
        <w:br/>
        <w:t xml:space="preserve">GRANULAT PRZED </w:t>
      </w:r>
      <w:r w:rsidRPr="001C43BA">
        <w:rPr>
          <w:rFonts w:ascii="Segoe UI Symbol" w:hAnsi="Segoe UI Symbol" w:cs="Segoe UI Symbol"/>
        </w:rPr>
        <w:t>➜</w:t>
      </w:r>
      <w:r w:rsidRPr="001C43BA">
        <w:rPr>
          <w:rFonts w:cs="Calibri"/>
        </w:rPr>
        <w:t xml:space="preserve"> Pellet (MPU) — Before</w:t>
      </w:r>
      <w:r w:rsidRPr="001C43BA">
        <w:rPr>
          <w:rFonts w:cs="Calibri"/>
        </w:rPr>
        <w:br/>
        <w:t xml:space="preserve">GRANULAT PO </w:t>
      </w:r>
      <w:r w:rsidRPr="001C43BA">
        <w:rPr>
          <w:rFonts w:ascii="Segoe UI Symbol" w:hAnsi="Segoe UI Symbol" w:cs="Segoe UI Symbol"/>
        </w:rPr>
        <w:t>➜</w:t>
      </w:r>
      <w:r w:rsidRPr="001C43BA">
        <w:rPr>
          <w:rFonts w:cs="Calibri"/>
        </w:rPr>
        <w:t xml:space="preserve"> Pellet (MPU) — After</w:t>
      </w:r>
    </w:p>
    <w:p w14:paraId="30D8C9C6" w14:textId="77777777" w:rsidR="00D8292F" w:rsidRDefault="00D8292F" w:rsidP="008816F0">
      <w:pPr>
        <w:rPr>
          <w:rFonts w:cs="Calibri"/>
        </w:rPr>
      </w:pPr>
    </w:p>
    <w:p w14:paraId="2665BFB5" w14:textId="28784405" w:rsidR="00D8292F" w:rsidRPr="001C43BA" w:rsidRDefault="00D8292F" w:rsidP="008816F0">
      <w:pPr>
        <w:rPr>
          <w:rFonts w:cs="Calibri"/>
        </w:rPr>
      </w:pPr>
      <w:proofErr w:type="spellStart"/>
      <w:r w:rsidRPr="008816F0">
        <w:rPr>
          <w:rFonts w:eastAsia="Times New Roman" w:cs="Calibri"/>
          <w:color w:val="000000"/>
          <w:lang w:val="pl-PL" w:eastAsia="pl-PL"/>
        </w:rPr>
        <w:t>Table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7.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Hematology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parameters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before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and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after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MPU (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Mean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± SD)</w:t>
      </w:r>
    </w:p>
    <w:tbl>
      <w:tblPr>
        <w:tblW w:w="9547" w:type="dxa"/>
        <w:tblInd w:w="6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1"/>
        <w:gridCol w:w="642"/>
        <w:gridCol w:w="642"/>
        <w:gridCol w:w="642"/>
        <w:gridCol w:w="550"/>
        <w:gridCol w:w="642"/>
        <w:gridCol w:w="642"/>
        <w:gridCol w:w="574"/>
        <w:gridCol w:w="642"/>
        <w:gridCol w:w="642"/>
        <w:gridCol w:w="550"/>
        <w:gridCol w:w="642"/>
        <w:gridCol w:w="736"/>
      </w:tblGrid>
      <w:tr w:rsidR="00191237" w:rsidRPr="008816F0" w14:paraId="555ABBD0" w14:textId="77777777" w:rsidTr="00191237">
        <w:trPr>
          <w:trHeight w:val="288"/>
        </w:trPr>
        <w:tc>
          <w:tcPr>
            <w:tcW w:w="0" w:type="auto"/>
            <w:vMerge w:val="restart"/>
            <w:noWrap/>
            <w:hideMark/>
          </w:tcPr>
          <w:p w14:paraId="34CCFBCC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  <w:p w14:paraId="36E496D4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  <w:p w14:paraId="490B080C" w14:textId="7A7B150F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47408EA6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Control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12AD4B6D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Soft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chew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  <w:tc>
          <w:tcPr>
            <w:tcW w:w="2570" w:type="dxa"/>
            <w:gridSpan w:val="4"/>
            <w:shd w:val="clear" w:color="auto" w:fill="D9D9D9" w:themeFill="background1" w:themeFillShade="D9"/>
            <w:noWrap/>
            <w:hideMark/>
          </w:tcPr>
          <w:p w14:paraId="1D335543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Pellet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</w:tr>
      <w:tr w:rsidR="00191237" w:rsidRPr="00D8292F" w14:paraId="72BA0207" w14:textId="77777777" w:rsidTr="00191237">
        <w:trPr>
          <w:trHeight w:val="288"/>
        </w:trPr>
        <w:tc>
          <w:tcPr>
            <w:tcW w:w="0" w:type="auto"/>
            <w:vMerge/>
            <w:noWrap/>
            <w:hideMark/>
          </w:tcPr>
          <w:p w14:paraId="14E3F78D" w14:textId="345ED2E2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gridSpan w:val="2"/>
            <w:noWrap/>
            <w:hideMark/>
          </w:tcPr>
          <w:p w14:paraId="089C9FA9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7BA5DC26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24FBA221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64879D6F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41AF962C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1378" w:type="dxa"/>
            <w:gridSpan w:val="2"/>
            <w:noWrap/>
            <w:hideMark/>
          </w:tcPr>
          <w:p w14:paraId="0820F094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</w:tr>
      <w:tr w:rsidR="00191237" w:rsidRPr="00D8292F" w14:paraId="77559808" w14:textId="77777777" w:rsidTr="00191237">
        <w:trPr>
          <w:trHeight w:val="288"/>
        </w:trPr>
        <w:tc>
          <w:tcPr>
            <w:tcW w:w="0" w:type="auto"/>
            <w:vMerge/>
            <w:noWrap/>
            <w:hideMark/>
          </w:tcPr>
          <w:p w14:paraId="64ECC372" w14:textId="4228E78F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hideMark/>
          </w:tcPr>
          <w:p w14:paraId="6A12E4D2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71E14884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6AA7F64C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8A0B5AC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58666F2F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6CC446E6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40E0C3D1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09C4EFE3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63338B77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B7A3051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299C7655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736" w:type="dxa"/>
            <w:noWrap/>
            <w:hideMark/>
          </w:tcPr>
          <w:p w14:paraId="72746BB9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</w:tr>
      <w:tr w:rsidR="00D8292F" w:rsidRPr="00D8292F" w14:paraId="7B0933B9" w14:textId="77777777" w:rsidTr="00191237">
        <w:trPr>
          <w:trHeight w:val="288"/>
        </w:trPr>
        <w:tc>
          <w:tcPr>
            <w:tcW w:w="0" w:type="auto"/>
            <w:noWrap/>
            <w:vAlign w:val="bottom"/>
            <w:hideMark/>
          </w:tcPr>
          <w:p w14:paraId="29B6669D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58B6AAD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088604A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AE2D0DF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A73DA9F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996D6E8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ABF779E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E5CD378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A299216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7D63A9F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093BD6E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ED6EC5E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736" w:type="dxa"/>
            <w:noWrap/>
            <w:vAlign w:val="bottom"/>
            <w:hideMark/>
          </w:tcPr>
          <w:p w14:paraId="0636AFF6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</w:tr>
      <w:tr w:rsidR="00D8292F" w:rsidRPr="00D8292F" w14:paraId="58BFDA21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2B124BBA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WBC (G/L)</w:t>
            </w:r>
          </w:p>
        </w:tc>
        <w:tc>
          <w:tcPr>
            <w:tcW w:w="0" w:type="auto"/>
            <w:noWrap/>
            <w:vAlign w:val="bottom"/>
            <w:hideMark/>
          </w:tcPr>
          <w:p w14:paraId="77EFDA6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12,57</w:t>
            </w:r>
          </w:p>
        </w:tc>
        <w:tc>
          <w:tcPr>
            <w:tcW w:w="0" w:type="auto"/>
            <w:noWrap/>
            <w:vAlign w:val="bottom"/>
            <w:hideMark/>
          </w:tcPr>
          <w:p w14:paraId="479BD98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3,81</w:t>
            </w:r>
          </w:p>
        </w:tc>
        <w:tc>
          <w:tcPr>
            <w:tcW w:w="0" w:type="auto"/>
            <w:noWrap/>
            <w:vAlign w:val="bottom"/>
            <w:hideMark/>
          </w:tcPr>
          <w:p w14:paraId="40F5A83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10,67</w:t>
            </w:r>
          </w:p>
        </w:tc>
        <w:tc>
          <w:tcPr>
            <w:tcW w:w="0" w:type="auto"/>
            <w:noWrap/>
            <w:vAlign w:val="bottom"/>
            <w:hideMark/>
          </w:tcPr>
          <w:p w14:paraId="2B428C4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5,11</w:t>
            </w:r>
          </w:p>
        </w:tc>
        <w:tc>
          <w:tcPr>
            <w:tcW w:w="0" w:type="auto"/>
            <w:noWrap/>
            <w:vAlign w:val="bottom"/>
            <w:hideMark/>
          </w:tcPr>
          <w:p w14:paraId="330CAB9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9,31</w:t>
            </w:r>
          </w:p>
        </w:tc>
        <w:tc>
          <w:tcPr>
            <w:tcW w:w="0" w:type="auto"/>
            <w:noWrap/>
            <w:vAlign w:val="bottom"/>
            <w:hideMark/>
          </w:tcPr>
          <w:p w14:paraId="0820200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0,85</w:t>
            </w:r>
          </w:p>
        </w:tc>
        <w:tc>
          <w:tcPr>
            <w:tcW w:w="0" w:type="auto"/>
            <w:noWrap/>
            <w:vAlign w:val="bottom"/>
            <w:hideMark/>
          </w:tcPr>
          <w:p w14:paraId="537A0B7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13,97</w:t>
            </w:r>
          </w:p>
        </w:tc>
        <w:tc>
          <w:tcPr>
            <w:tcW w:w="0" w:type="auto"/>
            <w:noWrap/>
            <w:vAlign w:val="bottom"/>
            <w:hideMark/>
          </w:tcPr>
          <w:p w14:paraId="0C16499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3,85</w:t>
            </w:r>
          </w:p>
        </w:tc>
        <w:tc>
          <w:tcPr>
            <w:tcW w:w="0" w:type="auto"/>
            <w:noWrap/>
            <w:vAlign w:val="bottom"/>
            <w:hideMark/>
          </w:tcPr>
          <w:p w14:paraId="4E1207A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8,22</w:t>
            </w:r>
          </w:p>
        </w:tc>
        <w:tc>
          <w:tcPr>
            <w:tcW w:w="0" w:type="auto"/>
            <w:noWrap/>
            <w:vAlign w:val="bottom"/>
            <w:hideMark/>
          </w:tcPr>
          <w:p w14:paraId="24BBD3A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1,29</w:t>
            </w:r>
          </w:p>
        </w:tc>
        <w:tc>
          <w:tcPr>
            <w:tcW w:w="0" w:type="auto"/>
            <w:noWrap/>
            <w:vAlign w:val="bottom"/>
            <w:hideMark/>
          </w:tcPr>
          <w:p w14:paraId="54B2920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9,24</w:t>
            </w:r>
          </w:p>
        </w:tc>
        <w:tc>
          <w:tcPr>
            <w:tcW w:w="736" w:type="dxa"/>
            <w:noWrap/>
            <w:vAlign w:val="bottom"/>
            <w:hideMark/>
          </w:tcPr>
          <w:p w14:paraId="61997F9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1,65</w:t>
            </w:r>
          </w:p>
        </w:tc>
      </w:tr>
      <w:tr w:rsidR="00D8292F" w:rsidRPr="00D8292F" w14:paraId="01D88294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532018E0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Neutrophils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(NEU, G/L)</w:t>
            </w:r>
          </w:p>
        </w:tc>
        <w:tc>
          <w:tcPr>
            <w:tcW w:w="0" w:type="auto"/>
            <w:noWrap/>
            <w:vAlign w:val="bottom"/>
            <w:hideMark/>
          </w:tcPr>
          <w:p w14:paraId="1167310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8,61</w:t>
            </w:r>
          </w:p>
        </w:tc>
        <w:tc>
          <w:tcPr>
            <w:tcW w:w="0" w:type="auto"/>
            <w:noWrap/>
            <w:vAlign w:val="bottom"/>
            <w:hideMark/>
          </w:tcPr>
          <w:p w14:paraId="3ECFAED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2,46</w:t>
            </w:r>
          </w:p>
        </w:tc>
        <w:tc>
          <w:tcPr>
            <w:tcW w:w="0" w:type="auto"/>
            <w:noWrap/>
            <w:vAlign w:val="bottom"/>
            <w:hideMark/>
          </w:tcPr>
          <w:p w14:paraId="4073E9F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6,75</w:t>
            </w:r>
          </w:p>
        </w:tc>
        <w:tc>
          <w:tcPr>
            <w:tcW w:w="0" w:type="auto"/>
            <w:noWrap/>
            <w:vAlign w:val="bottom"/>
            <w:hideMark/>
          </w:tcPr>
          <w:p w14:paraId="39E288F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3,49</w:t>
            </w:r>
          </w:p>
        </w:tc>
        <w:tc>
          <w:tcPr>
            <w:tcW w:w="0" w:type="auto"/>
            <w:noWrap/>
            <w:vAlign w:val="bottom"/>
            <w:hideMark/>
          </w:tcPr>
          <w:p w14:paraId="42ADFB7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6,12</w:t>
            </w:r>
          </w:p>
        </w:tc>
        <w:tc>
          <w:tcPr>
            <w:tcW w:w="0" w:type="auto"/>
            <w:noWrap/>
            <w:vAlign w:val="bottom"/>
            <w:hideMark/>
          </w:tcPr>
          <w:p w14:paraId="279609B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0,64</w:t>
            </w:r>
          </w:p>
        </w:tc>
        <w:tc>
          <w:tcPr>
            <w:tcW w:w="0" w:type="auto"/>
            <w:noWrap/>
            <w:vAlign w:val="bottom"/>
            <w:hideMark/>
          </w:tcPr>
          <w:p w14:paraId="41FF450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9,54</w:t>
            </w:r>
          </w:p>
        </w:tc>
        <w:tc>
          <w:tcPr>
            <w:tcW w:w="0" w:type="auto"/>
            <w:noWrap/>
            <w:vAlign w:val="bottom"/>
            <w:hideMark/>
          </w:tcPr>
          <w:p w14:paraId="790853C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3,38</w:t>
            </w:r>
          </w:p>
        </w:tc>
        <w:tc>
          <w:tcPr>
            <w:tcW w:w="0" w:type="auto"/>
            <w:noWrap/>
            <w:vAlign w:val="bottom"/>
            <w:hideMark/>
          </w:tcPr>
          <w:p w14:paraId="4F827CD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5,5</w:t>
            </w:r>
          </w:p>
        </w:tc>
        <w:tc>
          <w:tcPr>
            <w:tcW w:w="0" w:type="auto"/>
            <w:noWrap/>
            <w:vAlign w:val="bottom"/>
            <w:hideMark/>
          </w:tcPr>
          <w:p w14:paraId="5BFB261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0,86</w:t>
            </w:r>
          </w:p>
        </w:tc>
        <w:tc>
          <w:tcPr>
            <w:tcW w:w="0" w:type="auto"/>
            <w:noWrap/>
            <w:vAlign w:val="bottom"/>
            <w:hideMark/>
          </w:tcPr>
          <w:p w14:paraId="4CF0CA6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6,24</w:t>
            </w:r>
          </w:p>
        </w:tc>
        <w:tc>
          <w:tcPr>
            <w:tcW w:w="736" w:type="dxa"/>
            <w:noWrap/>
            <w:vAlign w:val="bottom"/>
            <w:hideMark/>
          </w:tcPr>
          <w:p w14:paraId="4C916B9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1,6</w:t>
            </w:r>
          </w:p>
        </w:tc>
      </w:tr>
      <w:tr w:rsidR="00D8292F" w:rsidRPr="00D8292F" w14:paraId="0EB0A732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6A1626A1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Neutrophils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(%)</w:t>
            </w:r>
          </w:p>
        </w:tc>
        <w:tc>
          <w:tcPr>
            <w:tcW w:w="0" w:type="auto"/>
            <w:noWrap/>
            <w:vAlign w:val="bottom"/>
            <w:hideMark/>
          </w:tcPr>
          <w:p w14:paraId="6ED4D78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69,03</w:t>
            </w:r>
          </w:p>
        </w:tc>
        <w:tc>
          <w:tcPr>
            <w:tcW w:w="0" w:type="auto"/>
            <w:noWrap/>
            <w:vAlign w:val="bottom"/>
            <w:hideMark/>
          </w:tcPr>
          <w:p w14:paraId="765DACE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7,22</w:t>
            </w:r>
          </w:p>
        </w:tc>
        <w:tc>
          <w:tcPr>
            <w:tcW w:w="0" w:type="auto"/>
            <w:noWrap/>
            <w:vAlign w:val="bottom"/>
            <w:hideMark/>
          </w:tcPr>
          <w:p w14:paraId="02C04AE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62,6</w:t>
            </w:r>
          </w:p>
        </w:tc>
        <w:tc>
          <w:tcPr>
            <w:tcW w:w="0" w:type="auto"/>
            <w:noWrap/>
            <w:vAlign w:val="bottom"/>
            <w:hideMark/>
          </w:tcPr>
          <w:p w14:paraId="26075AE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2,47</w:t>
            </w:r>
          </w:p>
        </w:tc>
        <w:tc>
          <w:tcPr>
            <w:tcW w:w="0" w:type="auto"/>
            <w:noWrap/>
            <w:vAlign w:val="bottom"/>
            <w:hideMark/>
          </w:tcPr>
          <w:p w14:paraId="03377D4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65,65</w:t>
            </w:r>
          </w:p>
        </w:tc>
        <w:tc>
          <w:tcPr>
            <w:tcW w:w="0" w:type="auto"/>
            <w:noWrap/>
            <w:vAlign w:val="bottom"/>
            <w:hideMark/>
          </w:tcPr>
          <w:p w14:paraId="02CEEFF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2,48</w:t>
            </w:r>
          </w:p>
        </w:tc>
        <w:tc>
          <w:tcPr>
            <w:tcW w:w="0" w:type="auto"/>
            <w:noWrap/>
            <w:vAlign w:val="bottom"/>
            <w:hideMark/>
          </w:tcPr>
          <w:p w14:paraId="57D83C9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67,75</w:t>
            </w:r>
          </w:p>
        </w:tc>
        <w:tc>
          <w:tcPr>
            <w:tcW w:w="0" w:type="auto"/>
            <w:noWrap/>
            <w:vAlign w:val="bottom"/>
            <w:hideMark/>
          </w:tcPr>
          <w:p w14:paraId="1D9901E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8,72</w:t>
            </w:r>
          </w:p>
        </w:tc>
        <w:tc>
          <w:tcPr>
            <w:tcW w:w="0" w:type="auto"/>
            <w:noWrap/>
            <w:vAlign w:val="bottom"/>
            <w:hideMark/>
          </w:tcPr>
          <w:p w14:paraId="11EAF50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67,07</w:t>
            </w:r>
          </w:p>
        </w:tc>
        <w:tc>
          <w:tcPr>
            <w:tcW w:w="0" w:type="auto"/>
            <w:noWrap/>
            <w:vAlign w:val="bottom"/>
            <w:hideMark/>
          </w:tcPr>
          <w:p w14:paraId="7DC7D06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75931A1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67,05</w:t>
            </w:r>
          </w:p>
        </w:tc>
        <w:tc>
          <w:tcPr>
            <w:tcW w:w="736" w:type="dxa"/>
            <w:noWrap/>
            <w:vAlign w:val="bottom"/>
            <w:hideMark/>
          </w:tcPr>
          <w:p w14:paraId="275BFAC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9,69</w:t>
            </w:r>
          </w:p>
        </w:tc>
      </w:tr>
      <w:tr w:rsidR="00D8292F" w:rsidRPr="00D8292F" w14:paraId="6A327566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2A0AE928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Lymphocytes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(LYM, G/L)</w:t>
            </w:r>
          </w:p>
        </w:tc>
        <w:tc>
          <w:tcPr>
            <w:tcW w:w="0" w:type="auto"/>
            <w:noWrap/>
            <w:vAlign w:val="bottom"/>
            <w:hideMark/>
          </w:tcPr>
          <w:p w14:paraId="7F9F5BA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2,46</w:t>
            </w:r>
          </w:p>
        </w:tc>
        <w:tc>
          <w:tcPr>
            <w:tcW w:w="0" w:type="auto"/>
            <w:noWrap/>
            <w:vAlign w:val="bottom"/>
            <w:hideMark/>
          </w:tcPr>
          <w:p w14:paraId="1F8BF16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1,16</w:t>
            </w:r>
          </w:p>
        </w:tc>
        <w:tc>
          <w:tcPr>
            <w:tcW w:w="0" w:type="auto"/>
            <w:noWrap/>
            <w:vAlign w:val="bottom"/>
            <w:hideMark/>
          </w:tcPr>
          <w:p w14:paraId="56B7FCA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</w:t>
            </w:r>
          </w:p>
        </w:tc>
        <w:tc>
          <w:tcPr>
            <w:tcW w:w="0" w:type="auto"/>
            <w:noWrap/>
            <w:vAlign w:val="bottom"/>
            <w:hideMark/>
          </w:tcPr>
          <w:p w14:paraId="6B64EB3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</w:t>
            </w:r>
          </w:p>
        </w:tc>
        <w:tc>
          <w:tcPr>
            <w:tcW w:w="0" w:type="auto"/>
            <w:noWrap/>
            <w:vAlign w:val="bottom"/>
            <w:hideMark/>
          </w:tcPr>
          <w:p w14:paraId="19A04E3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1,91</w:t>
            </w:r>
          </w:p>
        </w:tc>
        <w:tc>
          <w:tcPr>
            <w:tcW w:w="0" w:type="auto"/>
            <w:noWrap/>
            <w:vAlign w:val="bottom"/>
            <w:hideMark/>
          </w:tcPr>
          <w:p w14:paraId="35E52E2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0,23</w:t>
            </w:r>
          </w:p>
        </w:tc>
        <w:tc>
          <w:tcPr>
            <w:tcW w:w="0" w:type="auto"/>
            <w:noWrap/>
            <w:vAlign w:val="bottom"/>
            <w:hideMark/>
          </w:tcPr>
          <w:p w14:paraId="342790E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2,24</w:t>
            </w:r>
          </w:p>
        </w:tc>
        <w:tc>
          <w:tcPr>
            <w:tcW w:w="0" w:type="auto"/>
            <w:noWrap/>
            <w:vAlign w:val="bottom"/>
            <w:hideMark/>
          </w:tcPr>
          <w:p w14:paraId="6CEE39B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0,43</w:t>
            </w:r>
          </w:p>
        </w:tc>
        <w:tc>
          <w:tcPr>
            <w:tcW w:w="0" w:type="auto"/>
            <w:noWrap/>
            <w:vAlign w:val="bottom"/>
            <w:hideMark/>
          </w:tcPr>
          <w:p w14:paraId="0A28245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1,73</w:t>
            </w:r>
          </w:p>
        </w:tc>
        <w:tc>
          <w:tcPr>
            <w:tcW w:w="0" w:type="auto"/>
            <w:noWrap/>
            <w:vAlign w:val="bottom"/>
            <w:hideMark/>
          </w:tcPr>
          <w:p w14:paraId="41075DA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0,52</w:t>
            </w:r>
          </w:p>
        </w:tc>
        <w:tc>
          <w:tcPr>
            <w:tcW w:w="0" w:type="auto"/>
            <w:noWrap/>
            <w:vAlign w:val="bottom"/>
            <w:hideMark/>
          </w:tcPr>
          <w:p w14:paraId="52A071A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1,99</w:t>
            </w:r>
          </w:p>
        </w:tc>
        <w:tc>
          <w:tcPr>
            <w:tcW w:w="736" w:type="dxa"/>
            <w:noWrap/>
            <w:vAlign w:val="bottom"/>
            <w:hideMark/>
          </w:tcPr>
          <w:p w14:paraId="7036323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0,77</w:t>
            </w:r>
          </w:p>
        </w:tc>
      </w:tr>
      <w:tr w:rsidR="00D8292F" w:rsidRPr="00D8292F" w14:paraId="02CD9F6C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2CCEB414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Lymphocytes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(%)</w:t>
            </w:r>
          </w:p>
        </w:tc>
        <w:tc>
          <w:tcPr>
            <w:tcW w:w="0" w:type="auto"/>
            <w:noWrap/>
            <w:vAlign w:val="bottom"/>
            <w:hideMark/>
          </w:tcPr>
          <w:p w14:paraId="10DF3DE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19,08</w:t>
            </w:r>
          </w:p>
        </w:tc>
        <w:tc>
          <w:tcPr>
            <w:tcW w:w="0" w:type="auto"/>
            <w:noWrap/>
            <w:vAlign w:val="bottom"/>
            <w:hideMark/>
          </w:tcPr>
          <w:p w14:paraId="5F57A50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4,48</w:t>
            </w:r>
          </w:p>
        </w:tc>
        <w:tc>
          <w:tcPr>
            <w:tcW w:w="0" w:type="auto"/>
            <w:noWrap/>
            <w:vAlign w:val="bottom"/>
            <w:hideMark/>
          </w:tcPr>
          <w:p w14:paraId="406402D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23,6</w:t>
            </w:r>
          </w:p>
        </w:tc>
        <w:tc>
          <w:tcPr>
            <w:tcW w:w="0" w:type="auto"/>
            <w:noWrap/>
            <w:vAlign w:val="bottom"/>
            <w:hideMark/>
          </w:tcPr>
          <w:p w14:paraId="57CEF75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3,24</w:t>
            </w:r>
          </w:p>
        </w:tc>
        <w:tc>
          <w:tcPr>
            <w:tcW w:w="0" w:type="auto"/>
            <w:noWrap/>
            <w:vAlign w:val="bottom"/>
            <w:hideMark/>
          </w:tcPr>
          <w:p w14:paraId="39F44FC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20,55</w:t>
            </w:r>
          </w:p>
        </w:tc>
        <w:tc>
          <w:tcPr>
            <w:tcW w:w="0" w:type="auto"/>
            <w:noWrap/>
            <w:vAlign w:val="bottom"/>
            <w:hideMark/>
          </w:tcPr>
          <w:p w14:paraId="6CA63AF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2,66</w:t>
            </w:r>
          </w:p>
        </w:tc>
        <w:tc>
          <w:tcPr>
            <w:tcW w:w="0" w:type="auto"/>
            <w:noWrap/>
            <w:vAlign w:val="bottom"/>
            <w:hideMark/>
          </w:tcPr>
          <w:p w14:paraId="4031319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16,78</w:t>
            </w:r>
          </w:p>
        </w:tc>
        <w:tc>
          <w:tcPr>
            <w:tcW w:w="0" w:type="auto"/>
            <w:noWrap/>
            <w:vAlign w:val="bottom"/>
            <w:hideMark/>
          </w:tcPr>
          <w:p w14:paraId="3A47F3C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4,74</w:t>
            </w:r>
          </w:p>
        </w:tc>
        <w:tc>
          <w:tcPr>
            <w:tcW w:w="0" w:type="auto"/>
            <w:noWrap/>
            <w:vAlign w:val="bottom"/>
            <w:hideMark/>
          </w:tcPr>
          <w:p w14:paraId="755FDA2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20,92</w:t>
            </w:r>
          </w:p>
        </w:tc>
        <w:tc>
          <w:tcPr>
            <w:tcW w:w="0" w:type="auto"/>
            <w:noWrap/>
            <w:vAlign w:val="bottom"/>
            <w:hideMark/>
          </w:tcPr>
          <w:p w14:paraId="7941FC1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4,88</w:t>
            </w:r>
          </w:p>
        </w:tc>
        <w:tc>
          <w:tcPr>
            <w:tcW w:w="0" w:type="auto"/>
            <w:noWrap/>
            <w:vAlign w:val="bottom"/>
            <w:hideMark/>
          </w:tcPr>
          <w:p w14:paraId="7370CF0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21,82</w:t>
            </w:r>
          </w:p>
        </w:tc>
        <w:tc>
          <w:tcPr>
            <w:tcW w:w="736" w:type="dxa"/>
            <w:noWrap/>
            <w:vAlign w:val="bottom"/>
            <w:hideMark/>
          </w:tcPr>
          <w:p w14:paraId="49C417B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8,81</w:t>
            </w:r>
          </w:p>
        </w:tc>
      </w:tr>
      <w:tr w:rsidR="00D8292F" w:rsidRPr="00D8292F" w14:paraId="4F224B48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2569959A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Monocytes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(MONO, G/L)</w:t>
            </w:r>
          </w:p>
        </w:tc>
        <w:tc>
          <w:tcPr>
            <w:tcW w:w="0" w:type="auto"/>
            <w:noWrap/>
            <w:vAlign w:val="bottom"/>
            <w:hideMark/>
          </w:tcPr>
          <w:p w14:paraId="5E9D049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0,98</w:t>
            </w:r>
          </w:p>
        </w:tc>
        <w:tc>
          <w:tcPr>
            <w:tcW w:w="0" w:type="auto"/>
            <w:noWrap/>
            <w:vAlign w:val="bottom"/>
            <w:hideMark/>
          </w:tcPr>
          <w:p w14:paraId="48C62F4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0,48</w:t>
            </w:r>
          </w:p>
        </w:tc>
        <w:tc>
          <w:tcPr>
            <w:tcW w:w="0" w:type="auto"/>
            <w:noWrap/>
            <w:vAlign w:val="bottom"/>
            <w:hideMark/>
          </w:tcPr>
          <w:p w14:paraId="7610C4D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</w:t>
            </w:r>
          </w:p>
        </w:tc>
        <w:tc>
          <w:tcPr>
            <w:tcW w:w="0" w:type="auto"/>
            <w:noWrap/>
            <w:vAlign w:val="bottom"/>
            <w:hideMark/>
          </w:tcPr>
          <w:p w14:paraId="7C5CEE6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0,39</w:t>
            </w:r>
          </w:p>
        </w:tc>
        <w:tc>
          <w:tcPr>
            <w:tcW w:w="0" w:type="auto"/>
            <w:noWrap/>
            <w:vAlign w:val="bottom"/>
            <w:hideMark/>
          </w:tcPr>
          <w:p w14:paraId="143203F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0,51</w:t>
            </w:r>
          </w:p>
        </w:tc>
        <w:tc>
          <w:tcPr>
            <w:tcW w:w="0" w:type="auto"/>
            <w:noWrap/>
            <w:vAlign w:val="bottom"/>
            <w:hideMark/>
          </w:tcPr>
          <w:p w14:paraId="5DCDDC0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0,16</w:t>
            </w:r>
          </w:p>
        </w:tc>
        <w:tc>
          <w:tcPr>
            <w:tcW w:w="0" w:type="auto"/>
            <w:noWrap/>
            <w:vAlign w:val="bottom"/>
            <w:hideMark/>
          </w:tcPr>
          <w:p w14:paraId="3D7F3AE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0,72</w:t>
            </w:r>
          </w:p>
        </w:tc>
        <w:tc>
          <w:tcPr>
            <w:tcW w:w="0" w:type="auto"/>
            <w:noWrap/>
            <w:vAlign w:val="bottom"/>
            <w:hideMark/>
          </w:tcPr>
          <w:p w14:paraId="5503B6D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0,18</w:t>
            </w:r>
          </w:p>
        </w:tc>
        <w:tc>
          <w:tcPr>
            <w:tcW w:w="0" w:type="auto"/>
            <w:noWrap/>
            <w:vAlign w:val="bottom"/>
            <w:hideMark/>
          </w:tcPr>
          <w:p w14:paraId="0A8B1B4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0,49</w:t>
            </w:r>
          </w:p>
        </w:tc>
        <w:tc>
          <w:tcPr>
            <w:tcW w:w="0" w:type="auto"/>
            <w:noWrap/>
            <w:vAlign w:val="bottom"/>
            <w:hideMark/>
          </w:tcPr>
          <w:p w14:paraId="15A2F26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0,15</w:t>
            </w:r>
          </w:p>
        </w:tc>
        <w:tc>
          <w:tcPr>
            <w:tcW w:w="0" w:type="auto"/>
            <w:noWrap/>
            <w:vAlign w:val="bottom"/>
            <w:hideMark/>
          </w:tcPr>
          <w:p w14:paraId="2739167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0,61</w:t>
            </w:r>
          </w:p>
        </w:tc>
        <w:tc>
          <w:tcPr>
            <w:tcW w:w="736" w:type="dxa"/>
            <w:noWrap/>
            <w:vAlign w:val="bottom"/>
            <w:hideMark/>
          </w:tcPr>
          <w:p w14:paraId="541F483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0,18</w:t>
            </w:r>
          </w:p>
        </w:tc>
      </w:tr>
      <w:tr w:rsidR="00D8292F" w:rsidRPr="00D8292F" w14:paraId="2251453E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71AEF92C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Monocytes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(%)</w:t>
            </w:r>
          </w:p>
        </w:tc>
        <w:tc>
          <w:tcPr>
            <w:tcW w:w="0" w:type="auto"/>
            <w:noWrap/>
            <w:vAlign w:val="bottom"/>
            <w:hideMark/>
          </w:tcPr>
          <w:p w14:paraId="6099FC0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7,55</w:t>
            </w:r>
          </w:p>
        </w:tc>
        <w:tc>
          <w:tcPr>
            <w:tcW w:w="0" w:type="auto"/>
            <w:noWrap/>
            <w:vAlign w:val="bottom"/>
            <w:hideMark/>
          </w:tcPr>
          <w:p w14:paraId="0E6679E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1,68</w:t>
            </w:r>
          </w:p>
        </w:tc>
        <w:tc>
          <w:tcPr>
            <w:tcW w:w="0" w:type="auto"/>
            <w:noWrap/>
            <w:vAlign w:val="bottom"/>
            <w:hideMark/>
          </w:tcPr>
          <w:p w14:paraId="0C5E5E5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7,35</w:t>
            </w:r>
          </w:p>
        </w:tc>
        <w:tc>
          <w:tcPr>
            <w:tcW w:w="0" w:type="auto"/>
            <w:noWrap/>
            <w:vAlign w:val="bottom"/>
            <w:hideMark/>
          </w:tcPr>
          <w:p w14:paraId="1B5612E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1,58</w:t>
            </w:r>
          </w:p>
        </w:tc>
        <w:tc>
          <w:tcPr>
            <w:tcW w:w="0" w:type="auto"/>
            <w:noWrap/>
            <w:vAlign w:val="bottom"/>
            <w:hideMark/>
          </w:tcPr>
          <w:p w14:paraId="501F5BC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5,4</w:t>
            </w:r>
          </w:p>
        </w:tc>
        <w:tc>
          <w:tcPr>
            <w:tcW w:w="0" w:type="auto"/>
            <w:noWrap/>
            <w:vAlign w:val="bottom"/>
            <w:hideMark/>
          </w:tcPr>
          <w:p w14:paraId="5E113F9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1,19</w:t>
            </w:r>
          </w:p>
        </w:tc>
        <w:tc>
          <w:tcPr>
            <w:tcW w:w="0" w:type="auto"/>
            <w:noWrap/>
            <w:vAlign w:val="bottom"/>
            <w:hideMark/>
          </w:tcPr>
          <w:p w14:paraId="56C1F46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5,23</w:t>
            </w:r>
          </w:p>
        </w:tc>
        <w:tc>
          <w:tcPr>
            <w:tcW w:w="0" w:type="auto"/>
            <w:noWrap/>
            <w:vAlign w:val="bottom"/>
            <w:hideMark/>
          </w:tcPr>
          <w:p w14:paraId="69C8E34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0,99</w:t>
            </w:r>
          </w:p>
        </w:tc>
        <w:tc>
          <w:tcPr>
            <w:tcW w:w="0" w:type="auto"/>
            <w:noWrap/>
            <w:vAlign w:val="bottom"/>
            <w:hideMark/>
          </w:tcPr>
          <w:p w14:paraId="5AC359C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5,85</w:t>
            </w:r>
          </w:p>
        </w:tc>
        <w:tc>
          <w:tcPr>
            <w:tcW w:w="0" w:type="auto"/>
            <w:noWrap/>
            <w:vAlign w:val="bottom"/>
            <w:hideMark/>
          </w:tcPr>
          <w:p w14:paraId="135727D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1,32</w:t>
            </w:r>
          </w:p>
        </w:tc>
        <w:tc>
          <w:tcPr>
            <w:tcW w:w="0" w:type="auto"/>
            <w:noWrap/>
            <w:vAlign w:val="bottom"/>
            <w:hideMark/>
          </w:tcPr>
          <w:p w14:paraId="11A03E1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6,58</w:t>
            </w:r>
          </w:p>
        </w:tc>
        <w:tc>
          <w:tcPr>
            <w:tcW w:w="736" w:type="dxa"/>
            <w:noWrap/>
            <w:vAlign w:val="bottom"/>
            <w:hideMark/>
          </w:tcPr>
          <w:p w14:paraId="4B79FFA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1,7</w:t>
            </w:r>
          </w:p>
        </w:tc>
      </w:tr>
      <w:tr w:rsidR="00D8292F" w:rsidRPr="00D8292F" w14:paraId="527E5D75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22DA2F5F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Eosinophils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(EOS, G/L)</w:t>
            </w:r>
          </w:p>
        </w:tc>
        <w:tc>
          <w:tcPr>
            <w:tcW w:w="0" w:type="auto"/>
            <w:noWrap/>
            <w:vAlign w:val="bottom"/>
            <w:hideMark/>
          </w:tcPr>
          <w:p w14:paraId="27580CC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0,48</w:t>
            </w:r>
          </w:p>
        </w:tc>
        <w:tc>
          <w:tcPr>
            <w:tcW w:w="0" w:type="auto"/>
            <w:noWrap/>
            <w:vAlign w:val="bottom"/>
            <w:hideMark/>
          </w:tcPr>
          <w:p w14:paraId="77F004A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0,26</w:t>
            </w:r>
          </w:p>
        </w:tc>
        <w:tc>
          <w:tcPr>
            <w:tcW w:w="0" w:type="auto"/>
            <w:noWrap/>
            <w:vAlign w:val="bottom"/>
            <w:hideMark/>
          </w:tcPr>
          <w:p w14:paraId="4DEEDE3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</w:t>
            </w:r>
          </w:p>
        </w:tc>
        <w:tc>
          <w:tcPr>
            <w:tcW w:w="0" w:type="auto"/>
            <w:noWrap/>
            <w:vAlign w:val="bottom"/>
            <w:hideMark/>
          </w:tcPr>
          <w:p w14:paraId="5FCEFD1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0,46</w:t>
            </w:r>
          </w:p>
        </w:tc>
        <w:tc>
          <w:tcPr>
            <w:tcW w:w="0" w:type="auto"/>
            <w:noWrap/>
            <w:vAlign w:val="bottom"/>
            <w:hideMark/>
          </w:tcPr>
          <w:p w14:paraId="22D0BF9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0,76</w:t>
            </w:r>
          </w:p>
        </w:tc>
        <w:tc>
          <w:tcPr>
            <w:tcW w:w="0" w:type="auto"/>
            <w:noWrap/>
            <w:vAlign w:val="bottom"/>
            <w:hideMark/>
          </w:tcPr>
          <w:p w14:paraId="3D52C1F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0,11</w:t>
            </w:r>
          </w:p>
        </w:tc>
        <w:tc>
          <w:tcPr>
            <w:tcW w:w="0" w:type="auto"/>
            <w:noWrap/>
            <w:vAlign w:val="bottom"/>
            <w:hideMark/>
          </w:tcPr>
          <w:p w14:paraId="2AE8373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1,39</w:t>
            </w:r>
          </w:p>
        </w:tc>
        <w:tc>
          <w:tcPr>
            <w:tcW w:w="0" w:type="auto"/>
            <w:noWrap/>
            <w:vAlign w:val="bottom"/>
            <w:hideMark/>
          </w:tcPr>
          <w:p w14:paraId="2999FC1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0,68</w:t>
            </w:r>
          </w:p>
        </w:tc>
        <w:tc>
          <w:tcPr>
            <w:tcW w:w="0" w:type="auto"/>
            <w:noWrap/>
            <w:vAlign w:val="bottom"/>
            <w:hideMark/>
          </w:tcPr>
          <w:p w14:paraId="1368B50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0,47</w:t>
            </w:r>
          </w:p>
        </w:tc>
        <w:tc>
          <w:tcPr>
            <w:tcW w:w="0" w:type="auto"/>
            <w:noWrap/>
            <w:vAlign w:val="bottom"/>
            <w:hideMark/>
          </w:tcPr>
          <w:p w14:paraId="32F6A47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0,28</w:t>
            </w:r>
          </w:p>
        </w:tc>
        <w:tc>
          <w:tcPr>
            <w:tcW w:w="0" w:type="auto"/>
            <w:noWrap/>
            <w:vAlign w:val="bottom"/>
            <w:hideMark/>
          </w:tcPr>
          <w:p w14:paraId="3B11376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0,38</w:t>
            </w:r>
          </w:p>
        </w:tc>
        <w:tc>
          <w:tcPr>
            <w:tcW w:w="736" w:type="dxa"/>
            <w:noWrap/>
            <w:vAlign w:val="bottom"/>
            <w:hideMark/>
          </w:tcPr>
          <w:p w14:paraId="1E87957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0,11</w:t>
            </w:r>
          </w:p>
        </w:tc>
      </w:tr>
      <w:tr w:rsidR="00D8292F" w:rsidRPr="00D8292F" w14:paraId="2BE22B6D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54D4402C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Eosinophils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(%)</w:t>
            </w:r>
          </w:p>
        </w:tc>
        <w:tc>
          <w:tcPr>
            <w:tcW w:w="0" w:type="auto"/>
            <w:noWrap/>
            <w:vAlign w:val="bottom"/>
            <w:hideMark/>
          </w:tcPr>
          <w:p w14:paraId="6DAEBCA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4,15</w:t>
            </w:r>
          </w:p>
        </w:tc>
        <w:tc>
          <w:tcPr>
            <w:tcW w:w="0" w:type="auto"/>
            <w:noWrap/>
            <w:vAlign w:val="bottom"/>
            <w:hideMark/>
          </w:tcPr>
          <w:p w14:paraId="63898A9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2,71</w:t>
            </w:r>
          </w:p>
        </w:tc>
        <w:tc>
          <w:tcPr>
            <w:tcW w:w="0" w:type="auto"/>
            <w:noWrap/>
            <w:vAlign w:val="bottom"/>
            <w:hideMark/>
          </w:tcPr>
          <w:p w14:paraId="2E95ECC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6,13</w:t>
            </w:r>
          </w:p>
        </w:tc>
        <w:tc>
          <w:tcPr>
            <w:tcW w:w="0" w:type="auto"/>
            <w:noWrap/>
            <w:vAlign w:val="bottom"/>
            <w:hideMark/>
          </w:tcPr>
          <w:p w14:paraId="48A8D9F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1,17</w:t>
            </w:r>
          </w:p>
        </w:tc>
        <w:tc>
          <w:tcPr>
            <w:tcW w:w="0" w:type="auto"/>
            <w:noWrap/>
            <w:vAlign w:val="bottom"/>
            <w:hideMark/>
          </w:tcPr>
          <w:p w14:paraId="10BFC75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8,17</w:t>
            </w:r>
          </w:p>
        </w:tc>
        <w:tc>
          <w:tcPr>
            <w:tcW w:w="0" w:type="auto"/>
            <w:noWrap/>
            <w:vAlign w:val="bottom"/>
            <w:hideMark/>
          </w:tcPr>
          <w:p w14:paraId="284FBEF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1,07</w:t>
            </w:r>
          </w:p>
        </w:tc>
        <w:tc>
          <w:tcPr>
            <w:tcW w:w="0" w:type="auto"/>
            <w:noWrap/>
            <w:vAlign w:val="bottom"/>
            <w:hideMark/>
          </w:tcPr>
          <w:p w14:paraId="165E839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9,87</w:t>
            </w:r>
          </w:p>
        </w:tc>
        <w:tc>
          <w:tcPr>
            <w:tcW w:w="0" w:type="auto"/>
            <w:noWrap/>
            <w:vAlign w:val="bottom"/>
            <w:hideMark/>
          </w:tcPr>
          <w:p w14:paraId="42EC157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4,63</w:t>
            </w:r>
          </w:p>
        </w:tc>
        <w:tc>
          <w:tcPr>
            <w:tcW w:w="0" w:type="auto"/>
            <w:noWrap/>
            <w:vAlign w:val="bottom"/>
            <w:hideMark/>
          </w:tcPr>
          <w:p w14:paraId="76008AF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5,78</w:t>
            </w:r>
          </w:p>
        </w:tc>
        <w:tc>
          <w:tcPr>
            <w:tcW w:w="0" w:type="auto"/>
            <w:noWrap/>
            <w:vAlign w:val="bottom"/>
            <w:hideMark/>
          </w:tcPr>
          <w:p w14:paraId="0DDFEE9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3,25</w:t>
            </w:r>
          </w:p>
        </w:tc>
        <w:tc>
          <w:tcPr>
            <w:tcW w:w="0" w:type="auto"/>
            <w:noWrap/>
            <w:vAlign w:val="bottom"/>
            <w:hideMark/>
          </w:tcPr>
          <w:p w14:paraId="62CFD31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4,12</w:t>
            </w:r>
          </w:p>
        </w:tc>
        <w:tc>
          <w:tcPr>
            <w:tcW w:w="736" w:type="dxa"/>
            <w:noWrap/>
            <w:vAlign w:val="bottom"/>
            <w:hideMark/>
          </w:tcPr>
          <w:p w14:paraId="59E11B5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1,15</w:t>
            </w:r>
          </w:p>
        </w:tc>
      </w:tr>
      <w:tr w:rsidR="00D8292F" w:rsidRPr="00D8292F" w14:paraId="379A58A2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1EA8BA22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Basophils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(BASO, G/L)</w:t>
            </w:r>
          </w:p>
        </w:tc>
        <w:tc>
          <w:tcPr>
            <w:tcW w:w="0" w:type="auto"/>
            <w:noWrap/>
            <w:vAlign w:val="bottom"/>
            <w:hideMark/>
          </w:tcPr>
          <w:p w14:paraId="49F9736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0,03</w:t>
            </w:r>
          </w:p>
        </w:tc>
        <w:tc>
          <w:tcPr>
            <w:tcW w:w="0" w:type="auto"/>
            <w:noWrap/>
            <w:vAlign w:val="bottom"/>
            <w:hideMark/>
          </w:tcPr>
          <w:p w14:paraId="01CD3A7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0,02</w:t>
            </w:r>
          </w:p>
        </w:tc>
        <w:tc>
          <w:tcPr>
            <w:tcW w:w="0" w:type="auto"/>
            <w:noWrap/>
            <w:vAlign w:val="bottom"/>
            <w:hideMark/>
          </w:tcPr>
          <w:p w14:paraId="3947DCD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0,03</w:t>
            </w:r>
          </w:p>
        </w:tc>
        <w:tc>
          <w:tcPr>
            <w:tcW w:w="0" w:type="auto"/>
            <w:noWrap/>
            <w:vAlign w:val="bottom"/>
            <w:hideMark/>
          </w:tcPr>
          <w:p w14:paraId="14EFEB2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0,01</w:t>
            </w:r>
          </w:p>
        </w:tc>
        <w:tc>
          <w:tcPr>
            <w:tcW w:w="0" w:type="auto"/>
            <w:noWrap/>
            <w:vAlign w:val="bottom"/>
            <w:hideMark/>
          </w:tcPr>
          <w:p w14:paraId="531C960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0,02</w:t>
            </w:r>
          </w:p>
        </w:tc>
        <w:tc>
          <w:tcPr>
            <w:tcW w:w="0" w:type="auto"/>
            <w:noWrap/>
            <w:vAlign w:val="bottom"/>
            <w:hideMark/>
          </w:tcPr>
          <w:p w14:paraId="0AB53FA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0,01</w:t>
            </w:r>
          </w:p>
        </w:tc>
        <w:tc>
          <w:tcPr>
            <w:tcW w:w="0" w:type="auto"/>
            <w:noWrap/>
            <w:vAlign w:val="bottom"/>
            <w:hideMark/>
          </w:tcPr>
          <w:p w14:paraId="66569AD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0,05</w:t>
            </w:r>
          </w:p>
        </w:tc>
        <w:tc>
          <w:tcPr>
            <w:tcW w:w="0" w:type="auto"/>
            <w:noWrap/>
            <w:vAlign w:val="bottom"/>
            <w:hideMark/>
          </w:tcPr>
          <w:p w14:paraId="238003E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0,01</w:t>
            </w:r>
          </w:p>
        </w:tc>
        <w:tc>
          <w:tcPr>
            <w:tcW w:w="0" w:type="auto"/>
            <w:noWrap/>
            <w:vAlign w:val="bottom"/>
            <w:hideMark/>
          </w:tcPr>
          <w:p w14:paraId="012272D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0,03</w:t>
            </w:r>
          </w:p>
        </w:tc>
        <w:tc>
          <w:tcPr>
            <w:tcW w:w="0" w:type="auto"/>
            <w:noWrap/>
            <w:vAlign w:val="bottom"/>
            <w:hideMark/>
          </w:tcPr>
          <w:p w14:paraId="219B4A6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0,02</w:t>
            </w:r>
          </w:p>
        </w:tc>
        <w:tc>
          <w:tcPr>
            <w:tcW w:w="0" w:type="auto"/>
            <w:noWrap/>
            <w:vAlign w:val="bottom"/>
            <w:hideMark/>
          </w:tcPr>
          <w:p w14:paraId="5D8193F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0,04</w:t>
            </w:r>
          </w:p>
        </w:tc>
        <w:tc>
          <w:tcPr>
            <w:tcW w:w="736" w:type="dxa"/>
            <w:noWrap/>
            <w:vAlign w:val="bottom"/>
            <w:hideMark/>
          </w:tcPr>
          <w:p w14:paraId="4F16C54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0,02</w:t>
            </w:r>
          </w:p>
        </w:tc>
      </w:tr>
      <w:tr w:rsidR="00D8292F" w:rsidRPr="00D8292F" w14:paraId="7CD16DFE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374708A8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Basophils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(%)</w:t>
            </w:r>
          </w:p>
        </w:tc>
        <w:tc>
          <w:tcPr>
            <w:tcW w:w="0" w:type="auto"/>
            <w:noWrap/>
            <w:vAlign w:val="bottom"/>
            <w:hideMark/>
          </w:tcPr>
          <w:p w14:paraId="3B23EBA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</w:t>
            </w:r>
          </w:p>
        </w:tc>
        <w:tc>
          <w:tcPr>
            <w:tcW w:w="0" w:type="auto"/>
            <w:noWrap/>
            <w:vAlign w:val="bottom"/>
            <w:hideMark/>
          </w:tcPr>
          <w:p w14:paraId="6C14183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0,08</w:t>
            </w:r>
          </w:p>
        </w:tc>
        <w:tc>
          <w:tcPr>
            <w:tcW w:w="0" w:type="auto"/>
            <w:noWrap/>
            <w:vAlign w:val="bottom"/>
            <w:hideMark/>
          </w:tcPr>
          <w:p w14:paraId="59F2F3A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0,33</w:t>
            </w:r>
          </w:p>
        </w:tc>
        <w:tc>
          <w:tcPr>
            <w:tcW w:w="0" w:type="auto"/>
            <w:noWrap/>
            <w:vAlign w:val="bottom"/>
            <w:hideMark/>
          </w:tcPr>
          <w:p w14:paraId="587AA56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</w:t>
            </w:r>
          </w:p>
        </w:tc>
        <w:tc>
          <w:tcPr>
            <w:tcW w:w="0" w:type="auto"/>
            <w:noWrap/>
            <w:vAlign w:val="bottom"/>
            <w:hideMark/>
          </w:tcPr>
          <w:p w14:paraId="74279EA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0,23</w:t>
            </w:r>
          </w:p>
        </w:tc>
        <w:tc>
          <w:tcPr>
            <w:tcW w:w="0" w:type="auto"/>
            <w:noWrap/>
            <w:vAlign w:val="bottom"/>
            <w:hideMark/>
          </w:tcPr>
          <w:p w14:paraId="2EFD744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0,12</w:t>
            </w:r>
          </w:p>
        </w:tc>
        <w:tc>
          <w:tcPr>
            <w:tcW w:w="0" w:type="auto"/>
            <w:noWrap/>
            <w:vAlign w:val="bottom"/>
            <w:hideMark/>
          </w:tcPr>
          <w:p w14:paraId="4C61E5D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0,37</w:t>
            </w:r>
          </w:p>
        </w:tc>
        <w:tc>
          <w:tcPr>
            <w:tcW w:w="0" w:type="auto"/>
            <w:noWrap/>
            <w:vAlign w:val="bottom"/>
            <w:hideMark/>
          </w:tcPr>
          <w:p w14:paraId="62BC199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0,12</w:t>
            </w:r>
          </w:p>
        </w:tc>
        <w:tc>
          <w:tcPr>
            <w:tcW w:w="0" w:type="auto"/>
            <w:noWrap/>
            <w:vAlign w:val="bottom"/>
            <w:hideMark/>
          </w:tcPr>
          <w:p w14:paraId="652F7D1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0,38</w:t>
            </w:r>
          </w:p>
        </w:tc>
        <w:tc>
          <w:tcPr>
            <w:tcW w:w="0" w:type="auto"/>
            <w:noWrap/>
            <w:vAlign w:val="bottom"/>
            <w:hideMark/>
          </w:tcPr>
          <w:p w14:paraId="69DDD7A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0,25</w:t>
            </w:r>
          </w:p>
        </w:tc>
        <w:tc>
          <w:tcPr>
            <w:tcW w:w="0" w:type="auto"/>
            <w:noWrap/>
            <w:vAlign w:val="bottom"/>
            <w:hideMark/>
          </w:tcPr>
          <w:p w14:paraId="7EA62F4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0,43</w:t>
            </w:r>
          </w:p>
        </w:tc>
        <w:tc>
          <w:tcPr>
            <w:tcW w:w="736" w:type="dxa"/>
            <w:noWrap/>
            <w:vAlign w:val="bottom"/>
            <w:hideMark/>
          </w:tcPr>
          <w:p w14:paraId="486F9C7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0,23</w:t>
            </w:r>
          </w:p>
        </w:tc>
      </w:tr>
      <w:tr w:rsidR="00D8292F" w:rsidRPr="00D8292F" w14:paraId="1C9AFEBF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0975AC67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RBC (T/L)</w:t>
            </w:r>
          </w:p>
        </w:tc>
        <w:tc>
          <w:tcPr>
            <w:tcW w:w="0" w:type="auto"/>
            <w:noWrap/>
            <w:vAlign w:val="bottom"/>
            <w:hideMark/>
          </w:tcPr>
          <w:p w14:paraId="02639A1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6,57</w:t>
            </w:r>
          </w:p>
        </w:tc>
        <w:tc>
          <w:tcPr>
            <w:tcW w:w="0" w:type="auto"/>
            <w:noWrap/>
            <w:vAlign w:val="bottom"/>
            <w:hideMark/>
          </w:tcPr>
          <w:p w14:paraId="421B912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1,41</w:t>
            </w:r>
          </w:p>
        </w:tc>
        <w:tc>
          <w:tcPr>
            <w:tcW w:w="0" w:type="auto"/>
            <w:noWrap/>
            <w:vAlign w:val="bottom"/>
            <w:hideMark/>
          </w:tcPr>
          <w:p w14:paraId="369BE6A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6,47</w:t>
            </w:r>
          </w:p>
        </w:tc>
        <w:tc>
          <w:tcPr>
            <w:tcW w:w="0" w:type="auto"/>
            <w:noWrap/>
            <w:vAlign w:val="bottom"/>
            <w:hideMark/>
          </w:tcPr>
          <w:p w14:paraId="15ED481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0,77</w:t>
            </w:r>
          </w:p>
        </w:tc>
        <w:tc>
          <w:tcPr>
            <w:tcW w:w="0" w:type="auto"/>
            <w:noWrap/>
            <w:vAlign w:val="bottom"/>
            <w:hideMark/>
          </w:tcPr>
          <w:p w14:paraId="4AF3CB5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7,04</w:t>
            </w:r>
          </w:p>
        </w:tc>
        <w:tc>
          <w:tcPr>
            <w:tcW w:w="0" w:type="auto"/>
            <w:noWrap/>
            <w:vAlign w:val="bottom"/>
            <w:hideMark/>
          </w:tcPr>
          <w:p w14:paraId="05CC7D6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0,36</w:t>
            </w:r>
          </w:p>
        </w:tc>
        <w:tc>
          <w:tcPr>
            <w:tcW w:w="0" w:type="auto"/>
            <w:noWrap/>
            <w:vAlign w:val="bottom"/>
            <w:hideMark/>
          </w:tcPr>
          <w:p w14:paraId="10F4C0F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6,69</w:t>
            </w:r>
          </w:p>
        </w:tc>
        <w:tc>
          <w:tcPr>
            <w:tcW w:w="0" w:type="auto"/>
            <w:noWrap/>
            <w:vAlign w:val="bottom"/>
            <w:hideMark/>
          </w:tcPr>
          <w:p w14:paraId="189BEC6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</w:t>
            </w:r>
          </w:p>
        </w:tc>
        <w:tc>
          <w:tcPr>
            <w:tcW w:w="0" w:type="auto"/>
            <w:noWrap/>
            <w:vAlign w:val="bottom"/>
            <w:hideMark/>
          </w:tcPr>
          <w:p w14:paraId="30C8B3A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7,14</w:t>
            </w:r>
          </w:p>
        </w:tc>
        <w:tc>
          <w:tcPr>
            <w:tcW w:w="0" w:type="auto"/>
            <w:noWrap/>
            <w:vAlign w:val="bottom"/>
            <w:hideMark/>
          </w:tcPr>
          <w:p w14:paraId="1EA1337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0,72</w:t>
            </w:r>
          </w:p>
        </w:tc>
        <w:tc>
          <w:tcPr>
            <w:tcW w:w="0" w:type="auto"/>
            <w:noWrap/>
            <w:vAlign w:val="bottom"/>
            <w:hideMark/>
          </w:tcPr>
          <w:p w14:paraId="2940F4C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6,95</w:t>
            </w:r>
          </w:p>
        </w:tc>
        <w:tc>
          <w:tcPr>
            <w:tcW w:w="736" w:type="dxa"/>
            <w:noWrap/>
            <w:vAlign w:val="bottom"/>
            <w:hideMark/>
          </w:tcPr>
          <w:p w14:paraId="3BFAB91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0,67</w:t>
            </w:r>
          </w:p>
        </w:tc>
      </w:tr>
      <w:tr w:rsidR="00D8292F" w:rsidRPr="00D8292F" w14:paraId="0FEC03E3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012BADFF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Hemoglobin (HGB, g/L)</w:t>
            </w:r>
          </w:p>
        </w:tc>
        <w:tc>
          <w:tcPr>
            <w:tcW w:w="0" w:type="auto"/>
            <w:noWrap/>
            <w:vAlign w:val="bottom"/>
            <w:hideMark/>
          </w:tcPr>
          <w:p w14:paraId="03BEC37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165,25</w:t>
            </w:r>
          </w:p>
        </w:tc>
        <w:tc>
          <w:tcPr>
            <w:tcW w:w="0" w:type="auto"/>
            <w:noWrap/>
            <w:vAlign w:val="bottom"/>
            <w:hideMark/>
          </w:tcPr>
          <w:p w14:paraId="485E609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35,13</w:t>
            </w:r>
          </w:p>
        </w:tc>
        <w:tc>
          <w:tcPr>
            <w:tcW w:w="0" w:type="auto"/>
            <w:noWrap/>
            <w:vAlign w:val="bottom"/>
            <w:hideMark/>
          </w:tcPr>
          <w:p w14:paraId="67AB449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161,25</w:t>
            </w:r>
          </w:p>
        </w:tc>
        <w:tc>
          <w:tcPr>
            <w:tcW w:w="0" w:type="auto"/>
            <w:noWrap/>
            <w:vAlign w:val="bottom"/>
            <w:hideMark/>
          </w:tcPr>
          <w:p w14:paraId="3073525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13,02</w:t>
            </w:r>
          </w:p>
        </w:tc>
        <w:tc>
          <w:tcPr>
            <w:tcW w:w="0" w:type="auto"/>
            <w:noWrap/>
            <w:vAlign w:val="bottom"/>
            <w:hideMark/>
          </w:tcPr>
          <w:p w14:paraId="532B76C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182,33</w:t>
            </w:r>
          </w:p>
        </w:tc>
        <w:tc>
          <w:tcPr>
            <w:tcW w:w="0" w:type="auto"/>
            <w:noWrap/>
            <w:vAlign w:val="bottom"/>
            <w:hideMark/>
          </w:tcPr>
          <w:p w14:paraId="4578849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9,77</w:t>
            </w:r>
          </w:p>
        </w:tc>
        <w:tc>
          <w:tcPr>
            <w:tcW w:w="0" w:type="auto"/>
            <w:noWrap/>
            <w:vAlign w:val="bottom"/>
            <w:hideMark/>
          </w:tcPr>
          <w:p w14:paraId="3B83559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169</w:t>
            </w:r>
          </w:p>
        </w:tc>
        <w:tc>
          <w:tcPr>
            <w:tcW w:w="0" w:type="auto"/>
            <w:noWrap/>
            <w:vAlign w:val="bottom"/>
            <w:hideMark/>
          </w:tcPr>
          <w:p w14:paraId="38777FA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11,45</w:t>
            </w:r>
          </w:p>
        </w:tc>
        <w:tc>
          <w:tcPr>
            <w:tcW w:w="0" w:type="auto"/>
            <w:noWrap/>
            <w:vAlign w:val="bottom"/>
            <w:hideMark/>
          </w:tcPr>
          <w:p w14:paraId="5B694F4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181,83</w:t>
            </w:r>
          </w:p>
        </w:tc>
        <w:tc>
          <w:tcPr>
            <w:tcW w:w="0" w:type="auto"/>
            <w:noWrap/>
            <w:vAlign w:val="bottom"/>
            <w:hideMark/>
          </w:tcPr>
          <w:p w14:paraId="7212812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19,86</w:t>
            </w:r>
          </w:p>
        </w:tc>
        <w:tc>
          <w:tcPr>
            <w:tcW w:w="0" w:type="auto"/>
            <w:noWrap/>
            <w:vAlign w:val="bottom"/>
            <w:hideMark/>
          </w:tcPr>
          <w:p w14:paraId="4AF1776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171</w:t>
            </w:r>
          </w:p>
        </w:tc>
        <w:tc>
          <w:tcPr>
            <w:tcW w:w="736" w:type="dxa"/>
            <w:noWrap/>
            <w:vAlign w:val="bottom"/>
            <w:hideMark/>
          </w:tcPr>
          <w:p w14:paraId="2C7E9A2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17,79</w:t>
            </w:r>
          </w:p>
        </w:tc>
      </w:tr>
      <w:tr w:rsidR="00D8292F" w:rsidRPr="00D8292F" w14:paraId="4A76ABEF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6C5DE6C4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Hematocrit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(HCT, L/L)</w:t>
            </w:r>
          </w:p>
        </w:tc>
        <w:tc>
          <w:tcPr>
            <w:tcW w:w="0" w:type="auto"/>
            <w:noWrap/>
            <w:vAlign w:val="bottom"/>
            <w:hideMark/>
          </w:tcPr>
          <w:p w14:paraId="696ADC1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0,48</w:t>
            </w:r>
          </w:p>
        </w:tc>
        <w:tc>
          <w:tcPr>
            <w:tcW w:w="0" w:type="auto"/>
            <w:noWrap/>
            <w:vAlign w:val="bottom"/>
            <w:hideMark/>
          </w:tcPr>
          <w:p w14:paraId="438A7E5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0,08</w:t>
            </w:r>
          </w:p>
        </w:tc>
        <w:tc>
          <w:tcPr>
            <w:tcW w:w="0" w:type="auto"/>
            <w:noWrap/>
            <w:vAlign w:val="bottom"/>
            <w:hideMark/>
          </w:tcPr>
          <w:p w14:paraId="331D2EC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0,46</w:t>
            </w:r>
          </w:p>
        </w:tc>
        <w:tc>
          <w:tcPr>
            <w:tcW w:w="0" w:type="auto"/>
            <w:noWrap/>
            <w:vAlign w:val="bottom"/>
            <w:hideMark/>
          </w:tcPr>
          <w:p w14:paraId="0198BFC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0,04</w:t>
            </w:r>
          </w:p>
        </w:tc>
        <w:tc>
          <w:tcPr>
            <w:tcW w:w="0" w:type="auto"/>
            <w:noWrap/>
            <w:vAlign w:val="bottom"/>
            <w:hideMark/>
          </w:tcPr>
          <w:p w14:paraId="5C02A25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0,52</w:t>
            </w:r>
          </w:p>
        </w:tc>
        <w:tc>
          <w:tcPr>
            <w:tcW w:w="0" w:type="auto"/>
            <w:noWrap/>
            <w:vAlign w:val="bottom"/>
            <w:hideMark/>
          </w:tcPr>
          <w:p w14:paraId="6C1BBEE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0,03</w:t>
            </w:r>
          </w:p>
        </w:tc>
        <w:tc>
          <w:tcPr>
            <w:tcW w:w="0" w:type="auto"/>
            <w:noWrap/>
            <w:vAlign w:val="bottom"/>
            <w:hideMark/>
          </w:tcPr>
          <w:p w14:paraId="7F775F2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0,46</w:t>
            </w:r>
          </w:p>
        </w:tc>
        <w:tc>
          <w:tcPr>
            <w:tcW w:w="0" w:type="auto"/>
            <w:noWrap/>
            <w:vAlign w:val="bottom"/>
            <w:hideMark/>
          </w:tcPr>
          <w:p w14:paraId="218B81F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0,03</w:t>
            </w:r>
          </w:p>
        </w:tc>
        <w:tc>
          <w:tcPr>
            <w:tcW w:w="0" w:type="auto"/>
            <w:noWrap/>
            <w:vAlign w:val="bottom"/>
            <w:hideMark/>
          </w:tcPr>
          <w:p w14:paraId="0006A0C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0,52</w:t>
            </w:r>
          </w:p>
        </w:tc>
        <w:tc>
          <w:tcPr>
            <w:tcW w:w="0" w:type="auto"/>
            <w:noWrap/>
            <w:vAlign w:val="bottom"/>
            <w:hideMark/>
          </w:tcPr>
          <w:p w14:paraId="1951B76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0,04</w:t>
            </w:r>
          </w:p>
        </w:tc>
        <w:tc>
          <w:tcPr>
            <w:tcW w:w="0" w:type="auto"/>
            <w:noWrap/>
            <w:vAlign w:val="bottom"/>
            <w:hideMark/>
          </w:tcPr>
          <w:p w14:paraId="6EF6839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0,49</w:t>
            </w:r>
          </w:p>
        </w:tc>
        <w:tc>
          <w:tcPr>
            <w:tcW w:w="736" w:type="dxa"/>
            <w:noWrap/>
            <w:vAlign w:val="bottom"/>
            <w:hideMark/>
          </w:tcPr>
          <w:p w14:paraId="02246D0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0,05</w:t>
            </w:r>
          </w:p>
        </w:tc>
      </w:tr>
      <w:tr w:rsidR="00D8292F" w:rsidRPr="00D8292F" w14:paraId="56F721C5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45AED13C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MCV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fL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)</w:t>
            </w:r>
          </w:p>
        </w:tc>
        <w:tc>
          <w:tcPr>
            <w:tcW w:w="0" w:type="auto"/>
            <w:noWrap/>
            <w:vAlign w:val="bottom"/>
            <w:hideMark/>
          </w:tcPr>
          <w:p w14:paraId="5E9DBA5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73,9</w:t>
            </w:r>
          </w:p>
        </w:tc>
        <w:tc>
          <w:tcPr>
            <w:tcW w:w="0" w:type="auto"/>
            <w:noWrap/>
            <w:vAlign w:val="bottom"/>
            <w:hideMark/>
          </w:tcPr>
          <w:p w14:paraId="6403A49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4,26</w:t>
            </w:r>
          </w:p>
        </w:tc>
        <w:tc>
          <w:tcPr>
            <w:tcW w:w="0" w:type="auto"/>
            <w:noWrap/>
            <w:vAlign w:val="bottom"/>
            <w:hideMark/>
          </w:tcPr>
          <w:p w14:paraId="7ACE9CD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71,38</w:t>
            </w:r>
          </w:p>
        </w:tc>
        <w:tc>
          <w:tcPr>
            <w:tcW w:w="0" w:type="auto"/>
            <w:noWrap/>
            <w:vAlign w:val="bottom"/>
            <w:hideMark/>
          </w:tcPr>
          <w:p w14:paraId="63637F0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4,21</w:t>
            </w:r>
          </w:p>
        </w:tc>
        <w:tc>
          <w:tcPr>
            <w:tcW w:w="0" w:type="auto"/>
            <w:noWrap/>
            <w:vAlign w:val="bottom"/>
            <w:hideMark/>
          </w:tcPr>
          <w:p w14:paraId="7B0C2B4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73,45</w:t>
            </w:r>
          </w:p>
        </w:tc>
        <w:tc>
          <w:tcPr>
            <w:tcW w:w="0" w:type="auto"/>
            <w:noWrap/>
            <w:vAlign w:val="bottom"/>
            <w:hideMark/>
          </w:tcPr>
          <w:p w14:paraId="1CE5C59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2,78</w:t>
            </w:r>
          </w:p>
        </w:tc>
        <w:tc>
          <w:tcPr>
            <w:tcW w:w="0" w:type="auto"/>
            <w:noWrap/>
            <w:vAlign w:val="bottom"/>
            <w:hideMark/>
          </w:tcPr>
          <w:p w14:paraId="35DA410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69,47</w:t>
            </w:r>
          </w:p>
        </w:tc>
        <w:tc>
          <w:tcPr>
            <w:tcW w:w="0" w:type="auto"/>
            <w:noWrap/>
            <w:vAlign w:val="bottom"/>
            <w:hideMark/>
          </w:tcPr>
          <w:p w14:paraId="10FE214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3,5</w:t>
            </w:r>
          </w:p>
        </w:tc>
        <w:tc>
          <w:tcPr>
            <w:tcW w:w="0" w:type="auto"/>
            <w:noWrap/>
            <w:vAlign w:val="bottom"/>
            <w:hideMark/>
          </w:tcPr>
          <w:p w14:paraId="004EA7C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72,65</w:t>
            </w:r>
          </w:p>
        </w:tc>
        <w:tc>
          <w:tcPr>
            <w:tcW w:w="0" w:type="auto"/>
            <w:noWrap/>
            <w:vAlign w:val="bottom"/>
            <w:hideMark/>
          </w:tcPr>
          <w:p w14:paraId="6487967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3,78</w:t>
            </w:r>
          </w:p>
        </w:tc>
        <w:tc>
          <w:tcPr>
            <w:tcW w:w="0" w:type="auto"/>
            <w:noWrap/>
            <w:vAlign w:val="bottom"/>
            <w:hideMark/>
          </w:tcPr>
          <w:p w14:paraId="40A377B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69,97</w:t>
            </w:r>
          </w:p>
        </w:tc>
        <w:tc>
          <w:tcPr>
            <w:tcW w:w="736" w:type="dxa"/>
            <w:noWrap/>
            <w:vAlign w:val="bottom"/>
            <w:hideMark/>
          </w:tcPr>
          <w:p w14:paraId="5A35A49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2,39</w:t>
            </w:r>
          </w:p>
        </w:tc>
      </w:tr>
      <w:tr w:rsidR="00D8292F" w:rsidRPr="00D8292F" w14:paraId="541D6B2A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61D76D43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MCH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pg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)</w:t>
            </w:r>
          </w:p>
        </w:tc>
        <w:tc>
          <w:tcPr>
            <w:tcW w:w="0" w:type="auto"/>
            <w:noWrap/>
            <w:vAlign w:val="bottom"/>
            <w:hideMark/>
          </w:tcPr>
          <w:p w14:paraId="2087965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25,2</w:t>
            </w:r>
          </w:p>
        </w:tc>
        <w:tc>
          <w:tcPr>
            <w:tcW w:w="0" w:type="auto"/>
            <w:noWrap/>
            <w:vAlign w:val="bottom"/>
            <w:hideMark/>
          </w:tcPr>
          <w:p w14:paraId="0C9FF3E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1,08</w:t>
            </w:r>
          </w:p>
        </w:tc>
        <w:tc>
          <w:tcPr>
            <w:tcW w:w="0" w:type="auto"/>
            <w:noWrap/>
            <w:vAlign w:val="bottom"/>
            <w:hideMark/>
          </w:tcPr>
          <w:p w14:paraId="6F5DC74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25,03</w:t>
            </w:r>
          </w:p>
        </w:tc>
        <w:tc>
          <w:tcPr>
            <w:tcW w:w="0" w:type="auto"/>
            <w:noWrap/>
            <w:vAlign w:val="bottom"/>
            <w:hideMark/>
          </w:tcPr>
          <w:p w14:paraId="7BB1E1A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1,46</w:t>
            </w:r>
          </w:p>
        </w:tc>
        <w:tc>
          <w:tcPr>
            <w:tcW w:w="0" w:type="auto"/>
            <w:noWrap/>
            <w:vAlign w:val="bottom"/>
            <w:hideMark/>
          </w:tcPr>
          <w:p w14:paraId="7229AF3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25,92</w:t>
            </w:r>
          </w:p>
        </w:tc>
        <w:tc>
          <w:tcPr>
            <w:tcW w:w="0" w:type="auto"/>
            <w:noWrap/>
            <w:vAlign w:val="bottom"/>
            <w:hideMark/>
          </w:tcPr>
          <w:p w14:paraId="4434713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0,61</w:t>
            </w:r>
          </w:p>
        </w:tc>
        <w:tc>
          <w:tcPr>
            <w:tcW w:w="0" w:type="auto"/>
            <w:noWrap/>
            <w:vAlign w:val="bottom"/>
            <w:hideMark/>
          </w:tcPr>
          <w:p w14:paraId="2AE8B59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25,28</w:t>
            </w:r>
          </w:p>
        </w:tc>
        <w:tc>
          <w:tcPr>
            <w:tcW w:w="0" w:type="auto"/>
            <w:noWrap/>
            <w:vAlign w:val="bottom"/>
            <w:hideMark/>
          </w:tcPr>
          <w:p w14:paraId="3C8AE41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0,75</w:t>
            </w:r>
          </w:p>
        </w:tc>
        <w:tc>
          <w:tcPr>
            <w:tcW w:w="0" w:type="auto"/>
            <w:noWrap/>
            <w:vAlign w:val="bottom"/>
            <w:hideMark/>
          </w:tcPr>
          <w:p w14:paraId="375DA48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25,45</w:t>
            </w:r>
          </w:p>
        </w:tc>
        <w:tc>
          <w:tcPr>
            <w:tcW w:w="0" w:type="auto"/>
            <w:noWrap/>
            <w:vAlign w:val="bottom"/>
            <w:hideMark/>
          </w:tcPr>
          <w:p w14:paraId="1E7D4B7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1,35</w:t>
            </w:r>
          </w:p>
        </w:tc>
        <w:tc>
          <w:tcPr>
            <w:tcW w:w="0" w:type="auto"/>
            <w:noWrap/>
            <w:vAlign w:val="bottom"/>
            <w:hideMark/>
          </w:tcPr>
          <w:p w14:paraId="47C4390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24,6</w:t>
            </w:r>
          </w:p>
        </w:tc>
        <w:tc>
          <w:tcPr>
            <w:tcW w:w="736" w:type="dxa"/>
            <w:noWrap/>
            <w:vAlign w:val="bottom"/>
            <w:hideMark/>
          </w:tcPr>
          <w:p w14:paraId="4DCD32A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0,89</w:t>
            </w:r>
          </w:p>
        </w:tc>
      </w:tr>
      <w:tr w:rsidR="00D8292F" w:rsidRPr="00D8292F" w14:paraId="5E02DA0F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07A50812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MCHC (g/L)</w:t>
            </w:r>
          </w:p>
        </w:tc>
        <w:tc>
          <w:tcPr>
            <w:tcW w:w="0" w:type="auto"/>
            <w:noWrap/>
            <w:vAlign w:val="bottom"/>
            <w:hideMark/>
          </w:tcPr>
          <w:p w14:paraId="61335DE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341,5</w:t>
            </w:r>
          </w:p>
        </w:tc>
        <w:tc>
          <w:tcPr>
            <w:tcW w:w="0" w:type="auto"/>
            <w:noWrap/>
            <w:vAlign w:val="bottom"/>
            <w:hideMark/>
          </w:tcPr>
          <w:p w14:paraId="0AA625B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16,86</w:t>
            </w:r>
          </w:p>
        </w:tc>
        <w:tc>
          <w:tcPr>
            <w:tcW w:w="0" w:type="auto"/>
            <w:noWrap/>
            <w:vAlign w:val="bottom"/>
            <w:hideMark/>
          </w:tcPr>
          <w:p w14:paraId="230172D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351,25</w:t>
            </w:r>
          </w:p>
        </w:tc>
        <w:tc>
          <w:tcPr>
            <w:tcW w:w="0" w:type="auto"/>
            <w:noWrap/>
            <w:vAlign w:val="bottom"/>
            <w:hideMark/>
          </w:tcPr>
          <w:p w14:paraId="099F4CA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5,56</w:t>
            </w:r>
          </w:p>
        </w:tc>
        <w:tc>
          <w:tcPr>
            <w:tcW w:w="0" w:type="auto"/>
            <w:noWrap/>
            <w:vAlign w:val="bottom"/>
            <w:hideMark/>
          </w:tcPr>
          <w:p w14:paraId="3F4CF63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352,67</w:t>
            </w:r>
          </w:p>
        </w:tc>
        <w:tc>
          <w:tcPr>
            <w:tcW w:w="0" w:type="auto"/>
            <w:noWrap/>
            <w:vAlign w:val="bottom"/>
            <w:hideMark/>
          </w:tcPr>
          <w:p w14:paraId="068D86E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5,82</w:t>
            </w:r>
          </w:p>
        </w:tc>
        <w:tc>
          <w:tcPr>
            <w:tcW w:w="0" w:type="auto"/>
            <w:noWrap/>
            <w:vAlign w:val="bottom"/>
            <w:hideMark/>
          </w:tcPr>
          <w:p w14:paraId="7E7C076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364,5</w:t>
            </w:r>
          </w:p>
        </w:tc>
        <w:tc>
          <w:tcPr>
            <w:tcW w:w="0" w:type="auto"/>
            <w:noWrap/>
            <w:vAlign w:val="bottom"/>
            <w:hideMark/>
          </w:tcPr>
          <w:p w14:paraId="7734036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13,87</w:t>
            </w:r>
          </w:p>
        </w:tc>
        <w:tc>
          <w:tcPr>
            <w:tcW w:w="0" w:type="auto"/>
            <w:noWrap/>
            <w:vAlign w:val="bottom"/>
            <w:hideMark/>
          </w:tcPr>
          <w:p w14:paraId="2174821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350,67</w:t>
            </w:r>
          </w:p>
        </w:tc>
        <w:tc>
          <w:tcPr>
            <w:tcW w:w="0" w:type="auto"/>
            <w:noWrap/>
            <w:vAlign w:val="bottom"/>
            <w:hideMark/>
          </w:tcPr>
          <w:p w14:paraId="0DAF217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11,38</w:t>
            </w:r>
          </w:p>
        </w:tc>
        <w:tc>
          <w:tcPr>
            <w:tcW w:w="0" w:type="auto"/>
            <w:noWrap/>
            <w:vAlign w:val="bottom"/>
            <w:hideMark/>
          </w:tcPr>
          <w:p w14:paraId="12A4ABA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351,33</w:t>
            </w:r>
          </w:p>
        </w:tc>
        <w:tc>
          <w:tcPr>
            <w:tcW w:w="736" w:type="dxa"/>
            <w:noWrap/>
            <w:vAlign w:val="bottom"/>
            <w:hideMark/>
          </w:tcPr>
          <w:p w14:paraId="5259E71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5,16</w:t>
            </w:r>
          </w:p>
        </w:tc>
      </w:tr>
      <w:tr w:rsidR="00D8292F" w:rsidRPr="00D8292F" w14:paraId="4575B25D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2E744B97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Platelets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(PLT, G/L)</w:t>
            </w:r>
          </w:p>
        </w:tc>
        <w:tc>
          <w:tcPr>
            <w:tcW w:w="0" w:type="auto"/>
            <w:noWrap/>
            <w:vAlign w:val="bottom"/>
            <w:hideMark/>
          </w:tcPr>
          <w:p w14:paraId="3E84A70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294,25</w:t>
            </w:r>
          </w:p>
        </w:tc>
        <w:tc>
          <w:tcPr>
            <w:tcW w:w="0" w:type="auto"/>
            <w:noWrap/>
            <w:vAlign w:val="bottom"/>
            <w:hideMark/>
          </w:tcPr>
          <w:p w14:paraId="0208F38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119,83</w:t>
            </w:r>
          </w:p>
        </w:tc>
        <w:tc>
          <w:tcPr>
            <w:tcW w:w="0" w:type="auto"/>
            <w:noWrap/>
            <w:vAlign w:val="bottom"/>
            <w:hideMark/>
          </w:tcPr>
          <w:p w14:paraId="2C73C4D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271</w:t>
            </w:r>
          </w:p>
        </w:tc>
        <w:tc>
          <w:tcPr>
            <w:tcW w:w="0" w:type="auto"/>
            <w:noWrap/>
            <w:vAlign w:val="bottom"/>
            <w:hideMark/>
          </w:tcPr>
          <w:p w14:paraId="7053E99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47,71</w:t>
            </w:r>
          </w:p>
        </w:tc>
        <w:tc>
          <w:tcPr>
            <w:tcW w:w="0" w:type="auto"/>
            <w:noWrap/>
            <w:vAlign w:val="bottom"/>
            <w:hideMark/>
          </w:tcPr>
          <w:p w14:paraId="5E35232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200</w:t>
            </w:r>
          </w:p>
        </w:tc>
        <w:tc>
          <w:tcPr>
            <w:tcW w:w="0" w:type="auto"/>
            <w:noWrap/>
            <w:vAlign w:val="bottom"/>
            <w:hideMark/>
          </w:tcPr>
          <w:p w14:paraId="3791FB7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114,14</w:t>
            </w:r>
          </w:p>
        </w:tc>
        <w:tc>
          <w:tcPr>
            <w:tcW w:w="0" w:type="auto"/>
            <w:noWrap/>
            <w:vAlign w:val="bottom"/>
            <w:hideMark/>
          </w:tcPr>
          <w:p w14:paraId="7668C07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308</w:t>
            </w:r>
          </w:p>
        </w:tc>
        <w:tc>
          <w:tcPr>
            <w:tcW w:w="0" w:type="auto"/>
            <w:noWrap/>
            <w:vAlign w:val="bottom"/>
            <w:hideMark/>
          </w:tcPr>
          <w:p w14:paraId="2BACBD4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173,39</w:t>
            </w:r>
          </w:p>
        </w:tc>
        <w:tc>
          <w:tcPr>
            <w:tcW w:w="0" w:type="auto"/>
            <w:noWrap/>
            <w:vAlign w:val="bottom"/>
            <w:hideMark/>
          </w:tcPr>
          <w:p w14:paraId="1CE6D04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182,17</w:t>
            </w:r>
          </w:p>
        </w:tc>
        <w:tc>
          <w:tcPr>
            <w:tcW w:w="0" w:type="auto"/>
            <w:noWrap/>
            <w:vAlign w:val="bottom"/>
            <w:hideMark/>
          </w:tcPr>
          <w:p w14:paraId="5DD0C1B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53,15</w:t>
            </w:r>
          </w:p>
        </w:tc>
        <w:tc>
          <w:tcPr>
            <w:tcW w:w="0" w:type="auto"/>
            <w:noWrap/>
            <w:vAlign w:val="bottom"/>
            <w:hideMark/>
          </w:tcPr>
          <w:p w14:paraId="2CA4F48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207,33</w:t>
            </w:r>
          </w:p>
        </w:tc>
        <w:tc>
          <w:tcPr>
            <w:tcW w:w="736" w:type="dxa"/>
            <w:noWrap/>
            <w:vAlign w:val="bottom"/>
            <w:hideMark/>
          </w:tcPr>
          <w:p w14:paraId="4F45D7D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108,95</w:t>
            </w:r>
          </w:p>
        </w:tc>
      </w:tr>
    </w:tbl>
    <w:p w14:paraId="74C0DF36" w14:textId="77777777" w:rsidR="008816F0" w:rsidRDefault="008816F0" w:rsidP="008816F0">
      <w:pPr>
        <w:rPr>
          <w:rFonts w:cs="Calibri"/>
        </w:rPr>
      </w:pPr>
    </w:p>
    <w:p w14:paraId="41CE6457" w14:textId="77777777" w:rsidR="00D8292F" w:rsidRPr="008816F0" w:rsidRDefault="00D8292F" w:rsidP="00D8292F">
      <w:pPr>
        <w:spacing w:after="0" w:line="240" w:lineRule="auto"/>
        <w:rPr>
          <w:rFonts w:eastAsia="Times New Roman" w:cs="Calibri"/>
          <w:color w:val="000000"/>
          <w:lang w:val="pl-PL" w:eastAsia="pl-PL"/>
        </w:rPr>
      </w:pPr>
      <w:proofErr w:type="spellStart"/>
      <w:r w:rsidRPr="008816F0">
        <w:rPr>
          <w:rFonts w:eastAsia="Times New Roman" w:cs="Calibri"/>
          <w:color w:val="000000"/>
          <w:lang w:val="pl-PL" w:eastAsia="pl-PL"/>
        </w:rPr>
        <w:t>Table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8.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Mineral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profile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before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and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after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MPU (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Mean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± SD)</w:t>
      </w:r>
    </w:p>
    <w:p w14:paraId="5AAB4766" w14:textId="77777777" w:rsidR="00D8292F" w:rsidRPr="001C43BA" w:rsidRDefault="00D8292F" w:rsidP="008816F0">
      <w:pPr>
        <w:rPr>
          <w:rFonts w:cs="Calibri"/>
        </w:rPr>
      </w:pPr>
    </w:p>
    <w:tbl>
      <w:tblPr>
        <w:tblW w:w="0" w:type="auto"/>
        <w:tblInd w:w="6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4"/>
        <w:gridCol w:w="642"/>
        <w:gridCol w:w="459"/>
        <w:gridCol w:w="642"/>
        <w:gridCol w:w="459"/>
        <w:gridCol w:w="642"/>
        <w:gridCol w:w="459"/>
        <w:gridCol w:w="642"/>
        <w:gridCol w:w="459"/>
        <w:gridCol w:w="642"/>
        <w:gridCol w:w="459"/>
        <w:gridCol w:w="642"/>
        <w:gridCol w:w="459"/>
      </w:tblGrid>
      <w:tr w:rsidR="00191237" w:rsidRPr="008816F0" w14:paraId="644A0A4F" w14:textId="77777777" w:rsidTr="00191237">
        <w:trPr>
          <w:trHeight w:val="288"/>
        </w:trPr>
        <w:tc>
          <w:tcPr>
            <w:tcW w:w="0" w:type="auto"/>
            <w:vMerge w:val="restart"/>
            <w:noWrap/>
            <w:hideMark/>
          </w:tcPr>
          <w:p w14:paraId="787609AD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  <w:p w14:paraId="635E2217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  <w:p w14:paraId="64C611F1" w14:textId="2D4EAA18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1DAB3374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Control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4BE1A801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Soft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chew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2AF7176A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Pellet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</w:tr>
      <w:tr w:rsidR="00191237" w:rsidRPr="008816F0" w14:paraId="67650950" w14:textId="77777777" w:rsidTr="00D8292F">
        <w:trPr>
          <w:trHeight w:val="288"/>
        </w:trPr>
        <w:tc>
          <w:tcPr>
            <w:tcW w:w="0" w:type="auto"/>
            <w:vMerge/>
            <w:noWrap/>
            <w:hideMark/>
          </w:tcPr>
          <w:p w14:paraId="077A5983" w14:textId="2BE482AE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gridSpan w:val="2"/>
            <w:noWrap/>
            <w:hideMark/>
          </w:tcPr>
          <w:p w14:paraId="7BC89DC6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5A59B50E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3E83CB4E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611B346B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6BB6D8D7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60A9A67E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</w:tr>
      <w:tr w:rsidR="00191237" w:rsidRPr="00D8292F" w14:paraId="06028FE4" w14:textId="77777777" w:rsidTr="00D8292F">
        <w:trPr>
          <w:trHeight w:val="288"/>
        </w:trPr>
        <w:tc>
          <w:tcPr>
            <w:tcW w:w="0" w:type="auto"/>
            <w:vMerge/>
            <w:noWrap/>
            <w:hideMark/>
          </w:tcPr>
          <w:p w14:paraId="2A231E3A" w14:textId="67C7AAFA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hideMark/>
          </w:tcPr>
          <w:p w14:paraId="204B5A95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05DED2DC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504BF566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0D121BBB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0ABE87F7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A72B698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2DD3B0F9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2D390C70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009EDF36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69E5C8C5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2F542993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ACBC2F2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</w:tr>
      <w:tr w:rsidR="00D8292F" w:rsidRPr="00D8292F" w14:paraId="1B0E54D8" w14:textId="77777777" w:rsidTr="00D8292F">
        <w:trPr>
          <w:trHeight w:val="288"/>
        </w:trPr>
        <w:tc>
          <w:tcPr>
            <w:tcW w:w="0" w:type="auto"/>
            <w:noWrap/>
            <w:vAlign w:val="bottom"/>
            <w:hideMark/>
          </w:tcPr>
          <w:p w14:paraId="2B56C65E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B04C1E4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08F1514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C288485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970BD81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522D9E1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50D4250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8B5CC09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16127FF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7483A5A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8F36AEF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D5A1D4D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52301F1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</w:tr>
      <w:tr w:rsidR="00D8292F" w:rsidRPr="00D8292F" w14:paraId="77E5ABA7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0FD9913A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Chloride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28A51EB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106,1</w:t>
            </w:r>
          </w:p>
        </w:tc>
        <w:tc>
          <w:tcPr>
            <w:tcW w:w="0" w:type="auto"/>
            <w:noWrap/>
            <w:vAlign w:val="bottom"/>
            <w:hideMark/>
          </w:tcPr>
          <w:p w14:paraId="6198E2C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2,51</w:t>
            </w:r>
          </w:p>
        </w:tc>
        <w:tc>
          <w:tcPr>
            <w:tcW w:w="0" w:type="auto"/>
            <w:noWrap/>
            <w:vAlign w:val="bottom"/>
            <w:hideMark/>
          </w:tcPr>
          <w:p w14:paraId="41407C8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109,98</w:t>
            </w:r>
          </w:p>
        </w:tc>
        <w:tc>
          <w:tcPr>
            <w:tcW w:w="0" w:type="auto"/>
            <w:noWrap/>
            <w:vAlign w:val="bottom"/>
            <w:hideMark/>
          </w:tcPr>
          <w:p w14:paraId="61F7170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2,01</w:t>
            </w:r>
          </w:p>
        </w:tc>
        <w:tc>
          <w:tcPr>
            <w:tcW w:w="0" w:type="auto"/>
            <w:noWrap/>
            <w:vAlign w:val="bottom"/>
            <w:hideMark/>
          </w:tcPr>
          <w:p w14:paraId="5F3B06F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107,13</w:t>
            </w:r>
          </w:p>
        </w:tc>
        <w:tc>
          <w:tcPr>
            <w:tcW w:w="0" w:type="auto"/>
            <w:noWrap/>
            <w:vAlign w:val="bottom"/>
            <w:hideMark/>
          </w:tcPr>
          <w:p w14:paraId="7686032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0,79</w:t>
            </w:r>
          </w:p>
        </w:tc>
        <w:tc>
          <w:tcPr>
            <w:tcW w:w="0" w:type="auto"/>
            <w:noWrap/>
            <w:vAlign w:val="bottom"/>
            <w:hideMark/>
          </w:tcPr>
          <w:p w14:paraId="0E339A1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107,67</w:t>
            </w:r>
          </w:p>
        </w:tc>
        <w:tc>
          <w:tcPr>
            <w:tcW w:w="0" w:type="auto"/>
            <w:noWrap/>
            <w:vAlign w:val="bottom"/>
            <w:hideMark/>
          </w:tcPr>
          <w:p w14:paraId="6CABB46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1,03</w:t>
            </w:r>
          </w:p>
        </w:tc>
        <w:tc>
          <w:tcPr>
            <w:tcW w:w="0" w:type="auto"/>
            <w:noWrap/>
            <w:vAlign w:val="bottom"/>
            <w:hideMark/>
          </w:tcPr>
          <w:p w14:paraId="1235C9C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106,9</w:t>
            </w:r>
          </w:p>
        </w:tc>
        <w:tc>
          <w:tcPr>
            <w:tcW w:w="0" w:type="auto"/>
            <w:noWrap/>
            <w:vAlign w:val="bottom"/>
            <w:hideMark/>
          </w:tcPr>
          <w:p w14:paraId="348A039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1,2</w:t>
            </w:r>
          </w:p>
        </w:tc>
        <w:tc>
          <w:tcPr>
            <w:tcW w:w="0" w:type="auto"/>
            <w:noWrap/>
            <w:vAlign w:val="bottom"/>
            <w:hideMark/>
          </w:tcPr>
          <w:p w14:paraId="2DB8E28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107,32</w:t>
            </w:r>
          </w:p>
        </w:tc>
        <w:tc>
          <w:tcPr>
            <w:tcW w:w="0" w:type="auto"/>
            <w:noWrap/>
            <w:vAlign w:val="bottom"/>
            <w:hideMark/>
          </w:tcPr>
          <w:p w14:paraId="28D7BFC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1,74</w:t>
            </w:r>
          </w:p>
        </w:tc>
      </w:tr>
      <w:tr w:rsidR="00D8292F" w:rsidRPr="00D8292F" w14:paraId="312573B9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40F72EDD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Phosphorus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65CD9E3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1,68</w:t>
            </w:r>
          </w:p>
        </w:tc>
        <w:tc>
          <w:tcPr>
            <w:tcW w:w="0" w:type="auto"/>
            <w:noWrap/>
            <w:vAlign w:val="bottom"/>
            <w:hideMark/>
          </w:tcPr>
          <w:p w14:paraId="1C3C6EB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</w:t>
            </w:r>
          </w:p>
        </w:tc>
        <w:tc>
          <w:tcPr>
            <w:tcW w:w="0" w:type="auto"/>
            <w:noWrap/>
            <w:vAlign w:val="bottom"/>
            <w:hideMark/>
          </w:tcPr>
          <w:p w14:paraId="5570332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1,7</w:t>
            </w:r>
          </w:p>
        </w:tc>
        <w:tc>
          <w:tcPr>
            <w:tcW w:w="0" w:type="auto"/>
            <w:noWrap/>
            <w:vAlign w:val="bottom"/>
            <w:hideMark/>
          </w:tcPr>
          <w:p w14:paraId="4C68373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0,22</w:t>
            </w:r>
          </w:p>
        </w:tc>
        <w:tc>
          <w:tcPr>
            <w:tcW w:w="0" w:type="auto"/>
            <w:noWrap/>
            <w:vAlign w:val="bottom"/>
            <w:hideMark/>
          </w:tcPr>
          <w:p w14:paraId="551BFC9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1,37</w:t>
            </w:r>
          </w:p>
        </w:tc>
        <w:tc>
          <w:tcPr>
            <w:tcW w:w="0" w:type="auto"/>
            <w:noWrap/>
            <w:vAlign w:val="bottom"/>
            <w:hideMark/>
          </w:tcPr>
          <w:p w14:paraId="2DB6407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0,22</w:t>
            </w:r>
          </w:p>
        </w:tc>
        <w:tc>
          <w:tcPr>
            <w:tcW w:w="0" w:type="auto"/>
            <w:noWrap/>
            <w:vAlign w:val="bottom"/>
            <w:hideMark/>
          </w:tcPr>
          <w:p w14:paraId="43D3E8A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1,49</w:t>
            </w:r>
          </w:p>
        </w:tc>
        <w:tc>
          <w:tcPr>
            <w:tcW w:w="0" w:type="auto"/>
            <w:noWrap/>
            <w:vAlign w:val="bottom"/>
            <w:hideMark/>
          </w:tcPr>
          <w:p w14:paraId="3390225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0,23</w:t>
            </w:r>
          </w:p>
        </w:tc>
        <w:tc>
          <w:tcPr>
            <w:tcW w:w="0" w:type="auto"/>
            <w:noWrap/>
            <w:vAlign w:val="bottom"/>
            <w:hideMark/>
          </w:tcPr>
          <w:p w14:paraId="3B81F96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1,44</w:t>
            </w:r>
          </w:p>
        </w:tc>
        <w:tc>
          <w:tcPr>
            <w:tcW w:w="0" w:type="auto"/>
            <w:noWrap/>
            <w:vAlign w:val="bottom"/>
            <w:hideMark/>
          </w:tcPr>
          <w:p w14:paraId="044A058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0,24</w:t>
            </w:r>
          </w:p>
        </w:tc>
        <w:tc>
          <w:tcPr>
            <w:tcW w:w="0" w:type="auto"/>
            <w:noWrap/>
            <w:vAlign w:val="bottom"/>
            <w:hideMark/>
          </w:tcPr>
          <w:p w14:paraId="26C260A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1,38</w:t>
            </w:r>
          </w:p>
        </w:tc>
        <w:tc>
          <w:tcPr>
            <w:tcW w:w="0" w:type="auto"/>
            <w:noWrap/>
            <w:vAlign w:val="bottom"/>
            <w:hideMark/>
          </w:tcPr>
          <w:p w14:paraId="0A0306B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0,17</w:t>
            </w:r>
          </w:p>
        </w:tc>
      </w:tr>
      <w:tr w:rsidR="00D8292F" w:rsidRPr="00D8292F" w14:paraId="125B8B16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04D54080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Magnesium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04181C2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0,85</w:t>
            </w:r>
          </w:p>
        </w:tc>
        <w:tc>
          <w:tcPr>
            <w:tcW w:w="0" w:type="auto"/>
            <w:noWrap/>
            <w:vAlign w:val="bottom"/>
            <w:hideMark/>
          </w:tcPr>
          <w:p w14:paraId="2BFC0F9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</w:t>
            </w:r>
          </w:p>
        </w:tc>
        <w:tc>
          <w:tcPr>
            <w:tcW w:w="0" w:type="auto"/>
            <w:noWrap/>
            <w:vAlign w:val="bottom"/>
            <w:hideMark/>
          </w:tcPr>
          <w:p w14:paraId="7FEE88B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0,89</w:t>
            </w:r>
          </w:p>
        </w:tc>
        <w:tc>
          <w:tcPr>
            <w:tcW w:w="0" w:type="auto"/>
            <w:noWrap/>
            <w:vAlign w:val="bottom"/>
            <w:hideMark/>
          </w:tcPr>
          <w:p w14:paraId="7CFEC5A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0,02</w:t>
            </w:r>
          </w:p>
        </w:tc>
        <w:tc>
          <w:tcPr>
            <w:tcW w:w="0" w:type="auto"/>
            <w:noWrap/>
            <w:vAlign w:val="bottom"/>
            <w:hideMark/>
          </w:tcPr>
          <w:p w14:paraId="54F2032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0,88</w:t>
            </w:r>
          </w:p>
        </w:tc>
        <w:tc>
          <w:tcPr>
            <w:tcW w:w="0" w:type="auto"/>
            <w:noWrap/>
            <w:vAlign w:val="bottom"/>
            <w:hideMark/>
          </w:tcPr>
          <w:p w14:paraId="63705E9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0,04</w:t>
            </w:r>
          </w:p>
        </w:tc>
        <w:tc>
          <w:tcPr>
            <w:tcW w:w="0" w:type="auto"/>
            <w:noWrap/>
            <w:vAlign w:val="bottom"/>
            <w:hideMark/>
          </w:tcPr>
          <w:p w14:paraId="68E8A14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0,96</w:t>
            </w:r>
          </w:p>
        </w:tc>
        <w:tc>
          <w:tcPr>
            <w:tcW w:w="0" w:type="auto"/>
            <w:noWrap/>
            <w:vAlign w:val="bottom"/>
            <w:hideMark/>
          </w:tcPr>
          <w:p w14:paraId="3F7F773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0,04</w:t>
            </w:r>
          </w:p>
        </w:tc>
        <w:tc>
          <w:tcPr>
            <w:tcW w:w="0" w:type="auto"/>
            <w:noWrap/>
            <w:vAlign w:val="bottom"/>
            <w:hideMark/>
          </w:tcPr>
          <w:p w14:paraId="180D0D5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0,84</w:t>
            </w:r>
          </w:p>
        </w:tc>
        <w:tc>
          <w:tcPr>
            <w:tcW w:w="0" w:type="auto"/>
            <w:noWrap/>
            <w:vAlign w:val="bottom"/>
            <w:hideMark/>
          </w:tcPr>
          <w:p w14:paraId="47C66BD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0,04</w:t>
            </w:r>
          </w:p>
        </w:tc>
        <w:tc>
          <w:tcPr>
            <w:tcW w:w="0" w:type="auto"/>
            <w:noWrap/>
            <w:vAlign w:val="bottom"/>
            <w:hideMark/>
          </w:tcPr>
          <w:p w14:paraId="22242D1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0,87</w:t>
            </w:r>
          </w:p>
        </w:tc>
        <w:tc>
          <w:tcPr>
            <w:tcW w:w="0" w:type="auto"/>
            <w:noWrap/>
            <w:vAlign w:val="bottom"/>
            <w:hideMark/>
          </w:tcPr>
          <w:p w14:paraId="60E37DB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0,04</w:t>
            </w:r>
          </w:p>
        </w:tc>
      </w:tr>
      <w:tr w:rsidR="00D8292F" w:rsidRPr="00D8292F" w14:paraId="7FCF3E7D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5CF39326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Potassium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0760EF9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5,05</w:t>
            </w:r>
          </w:p>
        </w:tc>
        <w:tc>
          <w:tcPr>
            <w:tcW w:w="0" w:type="auto"/>
            <w:noWrap/>
            <w:vAlign w:val="bottom"/>
            <w:hideMark/>
          </w:tcPr>
          <w:p w14:paraId="2CD39AE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0,27</w:t>
            </w:r>
          </w:p>
        </w:tc>
        <w:tc>
          <w:tcPr>
            <w:tcW w:w="0" w:type="auto"/>
            <w:noWrap/>
            <w:vAlign w:val="bottom"/>
            <w:hideMark/>
          </w:tcPr>
          <w:p w14:paraId="4CEAEBE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4,87</w:t>
            </w:r>
          </w:p>
        </w:tc>
        <w:tc>
          <w:tcPr>
            <w:tcW w:w="0" w:type="auto"/>
            <w:noWrap/>
            <w:vAlign w:val="bottom"/>
            <w:hideMark/>
          </w:tcPr>
          <w:p w14:paraId="6B69088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</w:t>
            </w:r>
          </w:p>
        </w:tc>
        <w:tc>
          <w:tcPr>
            <w:tcW w:w="0" w:type="auto"/>
            <w:noWrap/>
            <w:vAlign w:val="bottom"/>
            <w:hideMark/>
          </w:tcPr>
          <w:p w14:paraId="37784C4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5,1</w:t>
            </w:r>
          </w:p>
        </w:tc>
        <w:tc>
          <w:tcPr>
            <w:tcW w:w="0" w:type="auto"/>
            <w:noWrap/>
            <w:vAlign w:val="bottom"/>
            <w:hideMark/>
          </w:tcPr>
          <w:p w14:paraId="1D130CB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0,39</w:t>
            </w:r>
          </w:p>
        </w:tc>
        <w:tc>
          <w:tcPr>
            <w:tcW w:w="0" w:type="auto"/>
            <w:noWrap/>
            <w:vAlign w:val="bottom"/>
            <w:hideMark/>
          </w:tcPr>
          <w:p w14:paraId="7EDCC3C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5,12</w:t>
            </w:r>
          </w:p>
        </w:tc>
        <w:tc>
          <w:tcPr>
            <w:tcW w:w="0" w:type="auto"/>
            <w:noWrap/>
            <w:vAlign w:val="bottom"/>
            <w:hideMark/>
          </w:tcPr>
          <w:p w14:paraId="764F21D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0,34</w:t>
            </w:r>
          </w:p>
        </w:tc>
        <w:tc>
          <w:tcPr>
            <w:tcW w:w="0" w:type="auto"/>
            <w:noWrap/>
            <w:vAlign w:val="bottom"/>
            <w:hideMark/>
          </w:tcPr>
          <w:p w14:paraId="54D368F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4,89</w:t>
            </w:r>
          </w:p>
        </w:tc>
        <w:tc>
          <w:tcPr>
            <w:tcW w:w="0" w:type="auto"/>
            <w:noWrap/>
            <w:vAlign w:val="bottom"/>
            <w:hideMark/>
          </w:tcPr>
          <w:p w14:paraId="4D6E966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0,35</w:t>
            </w:r>
          </w:p>
        </w:tc>
        <w:tc>
          <w:tcPr>
            <w:tcW w:w="0" w:type="auto"/>
            <w:noWrap/>
            <w:vAlign w:val="bottom"/>
            <w:hideMark/>
          </w:tcPr>
          <w:p w14:paraId="268DFDD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4,7</w:t>
            </w:r>
          </w:p>
        </w:tc>
        <w:tc>
          <w:tcPr>
            <w:tcW w:w="0" w:type="auto"/>
            <w:noWrap/>
            <w:vAlign w:val="bottom"/>
            <w:hideMark/>
          </w:tcPr>
          <w:p w14:paraId="304FC89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0,29</w:t>
            </w:r>
          </w:p>
        </w:tc>
      </w:tr>
      <w:tr w:rsidR="00D8292F" w:rsidRPr="00D8292F" w14:paraId="76B997CB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4C9D485B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Sodium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48EDAA2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146,28</w:t>
            </w:r>
          </w:p>
        </w:tc>
        <w:tc>
          <w:tcPr>
            <w:tcW w:w="0" w:type="auto"/>
            <w:noWrap/>
            <w:vAlign w:val="bottom"/>
            <w:hideMark/>
          </w:tcPr>
          <w:p w14:paraId="60A5142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1,58</w:t>
            </w:r>
          </w:p>
        </w:tc>
        <w:tc>
          <w:tcPr>
            <w:tcW w:w="0" w:type="auto"/>
            <w:noWrap/>
            <w:vAlign w:val="bottom"/>
            <w:hideMark/>
          </w:tcPr>
          <w:p w14:paraId="3803C7C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150,18</w:t>
            </w:r>
          </w:p>
        </w:tc>
        <w:tc>
          <w:tcPr>
            <w:tcW w:w="0" w:type="auto"/>
            <w:noWrap/>
            <w:vAlign w:val="bottom"/>
            <w:hideMark/>
          </w:tcPr>
          <w:p w14:paraId="0415124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2,61</w:t>
            </w:r>
          </w:p>
        </w:tc>
        <w:tc>
          <w:tcPr>
            <w:tcW w:w="0" w:type="auto"/>
            <w:noWrap/>
            <w:vAlign w:val="bottom"/>
            <w:hideMark/>
          </w:tcPr>
          <w:p w14:paraId="376B5C4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147,15</w:t>
            </w:r>
          </w:p>
        </w:tc>
        <w:tc>
          <w:tcPr>
            <w:tcW w:w="0" w:type="auto"/>
            <w:noWrap/>
            <w:vAlign w:val="bottom"/>
            <w:hideMark/>
          </w:tcPr>
          <w:p w14:paraId="2CC0D16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1,72</w:t>
            </w:r>
          </w:p>
        </w:tc>
        <w:tc>
          <w:tcPr>
            <w:tcW w:w="0" w:type="auto"/>
            <w:noWrap/>
            <w:vAlign w:val="bottom"/>
            <w:hideMark/>
          </w:tcPr>
          <w:p w14:paraId="7C2D8D8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149,05</w:t>
            </w:r>
          </w:p>
        </w:tc>
        <w:tc>
          <w:tcPr>
            <w:tcW w:w="0" w:type="auto"/>
            <w:noWrap/>
            <w:vAlign w:val="bottom"/>
            <w:hideMark/>
          </w:tcPr>
          <w:p w14:paraId="7A9AF6E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1,91</w:t>
            </w:r>
          </w:p>
        </w:tc>
        <w:tc>
          <w:tcPr>
            <w:tcW w:w="0" w:type="auto"/>
            <w:noWrap/>
            <w:vAlign w:val="bottom"/>
            <w:hideMark/>
          </w:tcPr>
          <w:p w14:paraId="25FE5F1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146,28</w:t>
            </w:r>
          </w:p>
        </w:tc>
        <w:tc>
          <w:tcPr>
            <w:tcW w:w="0" w:type="auto"/>
            <w:noWrap/>
            <w:vAlign w:val="bottom"/>
            <w:hideMark/>
          </w:tcPr>
          <w:p w14:paraId="2A92121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0,97</w:t>
            </w:r>
          </w:p>
        </w:tc>
        <w:tc>
          <w:tcPr>
            <w:tcW w:w="0" w:type="auto"/>
            <w:noWrap/>
            <w:vAlign w:val="bottom"/>
            <w:hideMark/>
          </w:tcPr>
          <w:p w14:paraId="40CC494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148,22</w:t>
            </w:r>
          </w:p>
        </w:tc>
        <w:tc>
          <w:tcPr>
            <w:tcW w:w="0" w:type="auto"/>
            <w:noWrap/>
            <w:vAlign w:val="bottom"/>
            <w:hideMark/>
          </w:tcPr>
          <w:p w14:paraId="7823211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1,24</w:t>
            </w:r>
          </w:p>
        </w:tc>
      </w:tr>
      <w:tr w:rsidR="00D8292F" w:rsidRPr="00D8292F" w14:paraId="39C9DA29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49012D2C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Calcium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4D2ED68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2,5</w:t>
            </w:r>
          </w:p>
        </w:tc>
        <w:tc>
          <w:tcPr>
            <w:tcW w:w="0" w:type="auto"/>
            <w:noWrap/>
            <w:vAlign w:val="bottom"/>
            <w:hideMark/>
          </w:tcPr>
          <w:p w14:paraId="18E83E2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0,22</w:t>
            </w:r>
          </w:p>
        </w:tc>
        <w:tc>
          <w:tcPr>
            <w:tcW w:w="0" w:type="auto"/>
            <w:noWrap/>
            <w:vAlign w:val="bottom"/>
            <w:hideMark/>
          </w:tcPr>
          <w:p w14:paraId="20A51A7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2,47</w:t>
            </w:r>
          </w:p>
        </w:tc>
        <w:tc>
          <w:tcPr>
            <w:tcW w:w="0" w:type="auto"/>
            <w:noWrap/>
            <w:vAlign w:val="bottom"/>
            <w:hideMark/>
          </w:tcPr>
          <w:p w14:paraId="78F5E95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0,16</w:t>
            </w:r>
          </w:p>
        </w:tc>
        <w:tc>
          <w:tcPr>
            <w:tcW w:w="0" w:type="auto"/>
            <w:noWrap/>
            <w:vAlign w:val="bottom"/>
            <w:hideMark/>
          </w:tcPr>
          <w:p w14:paraId="0D06078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2,6</w:t>
            </w:r>
          </w:p>
        </w:tc>
        <w:tc>
          <w:tcPr>
            <w:tcW w:w="0" w:type="auto"/>
            <w:noWrap/>
            <w:vAlign w:val="bottom"/>
            <w:hideMark/>
          </w:tcPr>
          <w:p w14:paraId="3B5B73D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0,09</w:t>
            </w:r>
          </w:p>
        </w:tc>
        <w:tc>
          <w:tcPr>
            <w:tcW w:w="0" w:type="auto"/>
            <w:noWrap/>
            <w:vAlign w:val="bottom"/>
            <w:hideMark/>
          </w:tcPr>
          <w:p w14:paraId="3E773ED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2,36</w:t>
            </w:r>
          </w:p>
        </w:tc>
        <w:tc>
          <w:tcPr>
            <w:tcW w:w="0" w:type="auto"/>
            <w:noWrap/>
            <w:vAlign w:val="bottom"/>
            <w:hideMark/>
          </w:tcPr>
          <w:p w14:paraId="7FB1B79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0,08</w:t>
            </w:r>
          </w:p>
        </w:tc>
        <w:tc>
          <w:tcPr>
            <w:tcW w:w="0" w:type="auto"/>
            <w:noWrap/>
            <w:vAlign w:val="bottom"/>
            <w:hideMark/>
          </w:tcPr>
          <w:p w14:paraId="5FDDB3C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2,6</w:t>
            </w:r>
          </w:p>
        </w:tc>
        <w:tc>
          <w:tcPr>
            <w:tcW w:w="0" w:type="auto"/>
            <w:noWrap/>
            <w:vAlign w:val="bottom"/>
            <w:hideMark/>
          </w:tcPr>
          <w:p w14:paraId="5747173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0,05</w:t>
            </w:r>
          </w:p>
        </w:tc>
        <w:tc>
          <w:tcPr>
            <w:tcW w:w="0" w:type="auto"/>
            <w:noWrap/>
            <w:vAlign w:val="bottom"/>
            <w:hideMark/>
          </w:tcPr>
          <w:p w14:paraId="5D53443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2,47</w:t>
            </w:r>
          </w:p>
        </w:tc>
        <w:tc>
          <w:tcPr>
            <w:tcW w:w="0" w:type="auto"/>
            <w:noWrap/>
            <w:vAlign w:val="bottom"/>
            <w:hideMark/>
          </w:tcPr>
          <w:p w14:paraId="5E6DEA7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</w:t>
            </w:r>
          </w:p>
        </w:tc>
      </w:tr>
    </w:tbl>
    <w:p w14:paraId="427F459B" w14:textId="77777777" w:rsidR="008816F0" w:rsidRDefault="008816F0" w:rsidP="008816F0">
      <w:pPr>
        <w:rPr>
          <w:rFonts w:cs="Calibri"/>
        </w:rPr>
      </w:pPr>
    </w:p>
    <w:p w14:paraId="698A6148" w14:textId="7CC307F4" w:rsidR="00D8292F" w:rsidRPr="001C43BA" w:rsidRDefault="00D8292F" w:rsidP="008816F0">
      <w:pPr>
        <w:rPr>
          <w:rFonts w:cs="Calibri"/>
        </w:rPr>
      </w:pPr>
      <w:proofErr w:type="spellStart"/>
      <w:r w:rsidRPr="008816F0">
        <w:rPr>
          <w:rFonts w:eastAsia="Times New Roman" w:cs="Calibri"/>
          <w:color w:val="000000"/>
          <w:lang w:val="pl-PL" w:eastAsia="pl-PL"/>
        </w:rPr>
        <w:t>Table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9. Serum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biochemistry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before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and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after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MPU (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Mean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± SD)</w:t>
      </w:r>
    </w:p>
    <w:tbl>
      <w:tblPr>
        <w:tblW w:w="9814" w:type="dxa"/>
        <w:tblInd w:w="7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  <w:gridCol w:w="698"/>
      </w:tblGrid>
      <w:tr w:rsidR="00191237" w:rsidRPr="008816F0" w14:paraId="261F78E2" w14:textId="77777777" w:rsidTr="00191237">
        <w:trPr>
          <w:trHeight w:val="288"/>
        </w:trPr>
        <w:tc>
          <w:tcPr>
            <w:tcW w:w="2054" w:type="dxa"/>
            <w:vMerge w:val="restart"/>
            <w:noWrap/>
            <w:hideMark/>
          </w:tcPr>
          <w:p w14:paraId="16E159E6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  <w:p w14:paraId="5E428101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  <w:p w14:paraId="6BFC8562" w14:textId="385BE2E6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519602D4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Control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02F74D2B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Soft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chew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  <w:tc>
          <w:tcPr>
            <w:tcW w:w="2624" w:type="dxa"/>
            <w:gridSpan w:val="4"/>
            <w:shd w:val="clear" w:color="auto" w:fill="D9D9D9" w:themeFill="background1" w:themeFillShade="D9"/>
            <w:noWrap/>
            <w:hideMark/>
          </w:tcPr>
          <w:p w14:paraId="64582F67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Pellet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</w:tr>
      <w:tr w:rsidR="00191237" w:rsidRPr="008816F0" w14:paraId="4CF8C018" w14:textId="77777777" w:rsidTr="00191237">
        <w:trPr>
          <w:trHeight w:val="288"/>
        </w:trPr>
        <w:tc>
          <w:tcPr>
            <w:tcW w:w="2054" w:type="dxa"/>
            <w:vMerge/>
            <w:noWrap/>
            <w:hideMark/>
          </w:tcPr>
          <w:p w14:paraId="206D4740" w14:textId="4D357549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gridSpan w:val="2"/>
            <w:noWrap/>
            <w:hideMark/>
          </w:tcPr>
          <w:p w14:paraId="1B53313A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619442C7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0FD2BBCA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227AF2A6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61BBA1F8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1340" w:type="dxa"/>
            <w:gridSpan w:val="2"/>
            <w:noWrap/>
            <w:hideMark/>
          </w:tcPr>
          <w:p w14:paraId="764194DC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</w:tr>
      <w:tr w:rsidR="00191237" w:rsidRPr="008816F0" w14:paraId="05F53AB7" w14:textId="77777777" w:rsidTr="00191237">
        <w:trPr>
          <w:trHeight w:val="288"/>
        </w:trPr>
        <w:tc>
          <w:tcPr>
            <w:tcW w:w="2054" w:type="dxa"/>
            <w:vMerge/>
            <w:noWrap/>
            <w:hideMark/>
          </w:tcPr>
          <w:p w14:paraId="7DEE4270" w14:textId="7BC2068D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hideMark/>
          </w:tcPr>
          <w:p w14:paraId="3877CE34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672E831F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7E691B1E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21424C74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077BD00B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33E8D791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06A2978B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269C5603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569C7280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AE1884B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49367F62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698" w:type="dxa"/>
            <w:noWrap/>
            <w:hideMark/>
          </w:tcPr>
          <w:p w14:paraId="4AC1C025" w14:textId="77777777" w:rsidR="00191237" w:rsidRPr="008816F0" w:rsidRDefault="00191237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</w:tr>
      <w:tr w:rsidR="008816F0" w:rsidRPr="008816F0" w14:paraId="303599D2" w14:textId="77777777" w:rsidTr="00191237">
        <w:trPr>
          <w:trHeight w:val="288"/>
        </w:trPr>
        <w:tc>
          <w:tcPr>
            <w:tcW w:w="2054" w:type="dxa"/>
            <w:noWrap/>
            <w:vAlign w:val="bottom"/>
            <w:hideMark/>
          </w:tcPr>
          <w:p w14:paraId="2BDA27D8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B374722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2B0CFFF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428522A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9E4D7A4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B31AC3D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BA944BB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7BE5F9F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D673E9C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CD9DD95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D168116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362E84E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698" w:type="dxa"/>
            <w:noWrap/>
            <w:vAlign w:val="bottom"/>
            <w:hideMark/>
          </w:tcPr>
          <w:p w14:paraId="1476E4D6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</w:tr>
      <w:tr w:rsidR="008816F0" w:rsidRPr="008816F0" w14:paraId="5FB4455E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135AC9FC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Albumin (g/L)</w:t>
            </w:r>
          </w:p>
        </w:tc>
        <w:tc>
          <w:tcPr>
            <w:tcW w:w="0" w:type="auto"/>
            <w:noWrap/>
            <w:vAlign w:val="bottom"/>
            <w:hideMark/>
          </w:tcPr>
          <w:p w14:paraId="1D0380F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27,63</w:t>
            </w:r>
          </w:p>
        </w:tc>
        <w:tc>
          <w:tcPr>
            <w:tcW w:w="0" w:type="auto"/>
            <w:noWrap/>
            <w:vAlign w:val="bottom"/>
            <w:hideMark/>
          </w:tcPr>
          <w:p w14:paraId="2A777B5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3,73</w:t>
            </w:r>
          </w:p>
        </w:tc>
        <w:tc>
          <w:tcPr>
            <w:tcW w:w="0" w:type="auto"/>
            <w:noWrap/>
            <w:vAlign w:val="bottom"/>
            <w:hideMark/>
          </w:tcPr>
          <w:p w14:paraId="44C2A85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29,33</w:t>
            </w:r>
          </w:p>
        </w:tc>
        <w:tc>
          <w:tcPr>
            <w:tcW w:w="0" w:type="auto"/>
            <w:noWrap/>
            <w:vAlign w:val="bottom"/>
            <w:hideMark/>
          </w:tcPr>
          <w:p w14:paraId="7AC2051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1,44</w:t>
            </w:r>
          </w:p>
        </w:tc>
        <w:tc>
          <w:tcPr>
            <w:tcW w:w="0" w:type="auto"/>
            <w:noWrap/>
            <w:vAlign w:val="bottom"/>
            <w:hideMark/>
          </w:tcPr>
          <w:p w14:paraId="004A7FF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29,72</w:t>
            </w:r>
          </w:p>
        </w:tc>
        <w:tc>
          <w:tcPr>
            <w:tcW w:w="0" w:type="auto"/>
            <w:noWrap/>
            <w:vAlign w:val="bottom"/>
            <w:hideMark/>
          </w:tcPr>
          <w:p w14:paraId="451B6E7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0,92</w:t>
            </w:r>
          </w:p>
        </w:tc>
        <w:tc>
          <w:tcPr>
            <w:tcW w:w="0" w:type="auto"/>
            <w:noWrap/>
            <w:vAlign w:val="bottom"/>
            <w:hideMark/>
          </w:tcPr>
          <w:p w14:paraId="48696EE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28,83</w:t>
            </w:r>
          </w:p>
        </w:tc>
        <w:tc>
          <w:tcPr>
            <w:tcW w:w="0" w:type="auto"/>
            <w:noWrap/>
            <w:vAlign w:val="bottom"/>
            <w:hideMark/>
          </w:tcPr>
          <w:p w14:paraId="0FD0411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1,16</w:t>
            </w:r>
          </w:p>
        </w:tc>
        <w:tc>
          <w:tcPr>
            <w:tcW w:w="0" w:type="auto"/>
            <w:noWrap/>
            <w:vAlign w:val="bottom"/>
            <w:hideMark/>
          </w:tcPr>
          <w:p w14:paraId="435E4A3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29,48</w:t>
            </w:r>
          </w:p>
        </w:tc>
        <w:tc>
          <w:tcPr>
            <w:tcW w:w="0" w:type="auto"/>
            <w:noWrap/>
            <w:vAlign w:val="bottom"/>
            <w:hideMark/>
          </w:tcPr>
          <w:p w14:paraId="13526D5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1,97</w:t>
            </w:r>
          </w:p>
        </w:tc>
        <w:tc>
          <w:tcPr>
            <w:tcW w:w="0" w:type="auto"/>
            <w:noWrap/>
            <w:vAlign w:val="bottom"/>
            <w:hideMark/>
          </w:tcPr>
          <w:p w14:paraId="5C3A378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29,48</w:t>
            </w:r>
          </w:p>
        </w:tc>
        <w:tc>
          <w:tcPr>
            <w:tcW w:w="698" w:type="dxa"/>
            <w:noWrap/>
            <w:vAlign w:val="bottom"/>
            <w:hideMark/>
          </w:tcPr>
          <w:p w14:paraId="4071902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1,97</w:t>
            </w:r>
          </w:p>
        </w:tc>
      </w:tr>
      <w:tr w:rsidR="008816F0" w:rsidRPr="008816F0" w14:paraId="228E5FFC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21D60423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lastRenderedPageBreak/>
              <w:t>ALT (GPT) (U/L)</w:t>
            </w:r>
          </w:p>
        </w:tc>
        <w:tc>
          <w:tcPr>
            <w:tcW w:w="0" w:type="auto"/>
            <w:noWrap/>
            <w:vAlign w:val="bottom"/>
            <w:hideMark/>
          </w:tcPr>
          <w:p w14:paraId="2A69762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32,85</w:t>
            </w:r>
          </w:p>
        </w:tc>
        <w:tc>
          <w:tcPr>
            <w:tcW w:w="0" w:type="auto"/>
            <w:noWrap/>
            <w:vAlign w:val="bottom"/>
            <w:hideMark/>
          </w:tcPr>
          <w:p w14:paraId="2AE67BE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8,73</w:t>
            </w:r>
          </w:p>
        </w:tc>
        <w:tc>
          <w:tcPr>
            <w:tcW w:w="0" w:type="auto"/>
            <w:noWrap/>
            <w:vAlign w:val="bottom"/>
            <w:hideMark/>
          </w:tcPr>
          <w:p w14:paraId="672D110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32,18</w:t>
            </w:r>
          </w:p>
        </w:tc>
        <w:tc>
          <w:tcPr>
            <w:tcW w:w="0" w:type="auto"/>
            <w:noWrap/>
            <w:vAlign w:val="bottom"/>
            <w:hideMark/>
          </w:tcPr>
          <w:p w14:paraId="46F43DB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5,48</w:t>
            </w:r>
          </w:p>
        </w:tc>
        <w:tc>
          <w:tcPr>
            <w:tcW w:w="0" w:type="auto"/>
            <w:noWrap/>
            <w:vAlign w:val="bottom"/>
            <w:hideMark/>
          </w:tcPr>
          <w:p w14:paraId="22F1A54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48,42</w:t>
            </w:r>
          </w:p>
        </w:tc>
        <w:tc>
          <w:tcPr>
            <w:tcW w:w="0" w:type="auto"/>
            <w:noWrap/>
            <w:vAlign w:val="bottom"/>
            <w:hideMark/>
          </w:tcPr>
          <w:p w14:paraId="2B5F377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23,41</w:t>
            </w:r>
          </w:p>
        </w:tc>
        <w:tc>
          <w:tcPr>
            <w:tcW w:w="0" w:type="auto"/>
            <w:noWrap/>
            <w:vAlign w:val="bottom"/>
            <w:hideMark/>
          </w:tcPr>
          <w:p w14:paraId="7EDEB3E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51,32</w:t>
            </w:r>
          </w:p>
        </w:tc>
        <w:tc>
          <w:tcPr>
            <w:tcW w:w="0" w:type="auto"/>
            <w:noWrap/>
            <w:vAlign w:val="bottom"/>
            <w:hideMark/>
          </w:tcPr>
          <w:p w14:paraId="40A98F0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22,63</w:t>
            </w:r>
          </w:p>
        </w:tc>
        <w:tc>
          <w:tcPr>
            <w:tcW w:w="0" w:type="auto"/>
            <w:noWrap/>
            <w:vAlign w:val="bottom"/>
            <w:hideMark/>
          </w:tcPr>
          <w:p w14:paraId="43E1944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86,02</w:t>
            </w:r>
          </w:p>
        </w:tc>
        <w:tc>
          <w:tcPr>
            <w:tcW w:w="0" w:type="auto"/>
            <w:noWrap/>
            <w:vAlign w:val="bottom"/>
            <w:hideMark/>
          </w:tcPr>
          <w:p w14:paraId="400153B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119,73</w:t>
            </w:r>
          </w:p>
        </w:tc>
        <w:tc>
          <w:tcPr>
            <w:tcW w:w="0" w:type="auto"/>
            <w:noWrap/>
            <w:vAlign w:val="bottom"/>
            <w:hideMark/>
          </w:tcPr>
          <w:p w14:paraId="0DF6302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44,68</w:t>
            </w:r>
          </w:p>
        </w:tc>
        <w:tc>
          <w:tcPr>
            <w:tcW w:w="698" w:type="dxa"/>
            <w:noWrap/>
            <w:vAlign w:val="bottom"/>
            <w:hideMark/>
          </w:tcPr>
          <w:p w14:paraId="38A1643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39,71</w:t>
            </w:r>
          </w:p>
        </w:tc>
      </w:tr>
      <w:tr w:rsidR="008816F0" w:rsidRPr="008816F0" w14:paraId="6D117A41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4B04FD65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Alpha-amylase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(U/L)</w:t>
            </w:r>
          </w:p>
        </w:tc>
        <w:tc>
          <w:tcPr>
            <w:tcW w:w="0" w:type="auto"/>
            <w:noWrap/>
            <w:vAlign w:val="bottom"/>
            <w:hideMark/>
          </w:tcPr>
          <w:p w14:paraId="1979E40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723,25</w:t>
            </w:r>
          </w:p>
        </w:tc>
        <w:tc>
          <w:tcPr>
            <w:tcW w:w="0" w:type="auto"/>
            <w:noWrap/>
            <w:vAlign w:val="bottom"/>
            <w:hideMark/>
          </w:tcPr>
          <w:p w14:paraId="742DE6A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109,69</w:t>
            </w:r>
          </w:p>
        </w:tc>
        <w:tc>
          <w:tcPr>
            <w:tcW w:w="0" w:type="auto"/>
            <w:noWrap/>
            <w:vAlign w:val="bottom"/>
            <w:hideMark/>
          </w:tcPr>
          <w:p w14:paraId="1FF6E6D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676,5</w:t>
            </w:r>
          </w:p>
        </w:tc>
        <w:tc>
          <w:tcPr>
            <w:tcW w:w="0" w:type="auto"/>
            <w:noWrap/>
            <w:vAlign w:val="bottom"/>
            <w:hideMark/>
          </w:tcPr>
          <w:p w14:paraId="5E02B34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51,71</w:t>
            </w:r>
          </w:p>
        </w:tc>
        <w:tc>
          <w:tcPr>
            <w:tcW w:w="0" w:type="auto"/>
            <w:noWrap/>
            <w:vAlign w:val="bottom"/>
            <w:hideMark/>
          </w:tcPr>
          <w:p w14:paraId="28A4773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690,5</w:t>
            </w:r>
          </w:p>
        </w:tc>
        <w:tc>
          <w:tcPr>
            <w:tcW w:w="0" w:type="auto"/>
            <w:noWrap/>
            <w:vAlign w:val="bottom"/>
            <w:hideMark/>
          </w:tcPr>
          <w:p w14:paraId="487E83A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112,71</w:t>
            </w:r>
          </w:p>
        </w:tc>
        <w:tc>
          <w:tcPr>
            <w:tcW w:w="0" w:type="auto"/>
            <w:noWrap/>
            <w:vAlign w:val="bottom"/>
            <w:hideMark/>
          </w:tcPr>
          <w:p w14:paraId="388E3FA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691</w:t>
            </w:r>
          </w:p>
        </w:tc>
        <w:tc>
          <w:tcPr>
            <w:tcW w:w="0" w:type="auto"/>
            <w:noWrap/>
            <w:vAlign w:val="bottom"/>
            <w:hideMark/>
          </w:tcPr>
          <w:p w14:paraId="442C4E7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83,93</w:t>
            </w:r>
          </w:p>
        </w:tc>
        <w:tc>
          <w:tcPr>
            <w:tcW w:w="0" w:type="auto"/>
            <w:noWrap/>
            <w:vAlign w:val="bottom"/>
            <w:hideMark/>
          </w:tcPr>
          <w:p w14:paraId="72CB2DE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769,67</w:t>
            </w:r>
          </w:p>
        </w:tc>
        <w:tc>
          <w:tcPr>
            <w:tcW w:w="0" w:type="auto"/>
            <w:noWrap/>
            <w:vAlign w:val="bottom"/>
            <w:hideMark/>
          </w:tcPr>
          <w:p w14:paraId="77ACEEB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83,25</w:t>
            </w:r>
          </w:p>
        </w:tc>
        <w:tc>
          <w:tcPr>
            <w:tcW w:w="0" w:type="auto"/>
            <w:noWrap/>
            <w:vAlign w:val="bottom"/>
            <w:hideMark/>
          </w:tcPr>
          <w:p w14:paraId="404F407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871</w:t>
            </w:r>
          </w:p>
        </w:tc>
        <w:tc>
          <w:tcPr>
            <w:tcW w:w="698" w:type="dxa"/>
            <w:noWrap/>
            <w:vAlign w:val="bottom"/>
            <w:hideMark/>
          </w:tcPr>
          <w:p w14:paraId="3B6A036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237,29</w:t>
            </w:r>
          </w:p>
        </w:tc>
      </w:tr>
      <w:tr w:rsidR="008816F0" w:rsidRPr="008816F0" w14:paraId="0F8D0981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528C08C6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Alkaline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phosphatase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(AP, U/L)</w:t>
            </w:r>
          </w:p>
        </w:tc>
        <w:tc>
          <w:tcPr>
            <w:tcW w:w="0" w:type="auto"/>
            <w:noWrap/>
            <w:vAlign w:val="bottom"/>
            <w:hideMark/>
          </w:tcPr>
          <w:p w14:paraId="613962D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43</w:t>
            </w:r>
          </w:p>
        </w:tc>
        <w:tc>
          <w:tcPr>
            <w:tcW w:w="0" w:type="auto"/>
            <w:noWrap/>
            <w:vAlign w:val="bottom"/>
            <w:hideMark/>
          </w:tcPr>
          <w:p w14:paraId="7191431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28,32</w:t>
            </w:r>
          </w:p>
        </w:tc>
        <w:tc>
          <w:tcPr>
            <w:tcW w:w="0" w:type="auto"/>
            <w:noWrap/>
            <w:vAlign w:val="bottom"/>
            <w:hideMark/>
          </w:tcPr>
          <w:p w14:paraId="6CC8C98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23</w:t>
            </w:r>
          </w:p>
        </w:tc>
        <w:tc>
          <w:tcPr>
            <w:tcW w:w="0" w:type="auto"/>
            <w:noWrap/>
            <w:vAlign w:val="bottom"/>
            <w:hideMark/>
          </w:tcPr>
          <w:p w14:paraId="6DE78AE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12,38</w:t>
            </w:r>
          </w:p>
        </w:tc>
        <w:tc>
          <w:tcPr>
            <w:tcW w:w="0" w:type="auto"/>
            <w:noWrap/>
            <w:vAlign w:val="bottom"/>
            <w:hideMark/>
          </w:tcPr>
          <w:p w14:paraId="66C93B9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21,33</w:t>
            </w:r>
          </w:p>
        </w:tc>
        <w:tc>
          <w:tcPr>
            <w:tcW w:w="0" w:type="auto"/>
            <w:noWrap/>
            <w:vAlign w:val="bottom"/>
            <w:hideMark/>
          </w:tcPr>
          <w:p w14:paraId="510061E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5,54</w:t>
            </w:r>
          </w:p>
        </w:tc>
        <w:tc>
          <w:tcPr>
            <w:tcW w:w="0" w:type="auto"/>
            <w:noWrap/>
            <w:vAlign w:val="bottom"/>
            <w:hideMark/>
          </w:tcPr>
          <w:p w14:paraId="16B7D3E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17,33</w:t>
            </w:r>
          </w:p>
        </w:tc>
        <w:tc>
          <w:tcPr>
            <w:tcW w:w="0" w:type="auto"/>
            <w:noWrap/>
            <w:vAlign w:val="bottom"/>
            <w:hideMark/>
          </w:tcPr>
          <w:p w14:paraId="2548EC4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6,5</w:t>
            </w:r>
          </w:p>
        </w:tc>
        <w:tc>
          <w:tcPr>
            <w:tcW w:w="0" w:type="auto"/>
            <w:noWrap/>
            <w:vAlign w:val="bottom"/>
            <w:hideMark/>
          </w:tcPr>
          <w:p w14:paraId="799C615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26,83</w:t>
            </w:r>
          </w:p>
        </w:tc>
        <w:tc>
          <w:tcPr>
            <w:tcW w:w="0" w:type="auto"/>
            <w:noWrap/>
            <w:vAlign w:val="bottom"/>
            <w:hideMark/>
          </w:tcPr>
          <w:p w14:paraId="7F4E22E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6,91</w:t>
            </w:r>
          </w:p>
        </w:tc>
        <w:tc>
          <w:tcPr>
            <w:tcW w:w="0" w:type="auto"/>
            <w:noWrap/>
            <w:vAlign w:val="bottom"/>
            <w:hideMark/>
          </w:tcPr>
          <w:p w14:paraId="739D3CC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19</w:t>
            </w:r>
          </w:p>
        </w:tc>
        <w:tc>
          <w:tcPr>
            <w:tcW w:w="698" w:type="dxa"/>
            <w:noWrap/>
            <w:vAlign w:val="bottom"/>
            <w:hideMark/>
          </w:tcPr>
          <w:p w14:paraId="7232525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6,78</w:t>
            </w:r>
          </w:p>
        </w:tc>
      </w:tr>
      <w:tr w:rsidR="008816F0" w:rsidRPr="008816F0" w14:paraId="0866BA76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30B25B21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AST (GOT) (U/L)</w:t>
            </w:r>
          </w:p>
        </w:tc>
        <w:tc>
          <w:tcPr>
            <w:tcW w:w="0" w:type="auto"/>
            <w:noWrap/>
            <w:vAlign w:val="bottom"/>
            <w:hideMark/>
          </w:tcPr>
          <w:p w14:paraId="455EBC7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26,38</w:t>
            </w:r>
          </w:p>
        </w:tc>
        <w:tc>
          <w:tcPr>
            <w:tcW w:w="0" w:type="auto"/>
            <w:noWrap/>
            <w:vAlign w:val="bottom"/>
            <w:hideMark/>
          </w:tcPr>
          <w:p w14:paraId="5E719D1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6,43</w:t>
            </w:r>
          </w:p>
        </w:tc>
        <w:tc>
          <w:tcPr>
            <w:tcW w:w="0" w:type="auto"/>
            <w:noWrap/>
            <w:vAlign w:val="bottom"/>
            <w:hideMark/>
          </w:tcPr>
          <w:p w14:paraId="47A35B9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42,4</w:t>
            </w:r>
          </w:p>
        </w:tc>
        <w:tc>
          <w:tcPr>
            <w:tcW w:w="0" w:type="auto"/>
            <w:noWrap/>
            <w:vAlign w:val="bottom"/>
            <w:hideMark/>
          </w:tcPr>
          <w:p w14:paraId="60FE3F9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8,2</w:t>
            </w:r>
          </w:p>
        </w:tc>
        <w:tc>
          <w:tcPr>
            <w:tcW w:w="0" w:type="auto"/>
            <w:noWrap/>
            <w:vAlign w:val="bottom"/>
            <w:hideMark/>
          </w:tcPr>
          <w:p w14:paraId="14DB895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23,58</w:t>
            </w:r>
          </w:p>
        </w:tc>
        <w:tc>
          <w:tcPr>
            <w:tcW w:w="0" w:type="auto"/>
            <w:noWrap/>
            <w:vAlign w:val="bottom"/>
            <w:hideMark/>
          </w:tcPr>
          <w:p w14:paraId="4530622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3,29</w:t>
            </w:r>
          </w:p>
        </w:tc>
        <w:tc>
          <w:tcPr>
            <w:tcW w:w="0" w:type="auto"/>
            <w:noWrap/>
            <w:vAlign w:val="bottom"/>
            <w:hideMark/>
          </w:tcPr>
          <w:p w14:paraId="6C32A86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39,92</w:t>
            </w:r>
          </w:p>
        </w:tc>
        <w:tc>
          <w:tcPr>
            <w:tcW w:w="0" w:type="auto"/>
            <w:noWrap/>
            <w:vAlign w:val="bottom"/>
            <w:hideMark/>
          </w:tcPr>
          <w:p w14:paraId="6E72FAF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8,76</w:t>
            </w:r>
          </w:p>
        </w:tc>
        <w:tc>
          <w:tcPr>
            <w:tcW w:w="0" w:type="auto"/>
            <w:noWrap/>
            <w:vAlign w:val="bottom"/>
            <w:hideMark/>
          </w:tcPr>
          <w:p w14:paraId="4C11B7B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24,8</w:t>
            </w:r>
          </w:p>
        </w:tc>
        <w:tc>
          <w:tcPr>
            <w:tcW w:w="0" w:type="auto"/>
            <w:noWrap/>
            <w:vAlign w:val="bottom"/>
            <w:hideMark/>
          </w:tcPr>
          <w:p w14:paraId="5EC1719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4,48</w:t>
            </w:r>
          </w:p>
        </w:tc>
        <w:tc>
          <w:tcPr>
            <w:tcW w:w="0" w:type="auto"/>
            <w:noWrap/>
            <w:vAlign w:val="bottom"/>
            <w:hideMark/>
          </w:tcPr>
          <w:p w14:paraId="3E2FC21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35,18</w:t>
            </w:r>
          </w:p>
        </w:tc>
        <w:tc>
          <w:tcPr>
            <w:tcW w:w="698" w:type="dxa"/>
            <w:noWrap/>
            <w:vAlign w:val="bottom"/>
            <w:hideMark/>
          </w:tcPr>
          <w:p w14:paraId="4934C49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6,2</w:t>
            </w:r>
          </w:p>
        </w:tc>
      </w:tr>
      <w:tr w:rsidR="008816F0" w:rsidRPr="008816F0" w14:paraId="1CD21B2C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680C0008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Total protein (g/L)</w:t>
            </w:r>
          </w:p>
        </w:tc>
        <w:tc>
          <w:tcPr>
            <w:tcW w:w="0" w:type="auto"/>
            <w:noWrap/>
            <w:vAlign w:val="bottom"/>
            <w:hideMark/>
          </w:tcPr>
          <w:p w14:paraId="2F6A117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60,6</w:t>
            </w:r>
          </w:p>
        </w:tc>
        <w:tc>
          <w:tcPr>
            <w:tcW w:w="0" w:type="auto"/>
            <w:noWrap/>
            <w:vAlign w:val="bottom"/>
            <w:hideMark/>
          </w:tcPr>
          <w:p w14:paraId="132CE4E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4,55</w:t>
            </w:r>
          </w:p>
        </w:tc>
        <w:tc>
          <w:tcPr>
            <w:tcW w:w="0" w:type="auto"/>
            <w:noWrap/>
            <w:vAlign w:val="bottom"/>
            <w:hideMark/>
          </w:tcPr>
          <w:p w14:paraId="3C56A0F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61,35</w:t>
            </w:r>
          </w:p>
        </w:tc>
        <w:tc>
          <w:tcPr>
            <w:tcW w:w="0" w:type="auto"/>
            <w:noWrap/>
            <w:vAlign w:val="bottom"/>
            <w:hideMark/>
          </w:tcPr>
          <w:p w14:paraId="6269701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2,78</w:t>
            </w:r>
          </w:p>
        </w:tc>
        <w:tc>
          <w:tcPr>
            <w:tcW w:w="0" w:type="auto"/>
            <w:noWrap/>
            <w:vAlign w:val="bottom"/>
            <w:hideMark/>
          </w:tcPr>
          <w:p w14:paraId="01FE8FE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59,65</w:t>
            </w:r>
          </w:p>
        </w:tc>
        <w:tc>
          <w:tcPr>
            <w:tcW w:w="0" w:type="auto"/>
            <w:noWrap/>
            <w:vAlign w:val="bottom"/>
            <w:hideMark/>
          </w:tcPr>
          <w:p w14:paraId="1DE27CF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2,46</w:t>
            </w:r>
          </w:p>
        </w:tc>
        <w:tc>
          <w:tcPr>
            <w:tcW w:w="0" w:type="auto"/>
            <w:noWrap/>
            <w:vAlign w:val="bottom"/>
            <w:hideMark/>
          </w:tcPr>
          <w:p w14:paraId="14DFC0A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61,78</w:t>
            </w:r>
          </w:p>
        </w:tc>
        <w:tc>
          <w:tcPr>
            <w:tcW w:w="0" w:type="auto"/>
            <w:noWrap/>
            <w:vAlign w:val="bottom"/>
            <w:hideMark/>
          </w:tcPr>
          <w:p w14:paraId="66EDCF3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3,27</w:t>
            </w:r>
          </w:p>
        </w:tc>
        <w:tc>
          <w:tcPr>
            <w:tcW w:w="0" w:type="auto"/>
            <w:noWrap/>
            <w:vAlign w:val="bottom"/>
            <w:hideMark/>
          </w:tcPr>
          <w:p w14:paraId="4C33F61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60,18</w:t>
            </w:r>
          </w:p>
        </w:tc>
        <w:tc>
          <w:tcPr>
            <w:tcW w:w="0" w:type="auto"/>
            <w:noWrap/>
            <w:vAlign w:val="bottom"/>
            <w:hideMark/>
          </w:tcPr>
          <w:p w14:paraId="0075445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5,01</w:t>
            </w:r>
          </w:p>
        </w:tc>
        <w:tc>
          <w:tcPr>
            <w:tcW w:w="0" w:type="auto"/>
            <w:noWrap/>
            <w:vAlign w:val="bottom"/>
            <w:hideMark/>
          </w:tcPr>
          <w:p w14:paraId="2DCAE7D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62,48</w:t>
            </w:r>
          </w:p>
        </w:tc>
        <w:tc>
          <w:tcPr>
            <w:tcW w:w="698" w:type="dxa"/>
            <w:noWrap/>
            <w:vAlign w:val="bottom"/>
            <w:hideMark/>
          </w:tcPr>
          <w:p w14:paraId="5C2BF13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3,38</w:t>
            </w:r>
          </w:p>
        </w:tc>
      </w:tr>
      <w:tr w:rsidR="008816F0" w:rsidRPr="008816F0" w14:paraId="106B24DF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436921BA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Bilirubin (µmol/L)</w:t>
            </w:r>
          </w:p>
        </w:tc>
        <w:tc>
          <w:tcPr>
            <w:tcW w:w="0" w:type="auto"/>
            <w:noWrap/>
            <w:vAlign w:val="bottom"/>
            <w:hideMark/>
          </w:tcPr>
          <w:p w14:paraId="333FC5F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2,83</w:t>
            </w:r>
          </w:p>
        </w:tc>
        <w:tc>
          <w:tcPr>
            <w:tcW w:w="0" w:type="auto"/>
            <w:noWrap/>
            <w:vAlign w:val="bottom"/>
            <w:hideMark/>
          </w:tcPr>
          <w:p w14:paraId="309B90E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0,26</w:t>
            </w:r>
          </w:p>
        </w:tc>
        <w:tc>
          <w:tcPr>
            <w:tcW w:w="0" w:type="auto"/>
            <w:noWrap/>
            <w:vAlign w:val="bottom"/>
            <w:hideMark/>
          </w:tcPr>
          <w:p w14:paraId="5B13539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2,75</w:t>
            </w:r>
          </w:p>
        </w:tc>
        <w:tc>
          <w:tcPr>
            <w:tcW w:w="0" w:type="auto"/>
            <w:noWrap/>
            <w:vAlign w:val="bottom"/>
            <w:hideMark/>
          </w:tcPr>
          <w:p w14:paraId="0F79FDD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0,32</w:t>
            </w:r>
          </w:p>
        </w:tc>
        <w:tc>
          <w:tcPr>
            <w:tcW w:w="0" w:type="auto"/>
            <w:noWrap/>
            <w:vAlign w:val="bottom"/>
            <w:hideMark/>
          </w:tcPr>
          <w:p w14:paraId="560B762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2,88</w:t>
            </w:r>
          </w:p>
        </w:tc>
        <w:tc>
          <w:tcPr>
            <w:tcW w:w="0" w:type="auto"/>
            <w:noWrap/>
            <w:vAlign w:val="bottom"/>
            <w:hideMark/>
          </w:tcPr>
          <w:p w14:paraId="10C14CC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0,28</w:t>
            </w:r>
          </w:p>
        </w:tc>
        <w:tc>
          <w:tcPr>
            <w:tcW w:w="0" w:type="auto"/>
            <w:noWrap/>
            <w:vAlign w:val="bottom"/>
            <w:hideMark/>
          </w:tcPr>
          <w:p w14:paraId="62AA48A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3,01</w:t>
            </w:r>
          </w:p>
        </w:tc>
        <w:tc>
          <w:tcPr>
            <w:tcW w:w="0" w:type="auto"/>
            <w:noWrap/>
            <w:vAlign w:val="bottom"/>
            <w:hideMark/>
          </w:tcPr>
          <w:p w14:paraId="39B10B0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0,45</w:t>
            </w:r>
          </w:p>
        </w:tc>
        <w:tc>
          <w:tcPr>
            <w:tcW w:w="0" w:type="auto"/>
            <w:noWrap/>
            <w:vAlign w:val="bottom"/>
            <w:hideMark/>
          </w:tcPr>
          <w:p w14:paraId="5800CA6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3,22</w:t>
            </w:r>
          </w:p>
        </w:tc>
        <w:tc>
          <w:tcPr>
            <w:tcW w:w="0" w:type="auto"/>
            <w:noWrap/>
            <w:vAlign w:val="bottom"/>
            <w:hideMark/>
          </w:tcPr>
          <w:p w14:paraId="3161E0D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0,21</w:t>
            </w:r>
          </w:p>
        </w:tc>
        <w:tc>
          <w:tcPr>
            <w:tcW w:w="0" w:type="auto"/>
            <w:noWrap/>
            <w:vAlign w:val="bottom"/>
            <w:hideMark/>
          </w:tcPr>
          <w:p w14:paraId="12FB182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3,18</w:t>
            </w:r>
          </w:p>
        </w:tc>
        <w:tc>
          <w:tcPr>
            <w:tcW w:w="698" w:type="dxa"/>
            <w:noWrap/>
            <w:vAlign w:val="bottom"/>
            <w:hideMark/>
          </w:tcPr>
          <w:p w14:paraId="45DB7D8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0,51</w:t>
            </w:r>
          </w:p>
        </w:tc>
      </w:tr>
      <w:tr w:rsidR="008816F0" w:rsidRPr="008816F0" w14:paraId="453C2147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79723269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Cholesterol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2D04D73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4,74</w:t>
            </w:r>
          </w:p>
        </w:tc>
        <w:tc>
          <w:tcPr>
            <w:tcW w:w="0" w:type="auto"/>
            <w:noWrap/>
            <w:vAlign w:val="bottom"/>
            <w:hideMark/>
          </w:tcPr>
          <w:p w14:paraId="2DC1103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0,83</w:t>
            </w:r>
          </w:p>
        </w:tc>
        <w:tc>
          <w:tcPr>
            <w:tcW w:w="0" w:type="auto"/>
            <w:noWrap/>
            <w:vAlign w:val="bottom"/>
            <w:hideMark/>
          </w:tcPr>
          <w:p w14:paraId="62976FB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4,69</w:t>
            </w:r>
          </w:p>
        </w:tc>
        <w:tc>
          <w:tcPr>
            <w:tcW w:w="0" w:type="auto"/>
            <w:noWrap/>
            <w:vAlign w:val="bottom"/>
            <w:hideMark/>
          </w:tcPr>
          <w:p w14:paraId="66A5644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0,78</w:t>
            </w:r>
          </w:p>
        </w:tc>
        <w:tc>
          <w:tcPr>
            <w:tcW w:w="0" w:type="auto"/>
            <w:noWrap/>
            <w:vAlign w:val="bottom"/>
            <w:hideMark/>
          </w:tcPr>
          <w:p w14:paraId="72048C0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4,57</w:t>
            </w:r>
          </w:p>
        </w:tc>
        <w:tc>
          <w:tcPr>
            <w:tcW w:w="0" w:type="auto"/>
            <w:noWrap/>
            <w:vAlign w:val="bottom"/>
            <w:hideMark/>
          </w:tcPr>
          <w:p w14:paraId="337C9DA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0,76</w:t>
            </w:r>
          </w:p>
        </w:tc>
        <w:tc>
          <w:tcPr>
            <w:tcW w:w="0" w:type="auto"/>
            <w:noWrap/>
            <w:vAlign w:val="bottom"/>
            <w:hideMark/>
          </w:tcPr>
          <w:p w14:paraId="4EB97AB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4,92</w:t>
            </w:r>
          </w:p>
        </w:tc>
        <w:tc>
          <w:tcPr>
            <w:tcW w:w="0" w:type="auto"/>
            <w:noWrap/>
            <w:vAlign w:val="bottom"/>
            <w:hideMark/>
          </w:tcPr>
          <w:p w14:paraId="3CA5B74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0,98</w:t>
            </w:r>
          </w:p>
        </w:tc>
        <w:tc>
          <w:tcPr>
            <w:tcW w:w="0" w:type="auto"/>
            <w:noWrap/>
            <w:vAlign w:val="bottom"/>
            <w:hideMark/>
          </w:tcPr>
          <w:p w14:paraId="3C747E0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5,08</w:t>
            </w:r>
          </w:p>
        </w:tc>
        <w:tc>
          <w:tcPr>
            <w:tcW w:w="0" w:type="auto"/>
            <w:noWrap/>
            <w:vAlign w:val="bottom"/>
            <w:hideMark/>
          </w:tcPr>
          <w:p w14:paraId="5C14841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1,03</w:t>
            </w:r>
          </w:p>
        </w:tc>
        <w:tc>
          <w:tcPr>
            <w:tcW w:w="0" w:type="auto"/>
            <w:noWrap/>
            <w:vAlign w:val="bottom"/>
            <w:hideMark/>
          </w:tcPr>
          <w:p w14:paraId="1A1CA8F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5,52</w:t>
            </w:r>
          </w:p>
        </w:tc>
        <w:tc>
          <w:tcPr>
            <w:tcW w:w="698" w:type="dxa"/>
            <w:noWrap/>
            <w:vAlign w:val="bottom"/>
            <w:hideMark/>
          </w:tcPr>
          <w:p w14:paraId="588A1B0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0,88</w:t>
            </w:r>
          </w:p>
        </w:tc>
      </w:tr>
      <w:tr w:rsidR="008816F0" w:rsidRPr="008816F0" w14:paraId="49400871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2ED5880C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CK (U/L)</w:t>
            </w:r>
          </w:p>
        </w:tc>
        <w:tc>
          <w:tcPr>
            <w:tcW w:w="0" w:type="auto"/>
            <w:noWrap/>
            <w:vAlign w:val="bottom"/>
            <w:hideMark/>
          </w:tcPr>
          <w:p w14:paraId="50D0F36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96</w:t>
            </w:r>
          </w:p>
        </w:tc>
        <w:tc>
          <w:tcPr>
            <w:tcW w:w="0" w:type="auto"/>
            <w:noWrap/>
            <w:vAlign w:val="bottom"/>
            <w:hideMark/>
          </w:tcPr>
          <w:p w14:paraId="7B157A7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37,71</w:t>
            </w:r>
          </w:p>
        </w:tc>
        <w:tc>
          <w:tcPr>
            <w:tcW w:w="0" w:type="auto"/>
            <w:noWrap/>
            <w:vAlign w:val="bottom"/>
            <w:hideMark/>
          </w:tcPr>
          <w:p w14:paraId="0209451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183</w:t>
            </w:r>
          </w:p>
        </w:tc>
        <w:tc>
          <w:tcPr>
            <w:tcW w:w="0" w:type="auto"/>
            <w:noWrap/>
            <w:vAlign w:val="bottom"/>
            <w:hideMark/>
          </w:tcPr>
          <w:p w14:paraId="38AB321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57,75</w:t>
            </w:r>
          </w:p>
        </w:tc>
        <w:tc>
          <w:tcPr>
            <w:tcW w:w="0" w:type="auto"/>
            <w:noWrap/>
            <w:vAlign w:val="bottom"/>
            <w:hideMark/>
          </w:tcPr>
          <w:p w14:paraId="1AAD1D1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90,17</w:t>
            </w:r>
          </w:p>
        </w:tc>
        <w:tc>
          <w:tcPr>
            <w:tcW w:w="0" w:type="auto"/>
            <w:noWrap/>
            <w:vAlign w:val="bottom"/>
            <w:hideMark/>
          </w:tcPr>
          <w:p w14:paraId="7E427E9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23,95</w:t>
            </w:r>
          </w:p>
        </w:tc>
        <w:tc>
          <w:tcPr>
            <w:tcW w:w="0" w:type="auto"/>
            <w:noWrap/>
            <w:vAlign w:val="bottom"/>
            <w:hideMark/>
          </w:tcPr>
          <w:p w14:paraId="57FFEC6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158,67</w:t>
            </w:r>
          </w:p>
        </w:tc>
        <w:tc>
          <w:tcPr>
            <w:tcW w:w="0" w:type="auto"/>
            <w:noWrap/>
            <w:vAlign w:val="bottom"/>
            <w:hideMark/>
          </w:tcPr>
          <w:p w14:paraId="101E160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55,32</w:t>
            </w:r>
          </w:p>
        </w:tc>
        <w:tc>
          <w:tcPr>
            <w:tcW w:w="0" w:type="auto"/>
            <w:noWrap/>
            <w:vAlign w:val="bottom"/>
            <w:hideMark/>
          </w:tcPr>
          <w:p w14:paraId="6D3EAFE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101,17</w:t>
            </w:r>
          </w:p>
        </w:tc>
        <w:tc>
          <w:tcPr>
            <w:tcW w:w="0" w:type="auto"/>
            <w:noWrap/>
            <w:vAlign w:val="bottom"/>
            <w:hideMark/>
          </w:tcPr>
          <w:p w14:paraId="18EF09B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15,39</w:t>
            </w:r>
          </w:p>
        </w:tc>
        <w:tc>
          <w:tcPr>
            <w:tcW w:w="0" w:type="auto"/>
            <w:noWrap/>
            <w:vAlign w:val="bottom"/>
            <w:hideMark/>
          </w:tcPr>
          <w:p w14:paraId="2554480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146,33</w:t>
            </w:r>
          </w:p>
        </w:tc>
        <w:tc>
          <w:tcPr>
            <w:tcW w:w="698" w:type="dxa"/>
            <w:noWrap/>
            <w:vAlign w:val="bottom"/>
            <w:hideMark/>
          </w:tcPr>
          <w:p w14:paraId="2D5C4E9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42,81</w:t>
            </w:r>
          </w:p>
        </w:tc>
      </w:tr>
      <w:tr w:rsidR="008816F0" w:rsidRPr="008816F0" w14:paraId="6ECFD723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3890AE1E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GLDH (U/L)</w:t>
            </w:r>
          </w:p>
        </w:tc>
        <w:tc>
          <w:tcPr>
            <w:tcW w:w="0" w:type="auto"/>
            <w:noWrap/>
            <w:vAlign w:val="bottom"/>
            <w:hideMark/>
          </w:tcPr>
          <w:p w14:paraId="2174914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3,87</w:t>
            </w:r>
          </w:p>
        </w:tc>
        <w:tc>
          <w:tcPr>
            <w:tcW w:w="0" w:type="auto"/>
            <w:noWrap/>
            <w:vAlign w:val="bottom"/>
            <w:hideMark/>
          </w:tcPr>
          <w:p w14:paraId="0FF675F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0,92</w:t>
            </w:r>
          </w:p>
        </w:tc>
        <w:tc>
          <w:tcPr>
            <w:tcW w:w="0" w:type="auto"/>
            <w:noWrap/>
            <w:vAlign w:val="bottom"/>
            <w:hideMark/>
          </w:tcPr>
          <w:p w14:paraId="7D17388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3,83</w:t>
            </w:r>
          </w:p>
        </w:tc>
        <w:tc>
          <w:tcPr>
            <w:tcW w:w="0" w:type="auto"/>
            <w:noWrap/>
            <w:vAlign w:val="bottom"/>
            <w:hideMark/>
          </w:tcPr>
          <w:p w14:paraId="7EE1542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0,75</w:t>
            </w:r>
          </w:p>
        </w:tc>
        <w:tc>
          <w:tcPr>
            <w:tcW w:w="0" w:type="auto"/>
            <w:noWrap/>
            <w:vAlign w:val="bottom"/>
            <w:hideMark/>
          </w:tcPr>
          <w:p w14:paraId="25677CB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5,05</w:t>
            </w:r>
          </w:p>
        </w:tc>
        <w:tc>
          <w:tcPr>
            <w:tcW w:w="0" w:type="auto"/>
            <w:noWrap/>
            <w:vAlign w:val="bottom"/>
            <w:hideMark/>
          </w:tcPr>
          <w:p w14:paraId="0E27889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1,26</w:t>
            </w:r>
          </w:p>
        </w:tc>
        <w:tc>
          <w:tcPr>
            <w:tcW w:w="0" w:type="auto"/>
            <w:noWrap/>
            <w:vAlign w:val="bottom"/>
            <w:hideMark/>
          </w:tcPr>
          <w:p w14:paraId="1DB0C19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5,65</w:t>
            </w:r>
          </w:p>
        </w:tc>
        <w:tc>
          <w:tcPr>
            <w:tcW w:w="0" w:type="auto"/>
            <w:noWrap/>
            <w:vAlign w:val="bottom"/>
            <w:hideMark/>
          </w:tcPr>
          <w:p w14:paraId="2100379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1,7</w:t>
            </w:r>
          </w:p>
        </w:tc>
        <w:tc>
          <w:tcPr>
            <w:tcW w:w="0" w:type="auto"/>
            <w:noWrap/>
            <w:vAlign w:val="bottom"/>
            <w:hideMark/>
          </w:tcPr>
          <w:p w14:paraId="2061855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10,94</w:t>
            </w:r>
          </w:p>
        </w:tc>
        <w:tc>
          <w:tcPr>
            <w:tcW w:w="0" w:type="auto"/>
            <w:noWrap/>
            <w:vAlign w:val="bottom"/>
            <w:hideMark/>
          </w:tcPr>
          <w:p w14:paraId="5845C44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17,53</w:t>
            </w:r>
          </w:p>
        </w:tc>
        <w:tc>
          <w:tcPr>
            <w:tcW w:w="0" w:type="auto"/>
            <w:noWrap/>
            <w:vAlign w:val="bottom"/>
            <w:hideMark/>
          </w:tcPr>
          <w:p w14:paraId="0788D2C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4,98</w:t>
            </w:r>
          </w:p>
        </w:tc>
        <w:tc>
          <w:tcPr>
            <w:tcW w:w="698" w:type="dxa"/>
            <w:noWrap/>
            <w:vAlign w:val="bottom"/>
            <w:hideMark/>
          </w:tcPr>
          <w:p w14:paraId="270B127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3,05</w:t>
            </w:r>
          </w:p>
        </w:tc>
      </w:tr>
      <w:tr w:rsidR="008816F0" w:rsidRPr="008816F0" w14:paraId="6C009054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367D423E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Glucose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7E6306F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3,54</w:t>
            </w:r>
          </w:p>
        </w:tc>
        <w:tc>
          <w:tcPr>
            <w:tcW w:w="0" w:type="auto"/>
            <w:noWrap/>
            <w:vAlign w:val="bottom"/>
            <w:hideMark/>
          </w:tcPr>
          <w:p w14:paraId="380FCFC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0,27</w:t>
            </w:r>
          </w:p>
        </w:tc>
        <w:tc>
          <w:tcPr>
            <w:tcW w:w="0" w:type="auto"/>
            <w:noWrap/>
            <w:vAlign w:val="bottom"/>
            <w:hideMark/>
          </w:tcPr>
          <w:p w14:paraId="51A3FF2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4,2</w:t>
            </w:r>
          </w:p>
        </w:tc>
        <w:tc>
          <w:tcPr>
            <w:tcW w:w="0" w:type="auto"/>
            <w:noWrap/>
            <w:vAlign w:val="bottom"/>
            <w:hideMark/>
          </w:tcPr>
          <w:p w14:paraId="1B807BE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</w:t>
            </w:r>
          </w:p>
        </w:tc>
        <w:tc>
          <w:tcPr>
            <w:tcW w:w="0" w:type="auto"/>
            <w:noWrap/>
            <w:vAlign w:val="bottom"/>
            <w:hideMark/>
          </w:tcPr>
          <w:p w14:paraId="2B1DDC4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3,51</w:t>
            </w:r>
          </w:p>
        </w:tc>
        <w:tc>
          <w:tcPr>
            <w:tcW w:w="0" w:type="auto"/>
            <w:noWrap/>
            <w:vAlign w:val="bottom"/>
            <w:hideMark/>
          </w:tcPr>
          <w:p w14:paraId="339872B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0,58</w:t>
            </w:r>
          </w:p>
        </w:tc>
        <w:tc>
          <w:tcPr>
            <w:tcW w:w="0" w:type="auto"/>
            <w:noWrap/>
            <w:vAlign w:val="bottom"/>
            <w:hideMark/>
          </w:tcPr>
          <w:p w14:paraId="7A750DD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3,74</w:t>
            </w:r>
          </w:p>
        </w:tc>
        <w:tc>
          <w:tcPr>
            <w:tcW w:w="0" w:type="auto"/>
            <w:noWrap/>
            <w:vAlign w:val="bottom"/>
            <w:hideMark/>
          </w:tcPr>
          <w:p w14:paraId="77A223D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0,84</w:t>
            </w:r>
          </w:p>
        </w:tc>
        <w:tc>
          <w:tcPr>
            <w:tcW w:w="0" w:type="auto"/>
            <w:noWrap/>
            <w:vAlign w:val="bottom"/>
            <w:hideMark/>
          </w:tcPr>
          <w:p w14:paraId="2245C47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3,6</w:t>
            </w:r>
          </w:p>
        </w:tc>
        <w:tc>
          <w:tcPr>
            <w:tcW w:w="0" w:type="auto"/>
            <w:noWrap/>
            <w:vAlign w:val="bottom"/>
            <w:hideMark/>
          </w:tcPr>
          <w:p w14:paraId="698E456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0,65</w:t>
            </w:r>
          </w:p>
        </w:tc>
        <w:tc>
          <w:tcPr>
            <w:tcW w:w="0" w:type="auto"/>
            <w:noWrap/>
            <w:vAlign w:val="bottom"/>
            <w:hideMark/>
          </w:tcPr>
          <w:p w14:paraId="120A0B5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4,89</w:t>
            </w:r>
          </w:p>
        </w:tc>
        <w:tc>
          <w:tcPr>
            <w:tcW w:w="698" w:type="dxa"/>
            <w:noWrap/>
            <w:vAlign w:val="bottom"/>
            <w:hideMark/>
          </w:tcPr>
          <w:p w14:paraId="2660D60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0,73</w:t>
            </w:r>
          </w:p>
        </w:tc>
      </w:tr>
      <w:tr w:rsidR="008816F0" w:rsidRPr="008816F0" w14:paraId="49F0D92B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6CADDE06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GGT (U/L)</w:t>
            </w:r>
          </w:p>
        </w:tc>
        <w:tc>
          <w:tcPr>
            <w:tcW w:w="0" w:type="auto"/>
            <w:noWrap/>
            <w:vAlign w:val="bottom"/>
            <w:hideMark/>
          </w:tcPr>
          <w:p w14:paraId="652B819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3,21</w:t>
            </w:r>
          </w:p>
        </w:tc>
        <w:tc>
          <w:tcPr>
            <w:tcW w:w="0" w:type="auto"/>
            <w:noWrap/>
            <w:vAlign w:val="bottom"/>
            <w:hideMark/>
          </w:tcPr>
          <w:p w14:paraId="51176FF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0,94</w:t>
            </w:r>
          </w:p>
        </w:tc>
        <w:tc>
          <w:tcPr>
            <w:tcW w:w="0" w:type="auto"/>
            <w:noWrap/>
            <w:vAlign w:val="bottom"/>
            <w:hideMark/>
          </w:tcPr>
          <w:p w14:paraId="0B2F6F7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3,17</w:t>
            </w:r>
          </w:p>
        </w:tc>
        <w:tc>
          <w:tcPr>
            <w:tcW w:w="0" w:type="auto"/>
            <w:noWrap/>
            <w:vAlign w:val="bottom"/>
            <w:hideMark/>
          </w:tcPr>
          <w:p w14:paraId="35D2D63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1,09</w:t>
            </w:r>
          </w:p>
        </w:tc>
        <w:tc>
          <w:tcPr>
            <w:tcW w:w="0" w:type="auto"/>
            <w:noWrap/>
            <w:vAlign w:val="bottom"/>
            <w:hideMark/>
          </w:tcPr>
          <w:p w14:paraId="747083C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2,8</w:t>
            </w:r>
          </w:p>
        </w:tc>
        <w:tc>
          <w:tcPr>
            <w:tcW w:w="0" w:type="auto"/>
            <w:noWrap/>
            <w:vAlign w:val="bottom"/>
            <w:hideMark/>
          </w:tcPr>
          <w:p w14:paraId="1B7C189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0,72</w:t>
            </w:r>
          </w:p>
        </w:tc>
        <w:tc>
          <w:tcPr>
            <w:tcW w:w="0" w:type="auto"/>
            <w:noWrap/>
            <w:vAlign w:val="bottom"/>
            <w:hideMark/>
          </w:tcPr>
          <w:p w14:paraId="02C78A8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2,28</w:t>
            </w:r>
          </w:p>
        </w:tc>
        <w:tc>
          <w:tcPr>
            <w:tcW w:w="0" w:type="auto"/>
            <w:noWrap/>
            <w:vAlign w:val="bottom"/>
            <w:hideMark/>
          </w:tcPr>
          <w:p w14:paraId="3C1B4A8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1,44</w:t>
            </w:r>
          </w:p>
        </w:tc>
        <w:tc>
          <w:tcPr>
            <w:tcW w:w="0" w:type="auto"/>
            <w:noWrap/>
            <w:vAlign w:val="bottom"/>
            <w:hideMark/>
          </w:tcPr>
          <w:p w14:paraId="7E0791F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3,09</w:t>
            </w:r>
          </w:p>
        </w:tc>
        <w:tc>
          <w:tcPr>
            <w:tcW w:w="0" w:type="auto"/>
            <w:noWrap/>
            <w:vAlign w:val="bottom"/>
            <w:hideMark/>
          </w:tcPr>
          <w:p w14:paraId="0378591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</w:t>
            </w:r>
          </w:p>
        </w:tc>
        <w:tc>
          <w:tcPr>
            <w:tcW w:w="0" w:type="auto"/>
            <w:noWrap/>
            <w:vAlign w:val="bottom"/>
            <w:hideMark/>
          </w:tcPr>
          <w:p w14:paraId="3AFDF05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2,11</w:t>
            </w:r>
          </w:p>
        </w:tc>
        <w:tc>
          <w:tcPr>
            <w:tcW w:w="698" w:type="dxa"/>
            <w:noWrap/>
            <w:vAlign w:val="bottom"/>
            <w:hideMark/>
          </w:tcPr>
          <w:p w14:paraId="3AFAFE0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1,11</w:t>
            </w:r>
          </w:p>
        </w:tc>
      </w:tr>
      <w:tr w:rsidR="008816F0" w:rsidRPr="008816F0" w14:paraId="48360B33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37C8130C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Creatinine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(µmol/L)</w:t>
            </w:r>
          </w:p>
        </w:tc>
        <w:tc>
          <w:tcPr>
            <w:tcW w:w="0" w:type="auto"/>
            <w:noWrap/>
            <w:vAlign w:val="bottom"/>
            <w:hideMark/>
          </w:tcPr>
          <w:p w14:paraId="118F97B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75,75</w:t>
            </w:r>
          </w:p>
        </w:tc>
        <w:tc>
          <w:tcPr>
            <w:tcW w:w="0" w:type="auto"/>
            <w:noWrap/>
            <w:vAlign w:val="bottom"/>
            <w:hideMark/>
          </w:tcPr>
          <w:p w14:paraId="4CBB1D1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3,37</w:t>
            </w:r>
          </w:p>
        </w:tc>
        <w:tc>
          <w:tcPr>
            <w:tcW w:w="0" w:type="auto"/>
            <w:noWrap/>
            <w:vAlign w:val="bottom"/>
            <w:hideMark/>
          </w:tcPr>
          <w:p w14:paraId="4157F99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79,15</w:t>
            </w:r>
          </w:p>
        </w:tc>
        <w:tc>
          <w:tcPr>
            <w:tcW w:w="0" w:type="auto"/>
            <w:noWrap/>
            <w:vAlign w:val="bottom"/>
            <w:hideMark/>
          </w:tcPr>
          <w:p w14:paraId="670FB1F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8,03</w:t>
            </w:r>
          </w:p>
        </w:tc>
        <w:tc>
          <w:tcPr>
            <w:tcW w:w="0" w:type="auto"/>
            <w:noWrap/>
            <w:vAlign w:val="bottom"/>
            <w:hideMark/>
          </w:tcPr>
          <w:p w14:paraId="602BE1F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86,22</w:t>
            </w:r>
          </w:p>
        </w:tc>
        <w:tc>
          <w:tcPr>
            <w:tcW w:w="0" w:type="auto"/>
            <w:noWrap/>
            <w:vAlign w:val="bottom"/>
            <w:hideMark/>
          </w:tcPr>
          <w:p w14:paraId="0E89B82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9,73</w:t>
            </w:r>
          </w:p>
        </w:tc>
        <w:tc>
          <w:tcPr>
            <w:tcW w:w="0" w:type="auto"/>
            <w:noWrap/>
            <w:vAlign w:val="bottom"/>
            <w:hideMark/>
          </w:tcPr>
          <w:p w14:paraId="546957D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87,38</w:t>
            </w:r>
          </w:p>
        </w:tc>
        <w:tc>
          <w:tcPr>
            <w:tcW w:w="0" w:type="auto"/>
            <w:noWrap/>
            <w:vAlign w:val="bottom"/>
            <w:hideMark/>
          </w:tcPr>
          <w:p w14:paraId="685C10D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9,6</w:t>
            </w:r>
          </w:p>
        </w:tc>
        <w:tc>
          <w:tcPr>
            <w:tcW w:w="0" w:type="auto"/>
            <w:noWrap/>
            <w:vAlign w:val="bottom"/>
            <w:hideMark/>
          </w:tcPr>
          <w:p w14:paraId="2EFE453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80,6</w:t>
            </w:r>
          </w:p>
        </w:tc>
        <w:tc>
          <w:tcPr>
            <w:tcW w:w="0" w:type="auto"/>
            <w:noWrap/>
            <w:vAlign w:val="bottom"/>
            <w:hideMark/>
          </w:tcPr>
          <w:p w14:paraId="6BB1612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9,97</w:t>
            </w:r>
          </w:p>
        </w:tc>
        <w:tc>
          <w:tcPr>
            <w:tcW w:w="0" w:type="auto"/>
            <w:noWrap/>
            <w:vAlign w:val="bottom"/>
            <w:hideMark/>
          </w:tcPr>
          <w:p w14:paraId="0EE84A9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81,77</w:t>
            </w:r>
          </w:p>
        </w:tc>
        <w:tc>
          <w:tcPr>
            <w:tcW w:w="698" w:type="dxa"/>
            <w:noWrap/>
            <w:vAlign w:val="bottom"/>
            <w:hideMark/>
          </w:tcPr>
          <w:p w14:paraId="00834D3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8,76</w:t>
            </w:r>
          </w:p>
        </w:tc>
      </w:tr>
      <w:tr w:rsidR="008816F0" w:rsidRPr="008816F0" w14:paraId="2711BF41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5C5883A9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LDH (U/L)</w:t>
            </w:r>
          </w:p>
        </w:tc>
        <w:tc>
          <w:tcPr>
            <w:tcW w:w="0" w:type="auto"/>
            <w:noWrap/>
            <w:vAlign w:val="bottom"/>
            <w:hideMark/>
          </w:tcPr>
          <w:p w14:paraId="4ABFD16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60,75</w:t>
            </w:r>
          </w:p>
        </w:tc>
        <w:tc>
          <w:tcPr>
            <w:tcW w:w="0" w:type="auto"/>
            <w:noWrap/>
            <w:vAlign w:val="bottom"/>
            <w:hideMark/>
          </w:tcPr>
          <w:p w14:paraId="3BD1ECB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11,7</w:t>
            </w:r>
          </w:p>
        </w:tc>
        <w:tc>
          <w:tcPr>
            <w:tcW w:w="0" w:type="auto"/>
            <w:noWrap/>
            <w:vAlign w:val="bottom"/>
            <w:hideMark/>
          </w:tcPr>
          <w:p w14:paraId="7F72B8B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188,68</w:t>
            </w:r>
          </w:p>
        </w:tc>
        <w:tc>
          <w:tcPr>
            <w:tcW w:w="0" w:type="auto"/>
            <w:noWrap/>
            <w:vAlign w:val="bottom"/>
            <w:hideMark/>
          </w:tcPr>
          <w:p w14:paraId="6F26147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126,45</w:t>
            </w:r>
          </w:p>
        </w:tc>
        <w:tc>
          <w:tcPr>
            <w:tcW w:w="0" w:type="auto"/>
            <w:noWrap/>
            <w:vAlign w:val="bottom"/>
            <w:hideMark/>
          </w:tcPr>
          <w:p w14:paraId="22EBB8A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43,82</w:t>
            </w:r>
          </w:p>
        </w:tc>
        <w:tc>
          <w:tcPr>
            <w:tcW w:w="0" w:type="auto"/>
            <w:noWrap/>
            <w:vAlign w:val="bottom"/>
            <w:hideMark/>
          </w:tcPr>
          <w:p w14:paraId="4816B02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16,08</w:t>
            </w:r>
          </w:p>
        </w:tc>
        <w:tc>
          <w:tcPr>
            <w:tcW w:w="0" w:type="auto"/>
            <w:noWrap/>
            <w:vAlign w:val="bottom"/>
            <w:hideMark/>
          </w:tcPr>
          <w:p w14:paraId="2970ED2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308,55</w:t>
            </w:r>
          </w:p>
        </w:tc>
        <w:tc>
          <w:tcPr>
            <w:tcW w:w="0" w:type="auto"/>
            <w:noWrap/>
            <w:vAlign w:val="bottom"/>
            <w:hideMark/>
          </w:tcPr>
          <w:p w14:paraId="6C4716A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145,75</w:t>
            </w:r>
          </w:p>
        </w:tc>
        <w:tc>
          <w:tcPr>
            <w:tcW w:w="0" w:type="auto"/>
            <w:noWrap/>
            <w:vAlign w:val="bottom"/>
            <w:hideMark/>
          </w:tcPr>
          <w:p w14:paraId="7E3E1AC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49,73</w:t>
            </w:r>
          </w:p>
        </w:tc>
        <w:tc>
          <w:tcPr>
            <w:tcW w:w="0" w:type="auto"/>
            <w:noWrap/>
            <w:vAlign w:val="bottom"/>
            <w:hideMark/>
          </w:tcPr>
          <w:p w14:paraId="2F96310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19,38</w:t>
            </w:r>
          </w:p>
        </w:tc>
        <w:tc>
          <w:tcPr>
            <w:tcW w:w="0" w:type="auto"/>
            <w:noWrap/>
            <w:vAlign w:val="bottom"/>
            <w:hideMark/>
          </w:tcPr>
          <w:p w14:paraId="2FE32F8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144,85</w:t>
            </w:r>
          </w:p>
        </w:tc>
        <w:tc>
          <w:tcPr>
            <w:tcW w:w="698" w:type="dxa"/>
            <w:noWrap/>
            <w:vAlign w:val="bottom"/>
            <w:hideMark/>
          </w:tcPr>
          <w:p w14:paraId="39A26BE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116,24</w:t>
            </w:r>
          </w:p>
        </w:tc>
      </w:tr>
      <w:tr w:rsidR="008816F0" w:rsidRPr="008816F0" w14:paraId="6B74C3B4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6EE2E7A5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Urea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11DD864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5,77</w:t>
            </w:r>
          </w:p>
        </w:tc>
        <w:tc>
          <w:tcPr>
            <w:tcW w:w="0" w:type="auto"/>
            <w:noWrap/>
            <w:vAlign w:val="bottom"/>
            <w:hideMark/>
          </w:tcPr>
          <w:p w14:paraId="7A75037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0,57</w:t>
            </w:r>
          </w:p>
        </w:tc>
        <w:tc>
          <w:tcPr>
            <w:tcW w:w="0" w:type="auto"/>
            <w:noWrap/>
            <w:vAlign w:val="bottom"/>
            <w:hideMark/>
          </w:tcPr>
          <w:p w14:paraId="7612FCD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5,43</w:t>
            </w:r>
          </w:p>
        </w:tc>
        <w:tc>
          <w:tcPr>
            <w:tcW w:w="0" w:type="auto"/>
            <w:noWrap/>
            <w:vAlign w:val="bottom"/>
            <w:hideMark/>
          </w:tcPr>
          <w:p w14:paraId="517AB3D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0,97</w:t>
            </w:r>
          </w:p>
        </w:tc>
        <w:tc>
          <w:tcPr>
            <w:tcW w:w="0" w:type="auto"/>
            <w:noWrap/>
            <w:vAlign w:val="bottom"/>
            <w:hideMark/>
          </w:tcPr>
          <w:p w14:paraId="6B5178E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5,03</w:t>
            </w:r>
          </w:p>
        </w:tc>
        <w:tc>
          <w:tcPr>
            <w:tcW w:w="0" w:type="auto"/>
            <w:noWrap/>
            <w:vAlign w:val="bottom"/>
            <w:hideMark/>
          </w:tcPr>
          <w:p w14:paraId="2F97E1D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0,36</w:t>
            </w:r>
          </w:p>
        </w:tc>
        <w:tc>
          <w:tcPr>
            <w:tcW w:w="0" w:type="auto"/>
            <w:noWrap/>
            <w:vAlign w:val="bottom"/>
            <w:hideMark/>
          </w:tcPr>
          <w:p w14:paraId="70BF469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5,51</w:t>
            </w:r>
          </w:p>
        </w:tc>
        <w:tc>
          <w:tcPr>
            <w:tcW w:w="0" w:type="auto"/>
            <w:noWrap/>
            <w:vAlign w:val="bottom"/>
            <w:hideMark/>
          </w:tcPr>
          <w:p w14:paraId="750356F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</w:t>
            </w:r>
          </w:p>
        </w:tc>
        <w:tc>
          <w:tcPr>
            <w:tcW w:w="0" w:type="auto"/>
            <w:noWrap/>
            <w:vAlign w:val="bottom"/>
            <w:hideMark/>
          </w:tcPr>
          <w:p w14:paraId="1C2BE20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5,01</w:t>
            </w:r>
          </w:p>
        </w:tc>
        <w:tc>
          <w:tcPr>
            <w:tcW w:w="0" w:type="auto"/>
            <w:noWrap/>
            <w:vAlign w:val="bottom"/>
            <w:hideMark/>
          </w:tcPr>
          <w:p w14:paraId="5A8AE51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1,13</w:t>
            </w:r>
          </w:p>
        </w:tc>
        <w:tc>
          <w:tcPr>
            <w:tcW w:w="0" w:type="auto"/>
            <w:noWrap/>
            <w:vAlign w:val="bottom"/>
            <w:hideMark/>
          </w:tcPr>
          <w:p w14:paraId="1D84305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5,33</w:t>
            </w:r>
          </w:p>
        </w:tc>
        <w:tc>
          <w:tcPr>
            <w:tcW w:w="698" w:type="dxa"/>
            <w:noWrap/>
            <w:vAlign w:val="bottom"/>
            <w:hideMark/>
          </w:tcPr>
          <w:p w14:paraId="733FA39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0,94</w:t>
            </w:r>
          </w:p>
        </w:tc>
      </w:tr>
      <w:tr w:rsidR="008816F0" w:rsidRPr="008816F0" w14:paraId="10076FEB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7984D263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Triglycerides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mmol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778825D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0,62</w:t>
            </w:r>
          </w:p>
        </w:tc>
        <w:tc>
          <w:tcPr>
            <w:tcW w:w="0" w:type="auto"/>
            <w:noWrap/>
            <w:vAlign w:val="bottom"/>
            <w:hideMark/>
          </w:tcPr>
          <w:p w14:paraId="3D21598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0,18</w:t>
            </w:r>
          </w:p>
        </w:tc>
        <w:tc>
          <w:tcPr>
            <w:tcW w:w="0" w:type="auto"/>
            <w:noWrap/>
            <w:vAlign w:val="bottom"/>
            <w:hideMark/>
          </w:tcPr>
          <w:p w14:paraId="4374DD4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0,45</w:t>
            </w:r>
          </w:p>
        </w:tc>
        <w:tc>
          <w:tcPr>
            <w:tcW w:w="0" w:type="auto"/>
            <w:noWrap/>
            <w:vAlign w:val="bottom"/>
            <w:hideMark/>
          </w:tcPr>
          <w:p w14:paraId="75598D9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0,07</w:t>
            </w:r>
          </w:p>
        </w:tc>
        <w:tc>
          <w:tcPr>
            <w:tcW w:w="0" w:type="auto"/>
            <w:noWrap/>
            <w:vAlign w:val="bottom"/>
            <w:hideMark/>
          </w:tcPr>
          <w:p w14:paraId="079A88F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0,41</w:t>
            </w:r>
          </w:p>
        </w:tc>
        <w:tc>
          <w:tcPr>
            <w:tcW w:w="0" w:type="auto"/>
            <w:noWrap/>
            <w:vAlign w:val="bottom"/>
            <w:hideMark/>
          </w:tcPr>
          <w:p w14:paraId="4E84555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</w:t>
            </w:r>
          </w:p>
        </w:tc>
        <w:tc>
          <w:tcPr>
            <w:tcW w:w="0" w:type="auto"/>
            <w:noWrap/>
            <w:vAlign w:val="bottom"/>
            <w:hideMark/>
          </w:tcPr>
          <w:p w14:paraId="45CB225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0,45</w:t>
            </w:r>
          </w:p>
        </w:tc>
        <w:tc>
          <w:tcPr>
            <w:tcW w:w="0" w:type="auto"/>
            <w:noWrap/>
            <w:vAlign w:val="bottom"/>
            <w:hideMark/>
          </w:tcPr>
          <w:p w14:paraId="1CF0D90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0,04</w:t>
            </w:r>
          </w:p>
        </w:tc>
        <w:tc>
          <w:tcPr>
            <w:tcW w:w="0" w:type="auto"/>
            <w:noWrap/>
            <w:vAlign w:val="bottom"/>
            <w:hideMark/>
          </w:tcPr>
          <w:p w14:paraId="5EC33D6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0,45</w:t>
            </w:r>
          </w:p>
        </w:tc>
        <w:tc>
          <w:tcPr>
            <w:tcW w:w="0" w:type="auto"/>
            <w:noWrap/>
            <w:vAlign w:val="bottom"/>
            <w:hideMark/>
          </w:tcPr>
          <w:p w14:paraId="0316AFE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0,07</w:t>
            </w:r>
          </w:p>
        </w:tc>
        <w:tc>
          <w:tcPr>
            <w:tcW w:w="0" w:type="auto"/>
            <w:noWrap/>
            <w:vAlign w:val="bottom"/>
            <w:hideMark/>
          </w:tcPr>
          <w:p w14:paraId="1866AF1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0,48</w:t>
            </w:r>
          </w:p>
        </w:tc>
        <w:tc>
          <w:tcPr>
            <w:tcW w:w="698" w:type="dxa"/>
            <w:noWrap/>
            <w:vAlign w:val="bottom"/>
            <w:hideMark/>
          </w:tcPr>
          <w:p w14:paraId="3659045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0,12</w:t>
            </w:r>
          </w:p>
        </w:tc>
      </w:tr>
      <w:tr w:rsidR="008816F0" w:rsidRPr="008816F0" w14:paraId="7EAFC364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085D51B5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Albumin/Globulin ratio</w:t>
            </w:r>
          </w:p>
        </w:tc>
        <w:tc>
          <w:tcPr>
            <w:tcW w:w="0" w:type="auto"/>
            <w:noWrap/>
            <w:vAlign w:val="bottom"/>
            <w:hideMark/>
          </w:tcPr>
          <w:p w14:paraId="7F143D3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0,85</w:t>
            </w:r>
          </w:p>
        </w:tc>
        <w:tc>
          <w:tcPr>
            <w:tcW w:w="0" w:type="auto"/>
            <w:noWrap/>
            <w:vAlign w:val="bottom"/>
            <w:hideMark/>
          </w:tcPr>
          <w:p w14:paraId="467DEE4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0,16</w:t>
            </w:r>
          </w:p>
        </w:tc>
        <w:tc>
          <w:tcPr>
            <w:tcW w:w="0" w:type="auto"/>
            <w:noWrap/>
            <w:vAlign w:val="bottom"/>
            <w:hideMark/>
          </w:tcPr>
          <w:p w14:paraId="682AFEB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0,92</w:t>
            </w:r>
          </w:p>
        </w:tc>
        <w:tc>
          <w:tcPr>
            <w:tcW w:w="0" w:type="auto"/>
            <w:noWrap/>
            <w:vAlign w:val="bottom"/>
            <w:hideMark/>
          </w:tcPr>
          <w:p w14:paraId="547ACC6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0,07</w:t>
            </w:r>
          </w:p>
        </w:tc>
        <w:tc>
          <w:tcPr>
            <w:tcW w:w="0" w:type="auto"/>
            <w:noWrap/>
            <w:vAlign w:val="bottom"/>
            <w:hideMark/>
          </w:tcPr>
          <w:p w14:paraId="05FFA8E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14:paraId="3BFEEBC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0,03</w:t>
            </w:r>
          </w:p>
        </w:tc>
        <w:tc>
          <w:tcPr>
            <w:tcW w:w="0" w:type="auto"/>
            <w:noWrap/>
            <w:vAlign w:val="bottom"/>
            <w:hideMark/>
          </w:tcPr>
          <w:p w14:paraId="3DA7E69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0,88</w:t>
            </w:r>
          </w:p>
        </w:tc>
        <w:tc>
          <w:tcPr>
            <w:tcW w:w="0" w:type="auto"/>
            <w:noWrap/>
            <w:vAlign w:val="bottom"/>
            <w:hideMark/>
          </w:tcPr>
          <w:p w14:paraId="6D45282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0,09</w:t>
            </w:r>
          </w:p>
        </w:tc>
        <w:tc>
          <w:tcPr>
            <w:tcW w:w="0" w:type="auto"/>
            <w:noWrap/>
            <w:vAlign w:val="bottom"/>
            <w:hideMark/>
          </w:tcPr>
          <w:p w14:paraId="112189E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0,97</w:t>
            </w:r>
          </w:p>
        </w:tc>
        <w:tc>
          <w:tcPr>
            <w:tcW w:w="0" w:type="auto"/>
            <w:noWrap/>
            <w:vAlign w:val="bottom"/>
            <w:hideMark/>
          </w:tcPr>
          <w:p w14:paraId="4EB5206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0,09</w:t>
            </w:r>
          </w:p>
        </w:tc>
        <w:tc>
          <w:tcPr>
            <w:tcW w:w="0" w:type="auto"/>
            <w:noWrap/>
            <w:vAlign w:val="bottom"/>
            <w:hideMark/>
          </w:tcPr>
          <w:p w14:paraId="15A8674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0,9</w:t>
            </w:r>
          </w:p>
        </w:tc>
        <w:tc>
          <w:tcPr>
            <w:tcW w:w="698" w:type="dxa"/>
            <w:noWrap/>
            <w:vAlign w:val="bottom"/>
            <w:hideMark/>
          </w:tcPr>
          <w:p w14:paraId="788E1B0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0,08</w:t>
            </w:r>
          </w:p>
        </w:tc>
      </w:tr>
      <w:tr w:rsidR="008816F0" w:rsidRPr="008816F0" w14:paraId="6C225AB8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37E7CA3D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Globulins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(g/L)</w:t>
            </w:r>
          </w:p>
        </w:tc>
        <w:tc>
          <w:tcPr>
            <w:tcW w:w="0" w:type="auto"/>
            <w:noWrap/>
            <w:vAlign w:val="bottom"/>
            <w:hideMark/>
          </w:tcPr>
          <w:p w14:paraId="52466A3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32,98</w:t>
            </w:r>
          </w:p>
        </w:tc>
        <w:tc>
          <w:tcPr>
            <w:tcW w:w="0" w:type="auto"/>
            <w:noWrap/>
            <w:vAlign w:val="bottom"/>
            <w:hideMark/>
          </w:tcPr>
          <w:p w14:paraId="7264A01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3,98</w:t>
            </w:r>
          </w:p>
        </w:tc>
        <w:tc>
          <w:tcPr>
            <w:tcW w:w="0" w:type="auto"/>
            <w:noWrap/>
            <w:vAlign w:val="bottom"/>
            <w:hideMark/>
          </w:tcPr>
          <w:p w14:paraId="195E2E0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32,03</w:t>
            </w:r>
          </w:p>
        </w:tc>
        <w:tc>
          <w:tcPr>
            <w:tcW w:w="0" w:type="auto"/>
            <w:noWrap/>
            <w:vAlign w:val="bottom"/>
            <w:hideMark/>
          </w:tcPr>
          <w:p w14:paraId="4D17B740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2,11</w:t>
            </w:r>
          </w:p>
        </w:tc>
        <w:tc>
          <w:tcPr>
            <w:tcW w:w="0" w:type="auto"/>
            <w:noWrap/>
            <w:vAlign w:val="bottom"/>
            <w:hideMark/>
          </w:tcPr>
          <w:p w14:paraId="21DDF8C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29,78</w:t>
            </w:r>
          </w:p>
        </w:tc>
        <w:tc>
          <w:tcPr>
            <w:tcW w:w="0" w:type="auto"/>
            <w:noWrap/>
            <w:vAlign w:val="bottom"/>
            <w:hideMark/>
          </w:tcPr>
          <w:p w14:paraId="5B9CCA2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1,77</w:t>
            </w:r>
          </w:p>
        </w:tc>
        <w:tc>
          <w:tcPr>
            <w:tcW w:w="0" w:type="auto"/>
            <w:noWrap/>
            <w:vAlign w:val="bottom"/>
            <w:hideMark/>
          </w:tcPr>
          <w:p w14:paraId="2904CD7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32,95</w:t>
            </w:r>
          </w:p>
        </w:tc>
        <w:tc>
          <w:tcPr>
            <w:tcW w:w="0" w:type="auto"/>
            <w:noWrap/>
            <w:vAlign w:val="bottom"/>
            <w:hideMark/>
          </w:tcPr>
          <w:p w14:paraId="384AC25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3,14</w:t>
            </w:r>
          </w:p>
        </w:tc>
        <w:tc>
          <w:tcPr>
            <w:tcW w:w="0" w:type="auto"/>
            <w:noWrap/>
            <w:vAlign w:val="bottom"/>
            <w:hideMark/>
          </w:tcPr>
          <w:p w14:paraId="270D7BD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30,7</w:t>
            </w:r>
          </w:p>
        </w:tc>
        <w:tc>
          <w:tcPr>
            <w:tcW w:w="0" w:type="auto"/>
            <w:noWrap/>
            <w:vAlign w:val="bottom"/>
            <w:hideMark/>
          </w:tcPr>
          <w:p w14:paraId="4B54957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3,57</w:t>
            </w:r>
          </w:p>
        </w:tc>
        <w:tc>
          <w:tcPr>
            <w:tcW w:w="0" w:type="auto"/>
            <w:noWrap/>
            <w:vAlign w:val="bottom"/>
            <w:hideMark/>
          </w:tcPr>
          <w:p w14:paraId="06F7A09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33</w:t>
            </w:r>
          </w:p>
        </w:tc>
        <w:tc>
          <w:tcPr>
            <w:tcW w:w="698" w:type="dxa"/>
            <w:noWrap/>
            <w:vAlign w:val="bottom"/>
            <w:hideMark/>
          </w:tcPr>
          <w:p w14:paraId="64D8CC4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2,44</w:t>
            </w:r>
          </w:p>
        </w:tc>
      </w:tr>
      <w:tr w:rsidR="008816F0" w:rsidRPr="008816F0" w14:paraId="7FF00A65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7CFF403F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Fructosamine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(µmol/L)</w:t>
            </w:r>
          </w:p>
        </w:tc>
        <w:tc>
          <w:tcPr>
            <w:tcW w:w="0" w:type="auto"/>
            <w:noWrap/>
            <w:vAlign w:val="bottom"/>
            <w:hideMark/>
          </w:tcPr>
          <w:p w14:paraId="6750B76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210,58</w:t>
            </w:r>
          </w:p>
        </w:tc>
        <w:tc>
          <w:tcPr>
            <w:tcW w:w="0" w:type="auto"/>
            <w:noWrap/>
            <w:vAlign w:val="bottom"/>
            <w:hideMark/>
          </w:tcPr>
          <w:p w14:paraId="1E98063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12,76</w:t>
            </w:r>
          </w:p>
        </w:tc>
        <w:tc>
          <w:tcPr>
            <w:tcW w:w="0" w:type="auto"/>
            <w:noWrap/>
            <w:vAlign w:val="bottom"/>
            <w:hideMark/>
          </w:tcPr>
          <w:p w14:paraId="4934319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203,15</w:t>
            </w:r>
          </w:p>
        </w:tc>
        <w:tc>
          <w:tcPr>
            <w:tcW w:w="0" w:type="auto"/>
            <w:noWrap/>
            <w:vAlign w:val="bottom"/>
            <w:hideMark/>
          </w:tcPr>
          <w:p w14:paraId="726063F8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10,43</w:t>
            </w:r>
          </w:p>
        </w:tc>
        <w:tc>
          <w:tcPr>
            <w:tcW w:w="0" w:type="auto"/>
            <w:noWrap/>
            <w:vAlign w:val="bottom"/>
            <w:hideMark/>
          </w:tcPr>
          <w:p w14:paraId="76E81EA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210,85</w:t>
            </w:r>
          </w:p>
        </w:tc>
        <w:tc>
          <w:tcPr>
            <w:tcW w:w="0" w:type="auto"/>
            <w:noWrap/>
            <w:vAlign w:val="bottom"/>
            <w:hideMark/>
          </w:tcPr>
          <w:p w14:paraId="41ED96C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10,03</w:t>
            </w:r>
          </w:p>
        </w:tc>
        <w:tc>
          <w:tcPr>
            <w:tcW w:w="0" w:type="auto"/>
            <w:noWrap/>
            <w:vAlign w:val="bottom"/>
            <w:hideMark/>
          </w:tcPr>
          <w:p w14:paraId="52BF537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196,5</w:t>
            </w:r>
          </w:p>
        </w:tc>
        <w:tc>
          <w:tcPr>
            <w:tcW w:w="0" w:type="auto"/>
            <w:noWrap/>
            <w:vAlign w:val="bottom"/>
            <w:hideMark/>
          </w:tcPr>
          <w:p w14:paraId="10F12ADD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14,23</w:t>
            </w:r>
          </w:p>
        </w:tc>
        <w:tc>
          <w:tcPr>
            <w:tcW w:w="0" w:type="auto"/>
            <w:noWrap/>
            <w:vAlign w:val="bottom"/>
            <w:hideMark/>
          </w:tcPr>
          <w:p w14:paraId="0F0609B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228,25</w:t>
            </w:r>
          </w:p>
        </w:tc>
        <w:tc>
          <w:tcPr>
            <w:tcW w:w="0" w:type="auto"/>
            <w:noWrap/>
            <w:vAlign w:val="bottom"/>
            <w:hideMark/>
          </w:tcPr>
          <w:p w14:paraId="75AFC2D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22,28</w:t>
            </w:r>
          </w:p>
        </w:tc>
        <w:tc>
          <w:tcPr>
            <w:tcW w:w="0" w:type="auto"/>
            <w:noWrap/>
            <w:vAlign w:val="bottom"/>
            <w:hideMark/>
          </w:tcPr>
          <w:p w14:paraId="72D29AA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220,85</w:t>
            </w:r>
          </w:p>
        </w:tc>
        <w:tc>
          <w:tcPr>
            <w:tcW w:w="698" w:type="dxa"/>
            <w:noWrap/>
            <w:vAlign w:val="bottom"/>
            <w:hideMark/>
          </w:tcPr>
          <w:p w14:paraId="1482FB5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12,86</w:t>
            </w:r>
          </w:p>
        </w:tc>
      </w:tr>
      <w:tr w:rsidR="008816F0" w:rsidRPr="008816F0" w14:paraId="78821B54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36CBB8D5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Lipase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(DGGR) (U/L)</w:t>
            </w:r>
          </w:p>
        </w:tc>
        <w:tc>
          <w:tcPr>
            <w:tcW w:w="0" w:type="auto"/>
            <w:noWrap/>
            <w:vAlign w:val="bottom"/>
            <w:hideMark/>
          </w:tcPr>
          <w:p w14:paraId="407E8BD6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76,53</w:t>
            </w:r>
          </w:p>
        </w:tc>
        <w:tc>
          <w:tcPr>
            <w:tcW w:w="0" w:type="auto"/>
            <w:noWrap/>
            <w:vAlign w:val="bottom"/>
            <w:hideMark/>
          </w:tcPr>
          <w:p w14:paraId="51C75D0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27,26</w:t>
            </w:r>
          </w:p>
        </w:tc>
        <w:tc>
          <w:tcPr>
            <w:tcW w:w="0" w:type="auto"/>
            <w:noWrap/>
            <w:vAlign w:val="bottom"/>
            <w:hideMark/>
          </w:tcPr>
          <w:p w14:paraId="68485F3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63,15</w:t>
            </w:r>
          </w:p>
        </w:tc>
        <w:tc>
          <w:tcPr>
            <w:tcW w:w="0" w:type="auto"/>
            <w:noWrap/>
            <w:vAlign w:val="bottom"/>
            <w:hideMark/>
          </w:tcPr>
          <w:p w14:paraId="3B795EA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26,5</w:t>
            </w:r>
          </w:p>
        </w:tc>
        <w:tc>
          <w:tcPr>
            <w:tcW w:w="0" w:type="auto"/>
            <w:noWrap/>
            <w:vAlign w:val="bottom"/>
            <w:hideMark/>
          </w:tcPr>
          <w:p w14:paraId="3A3103C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62,02</w:t>
            </w:r>
          </w:p>
        </w:tc>
        <w:tc>
          <w:tcPr>
            <w:tcW w:w="0" w:type="auto"/>
            <w:noWrap/>
            <w:vAlign w:val="bottom"/>
            <w:hideMark/>
          </w:tcPr>
          <w:p w14:paraId="056BFF8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17,82</w:t>
            </w:r>
          </w:p>
        </w:tc>
        <w:tc>
          <w:tcPr>
            <w:tcW w:w="0" w:type="auto"/>
            <w:noWrap/>
            <w:vAlign w:val="bottom"/>
            <w:hideMark/>
          </w:tcPr>
          <w:p w14:paraId="1B37BEE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46,38</w:t>
            </w:r>
          </w:p>
        </w:tc>
        <w:tc>
          <w:tcPr>
            <w:tcW w:w="0" w:type="auto"/>
            <w:noWrap/>
            <w:vAlign w:val="bottom"/>
            <w:hideMark/>
          </w:tcPr>
          <w:p w14:paraId="44A2A4D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19,11</w:t>
            </w:r>
          </w:p>
        </w:tc>
        <w:tc>
          <w:tcPr>
            <w:tcW w:w="0" w:type="auto"/>
            <w:noWrap/>
            <w:vAlign w:val="bottom"/>
            <w:hideMark/>
          </w:tcPr>
          <w:p w14:paraId="2E9AA38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55,2</w:t>
            </w:r>
          </w:p>
        </w:tc>
        <w:tc>
          <w:tcPr>
            <w:tcW w:w="0" w:type="auto"/>
            <w:noWrap/>
            <w:vAlign w:val="bottom"/>
            <w:hideMark/>
          </w:tcPr>
          <w:p w14:paraId="7D810AB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13,99</w:t>
            </w:r>
          </w:p>
        </w:tc>
        <w:tc>
          <w:tcPr>
            <w:tcW w:w="0" w:type="auto"/>
            <w:noWrap/>
            <w:vAlign w:val="bottom"/>
            <w:hideMark/>
          </w:tcPr>
          <w:p w14:paraId="5A85456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70,05</w:t>
            </w:r>
          </w:p>
        </w:tc>
        <w:tc>
          <w:tcPr>
            <w:tcW w:w="698" w:type="dxa"/>
            <w:noWrap/>
            <w:vAlign w:val="bottom"/>
            <w:hideMark/>
          </w:tcPr>
          <w:p w14:paraId="45C382E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46,18</w:t>
            </w:r>
          </w:p>
        </w:tc>
      </w:tr>
      <w:tr w:rsidR="008816F0" w:rsidRPr="008816F0" w14:paraId="2910F726" w14:textId="77777777" w:rsidTr="00191237">
        <w:trPr>
          <w:trHeight w:val="288"/>
        </w:trPr>
        <w:tc>
          <w:tcPr>
            <w:tcW w:w="2054" w:type="dxa"/>
            <w:noWrap/>
            <w:hideMark/>
          </w:tcPr>
          <w:p w14:paraId="325F5AEE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Total T4 (µg/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dL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)</w:t>
            </w:r>
          </w:p>
        </w:tc>
        <w:tc>
          <w:tcPr>
            <w:tcW w:w="0" w:type="auto"/>
            <w:noWrap/>
            <w:vAlign w:val="bottom"/>
            <w:hideMark/>
          </w:tcPr>
          <w:p w14:paraId="0F30283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2,77</w:t>
            </w:r>
          </w:p>
        </w:tc>
        <w:tc>
          <w:tcPr>
            <w:tcW w:w="0" w:type="auto"/>
            <w:noWrap/>
            <w:vAlign w:val="bottom"/>
            <w:hideMark/>
          </w:tcPr>
          <w:p w14:paraId="458391F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0,73</w:t>
            </w:r>
          </w:p>
        </w:tc>
        <w:tc>
          <w:tcPr>
            <w:tcW w:w="0" w:type="auto"/>
            <w:noWrap/>
            <w:vAlign w:val="bottom"/>
            <w:hideMark/>
          </w:tcPr>
          <w:p w14:paraId="638344E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2,52</w:t>
            </w:r>
          </w:p>
        </w:tc>
        <w:tc>
          <w:tcPr>
            <w:tcW w:w="0" w:type="auto"/>
            <w:noWrap/>
            <w:vAlign w:val="bottom"/>
            <w:hideMark/>
          </w:tcPr>
          <w:p w14:paraId="3DF68CF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0,61</w:t>
            </w:r>
          </w:p>
        </w:tc>
        <w:tc>
          <w:tcPr>
            <w:tcW w:w="0" w:type="auto"/>
            <w:noWrap/>
            <w:vAlign w:val="bottom"/>
            <w:hideMark/>
          </w:tcPr>
          <w:p w14:paraId="368B753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2,98</w:t>
            </w:r>
          </w:p>
        </w:tc>
        <w:tc>
          <w:tcPr>
            <w:tcW w:w="0" w:type="auto"/>
            <w:noWrap/>
            <w:vAlign w:val="bottom"/>
            <w:hideMark/>
          </w:tcPr>
          <w:p w14:paraId="1F1BA3E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0,51</w:t>
            </w:r>
          </w:p>
        </w:tc>
        <w:tc>
          <w:tcPr>
            <w:tcW w:w="0" w:type="auto"/>
            <w:noWrap/>
            <w:vAlign w:val="bottom"/>
            <w:hideMark/>
          </w:tcPr>
          <w:p w14:paraId="026AC8B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2,9</w:t>
            </w:r>
          </w:p>
        </w:tc>
        <w:tc>
          <w:tcPr>
            <w:tcW w:w="0" w:type="auto"/>
            <w:noWrap/>
            <w:vAlign w:val="bottom"/>
            <w:hideMark/>
          </w:tcPr>
          <w:p w14:paraId="55A3672E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0,83</w:t>
            </w:r>
          </w:p>
        </w:tc>
        <w:tc>
          <w:tcPr>
            <w:tcW w:w="0" w:type="auto"/>
            <w:noWrap/>
            <w:vAlign w:val="bottom"/>
            <w:hideMark/>
          </w:tcPr>
          <w:p w14:paraId="78BA20D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2,49</w:t>
            </w:r>
          </w:p>
        </w:tc>
        <w:tc>
          <w:tcPr>
            <w:tcW w:w="0" w:type="auto"/>
            <w:noWrap/>
            <w:vAlign w:val="bottom"/>
            <w:hideMark/>
          </w:tcPr>
          <w:p w14:paraId="178B7DE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0,73</w:t>
            </w:r>
          </w:p>
        </w:tc>
        <w:tc>
          <w:tcPr>
            <w:tcW w:w="0" w:type="auto"/>
            <w:noWrap/>
            <w:vAlign w:val="bottom"/>
            <w:hideMark/>
          </w:tcPr>
          <w:p w14:paraId="5D69C2A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2,57</w:t>
            </w:r>
          </w:p>
        </w:tc>
        <w:tc>
          <w:tcPr>
            <w:tcW w:w="698" w:type="dxa"/>
            <w:noWrap/>
            <w:vAlign w:val="bottom"/>
            <w:hideMark/>
          </w:tcPr>
          <w:p w14:paraId="3D5CB82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0,83</w:t>
            </w:r>
          </w:p>
        </w:tc>
      </w:tr>
    </w:tbl>
    <w:p w14:paraId="1B53A27C" w14:textId="77777777" w:rsidR="008816F0" w:rsidRDefault="008816F0" w:rsidP="008816F0">
      <w:pPr>
        <w:rPr>
          <w:rFonts w:cs="Calibri"/>
        </w:rPr>
      </w:pPr>
    </w:p>
    <w:p w14:paraId="36B73FE2" w14:textId="2F1A8E5B" w:rsidR="00D8292F" w:rsidRPr="001C43BA" w:rsidRDefault="00D8292F" w:rsidP="008816F0">
      <w:pPr>
        <w:rPr>
          <w:rFonts w:cs="Calibri"/>
        </w:rPr>
      </w:pPr>
      <w:proofErr w:type="spellStart"/>
      <w:r w:rsidRPr="008816F0">
        <w:rPr>
          <w:rFonts w:eastAsia="Times New Roman" w:cs="Calibri"/>
          <w:color w:val="000000"/>
          <w:lang w:val="pl-PL" w:eastAsia="pl-PL"/>
        </w:rPr>
        <w:t>Table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10. TNF-α and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IgG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before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and 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after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MPU (</w:t>
      </w:r>
      <w:proofErr w:type="spellStart"/>
      <w:r w:rsidRPr="008816F0">
        <w:rPr>
          <w:rFonts w:eastAsia="Times New Roman" w:cs="Calibri"/>
          <w:color w:val="000000"/>
          <w:lang w:val="pl-PL" w:eastAsia="pl-PL"/>
        </w:rPr>
        <w:t>Mean</w:t>
      </w:r>
      <w:proofErr w:type="spellEnd"/>
      <w:r w:rsidRPr="008816F0">
        <w:rPr>
          <w:rFonts w:eastAsia="Times New Roman" w:cs="Calibri"/>
          <w:color w:val="000000"/>
          <w:lang w:val="pl-PL" w:eastAsia="pl-PL"/>
        </w:rPr>
        <w:t xml:space="preserve"> ± SD)</w:t>
      </w:r>
    </w:p>
    <w:tbl>
      <w:tblPr>
        <w:tblW w:w="0" w:type="auto"/>
        <w:tblInd w:w="7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574"/>
        <w:gridCol w:w="459"/>
        <w:gridCol w:w="574"/>
        <w:gridCol w:w="459"/>
        <w:gridCol w:w="574"/>
        <w:gridCol w:w="459"/>
        <w:gridCol w:w="574"/>
        <w:gridCol w:w="459"/>
        <w:gridCol w:w="574"/>
        <w:gridCol w:w="459"/>
        <w:gridCol w:w="574"/>
        <w:gridCol w:w="459"/>
      </w:tblGrid>
      <w:tr w:rsidR="008816F0" w:rsidRPr="008816F0" w14:paraId="6AC0C29E" w14:textId="77777777" w:rsidTr="00191237">
        <w:trPr>
          <w:trHeight w:val="288"/>
        </w:trPr>
        <w:tc>
          <w:tcPr>
            <w:tcW w:w="0" w:type="auto"/>
            <w:noWrap/>
            <w:hideMark/>
          </w:tcPr>
          <w:p w14:paraId="6B67CF79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088F5709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Control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7E0AB454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Soft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chew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  <w:tc>
          <w:tcPr>
            <w:tcW w:w="0" w:type="auto"/>
            <w:gridSpan w:val="4"/>
            <w:shd w:val="clear" w:color="auto" w:fill="D9D9D9" w:themeFill="background1" w:themeFillShade="D9"/>
            <w:noWrap/>
            <w:hideMark/>
          </w:tcPr>
          <w:p w14:paraId="7BB50654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Pellet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(MPU)</w:t>
            </w:r>
          </w:p>
        </w:tc>
      </w:tr>
      <w:tr w:rsidR="008816F0" w:rsidRPr="008816F0" w14:paraId="14ECCC8B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7FF71C35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0" w:type="auto"/>
            <w:gridSpan w:val="2"/>
            <w:noWrap/>
            <w:hideMark/>
          </w:tcPr>
          <w:p w14:paraId="46022446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5B36778E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53957287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27578D1F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64CD9D33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Before</w:t>
            </w:r>
            <w:proofErr w:type="spellEnd"/>
          </w:p>
        </w:tc>
        <w:tc>
          <w:tcPr>
            <w:tcW w:w="0" w:type="auto"/>
            <w:gridSpan w:val="2"/>
            <w:noWrap/>
            <w:hideMark/>
          </w:tcPr>
          <w:p w14:paraId="3F149D8C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After</w:t>
            </w:r>
            <w:proofErr w:type="spellEnd"/>
          </w:p>
        </w:tc>
      </w:tr>
      <w:tr w:rsidR="00D8292F" w:rsidRPr="00D8292F" w14:paraId="3B561120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5B6FAB50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60C0C74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7746A9A9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6CE7AB55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0EA4CE4C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638AFB2B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65D29E59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5C11B497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2E49F327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6601E107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7122BCC8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  <w:tc>
          <w:tcPr>
            <w:tcW w:w="0" w:type="auto"/>
            <w:noWrap/>
            <w:hideMark/>
          </w:tcPr>
          <w:p w14:paraId="5CB12C6E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Mean</w:t>
            </w:r>
            <w:proofErr w:type="spellEnd"/>
          </w:p>
        </w:tc>
        <w:tc>
          <w:tcPr>
            <w:tcW w:w="0" w:type="auto"/>
            <w:noWrap/>
            <w:hideMark/>
          </w:tcPr>
          <w:p w14:paraId="140267D5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SD</w:t>
            </w:r>
          </w:p>
        </w:tc>
      </w:tr>
      <w:tr w:rsidR="00D8292F" w:rsidRPr="00D8292F" w14:paraId="0961C81D" w14:textId="77777777" w:rsidTr="00D8292F">
        <w:trPr>
          <w:trHeight w:val="288"/>
        </w:trPr>
        <w:tc>
          <w:tcPr>
            <w:tcW w:w="0" w:type="auto"/>
            <w:noWrap/>
            <w:vAlign w:val="bottom"/>
            <w:hideMark/>
          </w:tcPr>
          <w:p w14:paraId="6FDBBBAF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BBC1837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9F9E8B2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360D206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4661676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B785E06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3BBC5A6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59A575C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D162708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5E44A1B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1FBAC60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F10AC0C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DA54C02" w14:textId="77777777" w:rsidR="008816F0" w:rsidRPr="008816F0" w:rsidRDefault="008816F0" w:rsidP="008816F0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val="pl-PL" w:eastAsia="pl-PL"/>
              </w:rPr>
            </w:pPr>
          </w:p>
        </w:tc>
      </w:tr>
      <w:tr w:rsidR="00D8292F" w:rsidRPr="00D8292F" w14:paraId="46D810E0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0746BCC8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TNF-α (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ng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/L)</w:t>
            </w:r>
          </w:p>
        </w:tc>
        <w:tc>
          <w:tcPr>
            <w:tcW w:w="0" w:type="auto"/>
            <w:noWrap/>
            <w:vAlign w:val="bottom"/>
            <w:hideMark/>
          </w:tcPr>
          <w:p w14:paraId="3FC4F9A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0,23</w:t>
            </w:r>
          </w:p>
        </w:tc>
        <w:tc>
          <w:tcPr>
            <w:tcW w:w="0" w:type="auto"/>
            <w:noWrap/>
            <w:vAlign w:val="bottom"/>
            <w:hideMark/>
          </w:tcPr>
          <w:p w14:paraId="02A97F71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0,05</w:t>
            </w:r>
          </w:p>
        </w:tc>
        <w:tc>
          <w:tcPr>
            <w:tcW w:w="0" w:type="auto"/>
            <w:noWrap/>
            <w:vAlign w:val="bottom"/>
            <w:hideMark/>
          </w:tcPr>
          <w:p w14:paraId="3B8ABF6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0,19</w:t>
            </w:r>
          </w:p>
        </w:tc>
        <w:tc>
          <w:tcPr>
            <w:tcW w:w="0" w:type="auto"/>
            <w:noWrap/>
            <w:vAlign w:val="bottom"/>
            <w:hideMark/>
          </w:tcPr>
          <w:p w14:paraId="54DCE85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0,13</w:t>
            </w:r>
          </w:p>
        </w:tc>
        <w:tc>
          <w:tcPr>
            <w:tcW w:w="0" w:type="auto"/>
            <w:noWrap/>
            <w:vAlign w:val="bottom"/>
            <w:hideMark/>
          </w:tcPr>
          <w:p w14:paraId="39C97AD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</w:t>
            </w:r>
          </w:p>
        </w:tc>
        <w:tc>
          <w:tcPr>
            <w:tcW w:w="0" w:type="auto"/>
            <w:noWrap/>
            <w:vAlign w:val="bottom"/>
            <w:hideMark/>
          </w:tcPr>
          <w:p w14:paraId="017A56E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</w:t>
            </w:r>
          </w:p>
        </w:tc>
        <w:tc>
          <w:tcPr>
            <w:tcW w:w="0" w:type="auto"/>
            <w:noWrap/>
            <w:vAlign w:val="bottom"/>
            <w:hideMark/>
          </w:tcPr>
          <w:p w14:paraId="4D64E31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0,21</w:t>
            </w:r>
          </w:p>
        </w:tc>
        <w:tc>
          <w:tcPr>
            <w:tcW w:w="0" w:type="auto"/>
            <w:noWrap/>
            <w:vAlign w:val="bottom"/>
            <w:hideMark/>
          </w:tcPr>
          <w:p w14:paraId="3268B6E9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0,16</w:t>
            </w:r>
          </w:p>
        </w:tc>
        <w:tc>
          <w:tcPr>
            <w:tcW w:w="0" w:type="auto"/>
            <w:noWrap/>
            <w:vAlign w:val="bottom"/>
            <w:hideMark/>
          </w:tcPr>
          <w:p w14:paraId="763DC782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0,22</w:t>
            </w:r>
          </w:p>
        </w:tc>
        <w:tc>
          <w:tcPr>
            <w:tcW w:w="0" w:type="auto"/>
            <w:noWrap/>
            <w:vAlign w:val="bottom"/>
            <w:hideMark/>
          </w:tcPr>
          <w:p w14:paraId="3B1BAF4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0,12</w:t>
            </w:r>
          </w:p>
        </w:tc>
        <w:tc>
          <w:tcPr>
            <w:tcW w:w="0" w:type="auto"/>
            <w:noWrap/>
            <w:vAlign w:val="bottom"/>
            <w:hideMark/>
          </w:tcPr>
          <w:p w14:paraId="302003B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0,18</w:t>
            </w:r>
          </w:p>
        </w:tc>
        <w:tc>
          <w:tcPr>
            <w:tcW w:w="0" w:type="auto"/>
            <w:noWrap/>
            <w:vAlign w:val="bottom"/>
            <w:hideMark/>
          </w:tcPr>
          <w:p w14:paraId="573C7EC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0,15</w:t>
            </w:r>
          </w:p>
        </w:tc>
      </w:tr>
      <w:tr w:rsidR="00D8292F" w:rsidRPr="00D8292F" w14:paraId="2338CEA5" w14:textId="77777777" w:rsidTr="00D8292F">
        <w:trPr>
          <w:trHeight w:val="288"/>
        </w:trPr>
        <w:tc>
          <w:tcPr>
            <w:tcW w:w="0" w:type="auto"/>
            <w:noWrap/>
            <w:hideMark/>
          </w:tcPr>
          <w:p w14:paraId="6A0C3BE3" w14:textId="77777777" w:rsidR="008816F0" w:rsidRPr="008816F0" w:rsidRDefault="008816F0" w:rsidP="008816F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IgG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 xml:space="preserve"> (mg/</w:t>
            </w:r>
            <w:proofErr w:type="spellStart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mL</w:t>
            </w:r>
            <w:proofErr w:type="spellEnd"/>
            <w:r w:rsidRPr="008816F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val="pl-PL" w:eastAsia="pl-PL"/>
              </w:rPr>
              <w:t>)</w:t>
            </w:r>
          </w:p>
        </w:tc>
        <w:tc>
          <w:tcPr>
            <w:tcW w:w="0" w:type="auto"/>
            <w:noWrap/>
            <w:vAlign w:val="bottom"/>
            <w:hideMark/>
          </w:tcPr>
          <w:p w14:paraId="72625D7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0,64</w:t>
            </w:r>
          </w:p>
        </w:tc>
        <w:tc>
          <w:tcPr>
            <w:tcW w:w="0" w:type="auto"/>
            <w:noWrap/>
            <w:vAlign w:val="bottom"/>
            <w:hideMark/>
          </w:tcPr>
          <w:p w14:paraId="42A95F13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0,12</w:t>
            </w:r>
          </w:p>
        </w:tc>
        <w:tc>
          <w:tcPr>
            <w:tcW w:w="0" w:type="auto"/>
            <w:noWrap/>
            <w:vAlign w:val="bottom"/>
            <w:hideMark/>
          </w:tcPr>
          <w:p w14:paraId="76B12DA5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0,58</w:t>
            </w:r>
          </w:p>
        </w:tc>
        <w:tc>
          <w:tcPr>
            <w:tcW w:w="0" w:type="auto"/>
            <w:noWrap/>
            <w:vAlign w:val="bottom"/>
            <w:hideMark/>
          </w:tcPr>
          <w:p w14:paraId="063119A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</w:t>
            </w:r>
          </w:p>
        </w:tc>
        <w:tc>
          <w:tcPr>
            <w:tcW w:w="0" w:type="auto"/>
            <w:noWrap/>
            <w:vAlign w:val="bottom"/>
            <w:hideMark/>
          </w:tcPr>
          <w:p w14:paraId="24B25904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0,56</w:t>
            </w:r>
          </w:p>
        </w:tc>
        <w:tc>
          <w:tcPr>
            <w:tcW w:w="0" w:type="auto"/>
            <w:noWrap/>
            <w:vAlign w:val="bottom"/>
            <w:hideMark/>
          </w:tcPr>
          <w:p w14:paraId="690DA22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0,48</w:t>
            </w:r>
          </w:p>
        </w:tc>
        <w:tc>
          <w:tcPr>
            <w:tcW w:w="0" w:type="auto"/>
            <w:noWrap/>
            <w:vAlign w:val="bottom"/>
            <w:hideMark/>
          </w:tcPr>
          <w:p w14:paraId="4B1298B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0,55</w:t>
            </w:r>
          </w:p>
        </w:tc>
        <w:tc>
          <w:tcPr>
            <w:tcW w:w="0" w:type="auto"/>
            <w:noWrap/>
            <w:vAlign w:val="bottom"/>
            <w:hideMark/>
          </w:tcPr>
          <w:p w14:paraId="237AA46A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0,27</w:t>
            </w:r>
          </w:p>
        </w:tc>
        <w:tc>
          <w:tcPr>
            <w:tcW w:w="0" w:type="auto"/>
            <w:noWrap/>
            <w:vAlign w:val="bottom"/>
            <w:hideMark/>
          </w:tcPr>
          <w:p w14:paraId="330245DC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</w:t>
            </w:r>
          </w:p>
        </w:tc>
        <w:tc>
          <w:tcPr>
            <w:tcW w:w="0" w:type="auto"/>
            <w:noWrap/>
            <w:vAlign w:val="bottom"/>
            <w:hideMark/>
          </w:tcPr>
          <w:p w14:paraId="793ECA1B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0,26</w:t>
            </w:r>
          </w:p>
        </w:tc>
        <w:tc>
          <w:tcPr>
            <w:tcW w:w="0" w:type="auto"/>
            <w:noWrap/>
            <w:vAlign w:val="bottom"/>
            <w:hideMark/>
          </w:tcPr>
          <w:p w14:paraId="78DC6F0F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0,58</w:t>
            </w:r>
          </w:p>
        </w:tc>
        <w:tc>
          <w:tcPr>
            <w:tcW w:w="0" w:type="auto"/>
            <w:noWrap/>
            <w:vAlign w:val="bottom"/>
            <w:hideMark/>
          </w:tcPr>
          <w:p w14:paraId="3B9D7907" w14:textId="77777777" w:rsidR="008816F0" w:rsidRPr="008816F0" w:rsidRDefault="008816F0" w:rsidP="008816F0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</w:pPr>
            <w:r w:rsidRPr="008816F0">
              <w:rPr>
                <w:rFonts w:eastAsia="Times New Roman" w:cs="Calibri"/>
                <w:color w:val="000000"/>
                <w:sz w:val="18"/>
                <w:szCs w:val="18"/>
                <w:lang w:val="pl-PL" w:eastAsia="pl-PL"/>
              </w:rPr>
              <w:t>0,08</w:t>
            </w:r>
          </w:p>
        </w:tc>
      </w:tr>
    </w:tbl>
    <w:p w14:paraId="1299B866" w14:textId="77777777" w:rsidR="008816F0" w:rsidRPr="001C43BA" w:rsidRDefault="008816F0" w:rsidP="008816F0">
      <w:pPr>
        <w:rPr>
          <w:rFonts w:cs="Calibri"/>
        </w:rPr>
      </w:pPr>
    </w:p>
    <w:sectPr w:rsidR="008816F0" w:rsidRPr="001C43BA" w:rsidSect="008B3C82">
      <w:footerReference w:type="default" r:id="rId9"/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5DB14" w14:textId="77777777" w:rsidR="00885553" w:rsidRDefault="00885553" w:rsidP="008B3C82">
      <w:pPr>
        <w:spacing w:after="0" w:line="240" w:lineRule="auto"/>
      </w:pPr>
      <w:r>
        <w:separator/>
      </w:r>
    </w:p>
  </w:endnote>
  <w:endnote w:type="continuationSeparator" w:id="0">
    <w:p w14:paraId="37F18789" w14:textId="77777777" w:rsidR="00885553" w:rsidRDefault="00885553" w:rsidP="008B3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FC83" w14:textId="77777777" w:rsidR="008B3C82" w:rsidRPr="008B3C82" w:rsidRDefault="008B3C82" w:rsidP="008B3C82">
    <w:pPr>
      <w:pStyle w:val="Stopka"/>
      <w:rPr>
        <w:sz w:val="20"/>
        <w:szCs w:val="20"/>
        <w:lang w:val="pl-PL"/>
      </w:rPr>
    </w:pPr>
    <w:proofErr w:type="spellStart"/>
    <w:r w:rsidRPr="008B3C82">
      <w:rPr>
        <w:b/>
        <w:bCs/>
        <w:sz w:val="20"/>
        <w:szCs w:val="20"/>
        <w:lang w:val="pl-PL"/>
      </w:rPr>
      <w:t>Effect</w:t>
    </w:r>
    <w:proofErr w:type="spellEnd"/>
    <w:r w:rsidRPr="008B3C82">
      <w:rPr>
        <w:b/>
        <w:bCs/>
        <w:sz w:val="20"/>
        <w:szCs w:val="20"/>
        <w:lang w:val="pl-PL"/>
      </w:rPr>
      <w:t xml:space="preserve"> of a </w:t>
    </w:r>
    <w:proofErr w:type="spellStart"/>
    <w:r w:rsidRPr="008B3C82">
      <w:rPr>
        <w:b/>
        <w:bCs/>
        <w:sz w:val="20"/>
        <w:szCs w:val="20"/>
        <w:lang w:val="pl-PL"/>
      </w:rPr>
      <w:t>complementary</w:t>
    </w:r>
    <w:proofErr w:type="spellEnd"/>
    <w:r w:rsidRPr="008B3C82">
      <w:rPr>
        <w:b/>
        <w:bCs/>
        <w:sz w:val="20"/>
        <w:szCs w:val="20"/>
        <w:lang w:val="pl-PL"/>
      </w:rPr>
      <w:t xml:space="preserve"> </w:t>
    </w:r>
    <w:proofErr w:type="spellStart"/>
    <w:r w:rsidRPr="008B3C82">
      <w:rPr>
        <w:b/>
        <w:bCs/>
        <w:sz w:val="20"/>
        <w:szCs w:val="20"/>
        <w:lang w:val="pl-PL"/>
      </w:rPr>
      <w:t>feed</w:t>
    </w:r>
    <w:proofErr w:type="spellEnd"/>
    <w:r w:rsidRPr="008B3C82">
      <w:rPr>
        <w:b/>
        <w:bCs/>
        <w:sz w:val="20"/>
        <w:szCs w:val="20"/>
        <w:lang w:val="pl-PL"/>
      </w:rPr>
      <w:t xml:space="preserve"> </w:t>
    </w:r>
    <w:proofErr w:type="spellStart"/>
    <w:r w:rsidRPr="008B3C82">
      <w:rPr>
        <w:b/>
        <w:bCs/>
        <w:sz w:val="20"/>
        <w:szCs w:val="20"/>
        <w:lang w:val="pl-PL"/>
      </w:rPr>
      <w:t>mixture</w:t>
    </w:r>
    <w:proofErr w:type="spellEnd"/>
    <w:r w:rsidRPr="008B3C82">
      <w:rPr>
        <w:b/>
        <w:bCs/>
        <w:sz w:val="20"/>
        <w:szCs w:val="20"/>
        <w:lang w:val="pl-PL"/>
      </w:rPr>
      <w:t xml:space="preserve"> on </w:t>
    </w:r>
    <w:proofErr w:type="spellStart"/>
    <w:r w:rsidRPr="008B3C82">
      <w:rPr>
        <w:b/>
        <w:bCs/>
        <w:sz w:val="20"/>
        <w:szCs w:val="20"/>
        <w:lang w:val="pl-PL"/>
      </w:rPr>
      <w:t>nutrient</w:t>
    </w:r>
    <w:proofErr w:type="spellEnd"/>
    <w:r w:rsidRPr="008B3C82">
      <w:rPr>
        <w:b/>
        <w:bCs/>
        <w:sz w:val="20"/>
        <w:szCs w:val="20"/>
        <w:lang w:val="pl-PL"/>
      </w:rPr>
      <w:t xml:space="preserve"> </w:t>
    </w:r>
    <w:proofErr w:type="spellStart"/>
    <w:r w:rsidRPr="008B3C82">
      <w:rPr>
        <w:b/>
        <w:bCs/>
        <w:sz w:val="20"/>
        <w:szCs w:val="20"/>
        <w:lang w:val="pl-PL"/>
      </w:rPr>
      <w:t>digestibility</w:t>
    </w:r>
    <w:proofErr w:type="spellEnd"/>
    <w:r w:rsidRPr="008B3C82">
      <w:rPr>
        <w:b/>
        <w:bCs/>
        <w:sz w:val="20"/>
        <w:szCs w:val="20"/>
        <w:lang w:val="pl-PL"/>
      </w:rPr>
      <w:t xml:space="preserve"> </w:t>
    </w:r>
    <w:proofErr w:type="spellStart"/>
    <w:r w:rsidRPr="008B3C82">
      <w:rPr>
        <w:b/>
        <w:bCs/>
        <w:sz w:val="20"/>
        <w:szCs w:val="20"/>
        <w:lang w:val="pl-PL"/>
      </w:rPr>
      <w:t>coefficients</w:t>
    </w:r>
    <w:proofErr w:type="spellEnd"/>
    <w:r w:rsidRPr="008B3C82">
      <w:rPr>
        <w:b/>
        <w:bCs/>
        <w:sz w:val="20"/>
        <w:szCs w:val="20"/>
        <w:lang w:val="pl-PL"/>
      </w:rPr>
      <w:t xml:space="preserve"> and </w:t>
    </w:r>
    <w:proofErr w:type="spellStart"/>
    <w:r w:rsidRPr="008B3C82">
      <w:rPr>
        <w:b/>
        <w:bCs/>
        <w:sz w:val="20"/>
        <w:szCs w:val="20"/>
        <w:lang w:val="pl-PL"/>
      </w:rPr>
      <w:t>fermentation</w:t>
    </w:r>
    <w:proofErr w:type="spellEnd"/>
    <w:r w:rsidRPr="008B3C82">
      <w:rPr>
        <w:b/>
        <w:bCs/>
        <w:sz w:val="20"/>
        <w:szCs w:val="20"/>
        <w:lang w:val="pl-PL"/>
      </w:rPr>
      <w:t xml:space="preserve"> </w:t>
    </w:r>
    <w:proofErr w:type="spellStart"/>
    <w:r w:rsidRPr="008B3C82">
      <w:rPr>
        <w:b/>
        <w:bCs/>
        <w:sz w:val="20"/>
        <w:szCs w:val="20"/>
        <w:lang w:val="pl-PL"/>
      </w:rPr>
      <w:t>processes</w:t>
    </w:r>
    <w:proofErr w:type="spellEnd"/>
    <w:r w:rsidRPr="008B3C82">
      <w:rPr>
        <w:b/>
        <w:bCs/>
        <w:sz w:val="20"/>
        <w:szCs w:val="20"/>
        <w:lang w:val="pl-PL"/>
      </w:rPr>
      <w:t xml:space="preserve"> in </w:t>
    </w:r>
    <w:proofErr w:type="spellStart"/>
    <w:r w:rsidRPr="008B3C82">
      <w:rPr>
        <w:b/>
        <w:bCs/>
        <w:sz w:val="20"/>
        <w:szCs w:val="20"/>
        <w:lang w:val="pl-PL"/>
      </w:rPr>
      <w:t>dogs</w:t>
    </w:r>
    <w:proofErr w:type="spellEnd"/>
  </w:p>
  <w:p w14:paraId="6A7A06D4" w14:textId="77777777" w:rsidR="008B3C82" w:rsidRPr="008B3C82" w:rsidRDefault="008B3C82" w:rsidP="008B3C82">
    <w:pPr>
      <w:pStyle w:val="Stopka"/>
      <w:rPr>
        <w:sz w:val="20"/>
        <w:szCs w:val="20"/>
        <w:lang w:val="pl-PL"/>
      </w:rPr>
    </w:pPr>
    <w:proofErr w:type="spellStart"/>
    <w:r w:rsidRPr="008B3C82">
      <w:rPr>
        <w:sz w:val="20"/>
        <w:szCs w:val="20"/>
        <w:lang w:val="pl-PL"/>
      </w:rPr>
      <w:t>Study</w:t>
    </w:r>
    <w:proofErr w:type="spellEnd"/>
    <w:r w:rsidRPr="008B3C82">
      <w:rPr>
        <w:sz w:val="20"/>
        <w:szCs w:val="20"/>
        <w:lang w:val="pl-PL"/>
      </w:rPr>
      <w:t xml:space="preserve"> </w:t>
    </w:r>
    <w:proofErr w:type="spellStart"/>
    <w:r w:rsidRPr="008B3C82">
      <w:rPr>
        <w:sz w:val="20"/>
        <w:szCs w:val="20"/>
        <w:lang w:val="pl-PL"/>
      </w:rPr>
      <w:t>conducted</w:t>
    </w:r>
    <w:proofErr w:type="spellEnd"/>
    <w:r w:rsidRPr="008B3C82">
      <w:rPr>
        <w:sz w:val="20"/>
        <w:szCs w:val="20"/>
        <w:lang w:val="pl-PL"/>
      </w:rPr>
      <w:t xml:space="preserve"> </w:t>
    </w:r>
    <w:proofErr w:type="spellStart"/>
    <w:r w:rsidRPr="008B3C82">
      <w:rPr>
        <w:sz w:val="20"/>
        <w:szCs w:val="20"/>
        <w:lang w:val="pl-PL"/>
      </w:rPr>
      <w:t>within</w:t>
    </w:r>
    <w:proofErr w:type="spellEnd"/>
    <w:r w:rsidRPr="008B3C82">
      <w:rPr>
        <w:sz w:val="20"/>
        <w:szCs w:val="20"/>
        <w:lang w:val="pl-PL"/>
      </w:rPr>
      <w:t xml:space="preserve"> </w:t>
    </w:r>
    <w:proofErr w:type="spellStart"/>
    <w:r w:rsidRPr="008B3C82">
      <w:rPr>
        <w:sz w:val="20"/>
        <w:szCs w:val="20"/>
        <w:lang w:val="pl-PL"/>
      </w:rPr>
      <w:t>project</w:t>
    </w:r>
    <w:proofErr w:type="spellEnd"/>
    <w:r w:rsidRPr="008B3C82">
      <w:rPr>
        <w:sz w:val="20"/>
        <w:szCs w:val="20"/>
        <w:lang w:val="pl-PL"/>
      </w:rPr>
      <w:t xml:space="preserve"> </w:t>
    </w:r>
    <w:r w:rsidRPr="008B3C82">
      <w:rPr>
        <w:b/>
        <w:bCs/>
        <w:sz w:val="20"/>
        <w:szCs w:val="20"/>
        <w:lang w:val="pl-PL"/>
      </w:rPr>
      <w:t>POIR.01.01.01-00-1138/18</w:t>
    </w:r>
    <w:r w:rsidRPr="008B3C82">
      <w:rPr>
        <w:sz w:val="20"/>
        <w:szCs w:val="20"/>
        <w:lang w:val="pl-PL"/>
      </w:rPr>
      <w:t xml:space="preserve">: </w:t>
    </w:r>
    <w:r w:rsidRPr="008B3C82">
      <w:rPr>
        <w:i/>
        <w:iCs/>
        <w:sz w:val="20"/>
        <w:szCs w:val="20"/>
        <w:lang w:val="pl-PL"/>
      </w:rPr>
      <w:t xml:space="preserve">“Development of a </w:t>
    </w:r>
    <w:proofErr w:type="spellStart"/>
    <w:r w:rsidRPr="008B3C82">
      <w:rPr>
        <w:i/>
        <w:iCs/>
        <w:sz w:val="20"/>
        <w:szCs w:val="20"/>
        <w:lang w:val="pl-PL"/>
      </w:rPr>
      <w:t>method</w:t>
    </w:r>
    <w:proofErr w:type="spellEnd"/>
    <w:r w:rsidRPr="008B3C82">
      <w:rPr>
        <w:i/>
        <w:iCs/>
        <w:sz w:val="20"/>
        <w:szCs w:val="20"/>
        <w:lang w:val="pl-PL"/>
      </w:rPr>
      <w:t xml:space="preserve"> </w:t>
    </w:r>
    <w:proofErr w:type="spellStart"/>
    <w:r w:rsidRPr="008B3C82">
      <w:rPr>
        <w:i/>
        <w:iCs/>
        <w:sz w:val="20"/>
        <w:szCs w:val="20"/>
        <w:lang w:val="pl-PL"/>
      </w:rPr>
      <w:t>ensuring</w:t>
    </w:r>
    <w:proofErr w:type="spellEnd"/>
    <w:r w:rsidRPr="008B3C82">
      <w:rPr>
        <w:i/>
        <w:iCs/>
        <w:sz w:val="20"/>
        <w:szCs w:val="20"/>
        <w:lang w:val="pl-PL"/>
      </w:rPr>
      <w:t xml:space="preserve"> </w:t>
    </w:r>
    <w:proofErr w:type="spellStart"/>
    <w:r w:rsidRPr="008B3C82">
      <w:rPr>
        <w:i/>
        <w:iCs/>
        <w:sz w:val="20"/>
        <w:szCs w:val="20"/>
        <w:lang w:val="pl-PL"/>
      </w:rPr>
      <w:t>comprehensive</w:t>
    </w:r>
    <w:proofErr w:type="spellEnd"/>
    <w:r w:rsidRPr="008B3C82">
      <w:rPr>
        <w:i/>
        <w:iCs/>
        <w:sz w:val="20"/>
        <w:szCs w:val="20"/>
        <w:lang w:val="pl-PL"/>
      </w:rPr>
      <w:t xml:space="preserve"> </w:t>
    </w:r>
    <w:proofErr w:type="spellStart"/>
    <w:r w:rsidRPr="008B3C82">
      <w:rPr>
        <w:i/>
        <w:iCs/>
        <w:sz w:val="20"/>
        <w:szCs w:val="20"/>
        <w:lang w:val="pl-PL"/>
      </w:rPr>
      <w:t>regulation</w:t>
    </w:r>
    <w:proofErr w:type="spellEnd"/>
    <w:r w:rsidRPr="008B3C82">
      <w:rPr>
        <w:i/>
        <w:iCs/>
        <w:sz w:val="20"/>
        <w:szCs w:val="20"/>
        <w:lang w:val="pl-PL"/>
      </w:rPr>
      <w:t xml:space="preserve"> of the </w:t>
    </w:r>
    <w:proofErr w:type="spellStart"/>
    <w:r w:rsidRPr="008B3C82">
      <w:rPr>
        <w:i/>
        <w:iCs/>
        <w:sz w:val="20"/>
        <w:szCs w:val="20"/>
        <w:lang w:val="pl-PL"/>
      </w:rPr>
      <w:t>proper</w:t>
    </w:r>
    <w:proofErr w:type="spellEnd"/>
    <w:r w:rsidRPr="008B3C82">
      <w:rPr>
        <w:i/>
        <w:iCs/>
        <w:sz w:val="20"/>
        <w:szCs w:val="20"/>
        <w:lang w:val="pl-PL"/>
      </w:rPr>
      <w:t xml:space="preserve"> </w:t>
    </w:r>
    <w:proofErr w:type="spellStart"/>
    <w:r w:rsidRPr="008B3C82">
      <w:rPr>
        <w:i/>
        <w:iCs/>
        <w:sz w:val="20"/>
        <w:szCs w:val="20"/>
        <w:lang w:val="pl-PL"/>
      </w:rPr>
      <w:t>functioning</w:t>
    </w:r>
    <w:proofErr w:type="spellEnd"/>
    <w:r w:rsidRPr="008B3C82">
      <w:rPr>
        <w:i/>
        <w:iCs/>
        <w:sz w:val="20"/>
        <w:szCs w:val="20"/>
        <w:lang w:val="pl-PL"/>
      </w:rPr>
      <w:t xml:space="preserve"> of </w:t>
    </w:r>
    <w:proofErr w:type="spellStart"/>
    <w:r w:rsidRPr="008B3C82">
      <w:rPr>
        <w:i/>
        <w:iCs/>
        <w:sz w:val="20"/>
        <w:szCs w:val="20"/>
        <w:lang w:val="pl-PL"/>
      </w:rPr>
      <w:t>anal</w:t>
    </w:r>
    <w:proofErr w:type="spellEnd"/>
    <w:r w:rsidRPr="008B3C82">
      <w:rPr>
        <w:i/>
        <w:iCs/>
        <w:sz w:val="20"/>
        <w:szCs w:val="20"/>
        <w:lang w:val="pl-PL"/>
      </w:rPr>
      <w:t xml:space="preserve"> </w:t>
    </w:r>
    <w:proofErr w:type="spellStart"/>
    <w:r w:rsidRPr="008B3C82">
      <w:rPr>
        <w:i/>
        <w:iCs/>
        <w:sz w:val="20"/>
        <w:szCs w:val="20"/>
        <w:lang w:val="pl-PL"/>
      </w:rPr>
      <w:t>glands</w:t>
    </w:r>
    <w:proofErr w:type="spellEnd"/>
    <w:r w:rsidRPr="008B3C82">
      <w:rPr>
        <w:i/>
        <w:iCs/>
        <w:sz w:val="20"/>
        <w:szCs w:val="20"/>
        <w:lang w:val="pl-PL"/>
      </w:rPr>
      <w:t xml:space="preserve"> in </w:t>
    </w:r>
    <w:proofErr w:type="spellStart"/>
    <w:r w:rsidRPr="008B3C82">
      <w:rPr>
        <w:i/>
        <w:iCs/>
        <w:sz w:val="20"/>
        <w:szCs w:val="20"/>
        <w:lang w:val="pl-PL"/>
      </w:rPr>
      <w:t>dogs</w:t>
    </w:r>
    <w:proofErr w:type="spellEnd"/>
    <w:r w:rsidRPr="008B3C82">
      <w:rPr>
        <w:i/>
        <w:iCs/>
        <w:sz w:val="20"/>
        <w:szCs w:val="20"/>
        <w:lang w:val="pl-PL"/>
      </w:rPr>
      <w:t>.”</w:t>
    </w:r>
  </w:p>
  <w:p w14:paraId="29221826" w14:textId="77777777" w:rsidR="008B3C82" w:rsidRDefault="008B3C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9DCDD" w14:textId="77777777" w:rsidR="00885553" w:rsidRDefault="00885553" w:rsidP="008B3C82">
      <w:pPr>
        <w:spacing w:after="0" w:line="240" w:lineRule="auto"/>
      </w:pPr>
      <w:r>
        <w:separator/>
      </w:r>
    </w:p>
  </w:footnote>
  <w:footnote w:type="continuationSeparator" w:id="0">
    <w:p w14:paraId="617A3D65" w14:textId="77777777" w:rsidR="00885553" w:rsidRDefault="00885553" w:rsidP="008B3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642269"/>
    <w:multiLevelType w:val="multilevel"/>
    <w:tmpl w:val="AF18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323670"/>
    <w:multiLevelType w:val="multilevel"/>
    <w:tmpl w:val="5652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61301A"/>
    <w:multiLevelType w:val="multilevel"/>
    <w:tmpl w:val="34DC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1E67D4"/>
    <w:multiLevelType w:val="hybridMultilevel"/>
    <w:tmpl w:val="F56818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C7427"/>
    <w:multiLevelType w:val="multilevel"/>
    <w:tmpl w:val="C024D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DF1912"/>
    <w:multiLevelType w:val="multilevel"/>
    <w:tmpl w:val="E114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6818186">
    <w:abstractNumId w:val="8"/>
  </w:num>
  <w:num w:numId="2" w16cid:durableId="1017316914">
    <w:abstractNumId w:val="6"/>
  </w:num>
  <w:num w:numId="3" w16cid:durableId="2119446870">
    <w:abstractNumId w:val="5"/>
  </w:num>
  <w:num w:numId="4" w16cid:durableId="1270313385">
    <w:abstractNumId w:val="4"/>
  </w:num>
  <w:num w:numId="5" w16cid:durableId="1306541827">
    <w:abstractNumId w:val="7"/>
  </w:num>
  <w:num w:numId="6" w16cid:durableId="1921284868">
    <w:abstractNumId w:val="3"/>
  </w:num>
  <w:num w:numId="7" w16cid:durableId="13698968">
    <w:abstractNumId w:val="2"/>
  </w:num>
  <w:num w:numId="8" w16cid:durableId="12001489">
    <w:abstractNumId w:val="1"/>
  </w:num>
  <w:num w:numId="9" w16cid:durableId="1020473285">
    <w:abstractNumId w:val="0"/>
  </w:num>
  <w:num w:numId="10" w16cid:durableId="1794860698">
    <w:abstractNumId w:val="9"/>
  </w:num>
  <w:num w:numId="11" w16cid:durableId="1958757164">
    <w:abstractNumId w:val="13"/>
  </w:num>
  <w:num w:numId="12" w16cid:durableId="1674529310">
    <w:abstractNumId w:val="10"/>
  </w:num>
  <w:num w:numId="13" w16cid:durableId="499538157">
    <w:abstractNumId w:val="11"/>
  </w:num>
  <w:num w:numId="14" w16cid:durableId="352263438">
    <w:abstractNumId w:val="14"/>
  </w:num>
  <w:num w:numId="15" w16cid:durableId="5785621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008"/>
    <w:rsid w:val="00034616"/>
    <w:rsid w:val="0006063C"/>
    <w:rsid w:val="0015074B"/>
    <w:rsid w:val="00191237"/>
    <w:rsid w:val="001C43BA"/>
    <w:rsid w:val="00290059"/>
    <w:rsid w:val="0029639D"/>
    <w:rsid w:val="002A53EE"/>
    <w:rsid w:val="003206F6"/>
    <w:rsid w:val="00326F90"/>
    <w:rsid w:val="00472571"/>
    <w:rsid w:val="004E2A7C"/>
    <w:rsid w:val="007E2E06"/>
    <w:rsid w:val="0081525C"/>
    <w:rsid w:val="00867F28"/>
    <w:rsid w:val="008816F0"/>
    <w:rsid w:val="00885553"/>
    <w:rsid w:val="008B3C82"/>
    <w:rsid w:val="008F4818"/>
    <w:rsid w:val="00903FD2"/>
    <w:rsid w:val="00961936"/>
    <w:rsid w:val="00AA1D8D"/>
    <w:rsid w:val="00B47730"/>
    <w:rsid w:val="00CB0664"/>
    <w:rsid w:val="00D8292F"/>
    <w:rsid w:val="00E328A7"/>
    <w:rsid w:val="00E80FCC"/>
    <w:rsid w:val="00FC693F"/>
    <w:rsid w:val="00FD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DF85F9"/>
  <w14:defaultImageDpi w14:val="300"/>
  <w15:docId w15:val="{5D30ECBE-0419-45E7-BA0C-802DDCFF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eastAsia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TML-kod">
    <w:name w:val="HTML Code"/>
    <w:basedOn w:val="Domylnaczcionkaakapitu"/>
    <w:uiPriority w:val="99"/>
    <w:semiHidden/>
    <w:unhideWhenUsed/>
    <w:rsid w:val="004E2A7C"/>
    <w:rPr>
      <w:rFonts w:ascii="Courier New" w:eastAsia="Times New Roman" w:hAnsi="Courier New" w:cs="Courier New"/>
      <w:sz w:val="20"/>
      <w:szCs w:val="20"/>
    </w:rPr>
  </w:style>
  <w:style w:type="character" w:customStyle="1" w:styleId="token">
    <w:name w:val="token"/>
    <w:basedOn w:val="Domylnaczcionkaakapitu"/>
    <w:rsid w:val="004E2A7C"/>
  </w:style>
  <w:style w:type="paragraph" w:styleId="NormalnyWeb">
    <w:name w:val="Normal (Web)"/>
    <w:basedOn w:val="Normalny"/>
    <w:uiPriority w:val="99"/>
    <w:semiHidden/>
    <w:unhideWhenUsed/>
    <w:rsid w:val="00FD3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4014</Words>
  <Characters>24087</Characters>
  <Application>Microsoft Office Word</Application>
  <DocSecurity>0</DocSecurity>
  <Lines>200</Lines>
  <Paragraphs>56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Tomek</cp:lastModifiedBy>
  <cp:revision>7</cp:revision>
  <dcterms:created xsi:type="dcterms:W3CDTF">2025-10-26T20:16:00Z</dcterms:created>
  <dcterms:modified xsi:type="dcterms:W3CDTF">2025-10-27T10:23:00Z</dcterms:modified>
  <cp:category/>
</cp:coreProperties>
</file>